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05BC" w14:textId="77777777" w:rsidR="005F7F9E" w:rsidRPr="00373FF8" w:rsidRDefault="00000000">
      <w:pPr>
        <w:spacing w:before="80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b/>
          <w:caps/>
          <w:color w:val="102A43"/>
          <w:sz w:val="56"/>
          <w:lang w:val="ru-RU"/>
        </w:rPr>
        <w:t>СКАРГА ЯК ЗБРОЯ</w:t>
      </w:r>
    </w:p>
    <w:p w14:paraId="0D0CEA65" w14:textId="77777777" w:rsidR="005F7F9E" w:rsidRPr="00373FF8" w:rsidRDefault="00000000">
      <w:pPr>
        <w:spacing w:before="160" w:after="16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 xml:space="preserve">Як </w:t>
      </w:r>
      <w:proofErr w:type="spellStart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>захистити</w:t>
      </w:r>
      <w:proofErr w:type="spellEnd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 xml:space="preserve"> себе, </w:t>
      </w:r>
      <w:proofErr w:type="spellStart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>якщо</w:t>
      </w:r>
      <w:proofErr w:type="spellEnd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 xml:space="preserve"> на вас подали</w:t>
      </w:r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br/>
      </w:r>
      <w:proofErr w:type="spellStart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>замовну</w:t>
      </w:r>
      <w:proofErr w:type="spellEnd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>скаргу</w:t>
      </w:r>
      <w:proofErr w:type="spellEnd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 xml:space="preserve"> про </w:t>
      </w:r>
      <w:proofErr w:type="spellStart"/>
      <w:r w:rsidRPr="00373FF8">
        <w:rPr>
          <w:rFonts w:ascii="Liberation Sans" w:eastAsia="Liberation Sans" w:hAnsi="Liberation Sans"/>
          <w:b/>
          <w:color w:val="7B2636"/>
          <w:sz w:val="42"/>
          <w:lang w:val="ru-RU"/>
        </w:rPr>
        <w:t>плагіат</w:t>
      </w:r>
      <w:proofErr w:type="spellEnd"/>
    </w:p>
    <w:p w14:paraId="4388EA26" w14:textId="77777777" w:rsidR="005F7F9E" w:rsidRPr="00373FF8" w:rsidRDefault="00000000">
      <w:pPr>
        <w:spacing w:before="60" w:after="500"/>
        <w:jc w:val="center"/>
        <w:rPr>
          <w:lang w:val="ru-RU"/>
        </w:rPr>
      </w:pP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Покроковий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правовий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 алгоритм для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науковця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,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викладача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,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керівника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 закладу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освіти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 та члена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академічної</w:t>
      </w:r>
      <w:proofErr w:type="spellEnd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i/>
          <w:color w:val="66788A"/>
          <w:sz w:val="23"/>
          <w:lang w:val="ru-RU"/>
        </w:rPr>
        <w:t>комісії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64F64B65" w14:textId="77777777">
        <w:trPr>
          <w:jc w:val="center"/>
        </w:trPr>
        <w:tc>
          <w:tcPr>
            <w:tcW w:w="9915" w:type="dxa"/>
            <w:shd w:val="clear" w:color="auto" w:fill="C5A25D"/>
            <w:tcMar>
              <w:top w:w="25" w:type="dxa"/>
              <w:left w:w="0" w:type="dxa"/>
              <w:bottom w:w="25" w:type="dxa"/>
              <w:right w:w="0" w:type="dxa"/>
            </w:tcMar>
          </w:tcPr>
          <w:p w14:paraId="768B9C40" w14:textId="77777777" w:rsidR="005F7F9E" w:rsidRPr="00373FF8" w:rsidRDefault="005F7F9E">
            <w:pPr>
              <w:spacing w:after="0"/>
              <w:rPr>
                <w:lang w:val="ru-RU"/>
              </w:rPr>
            </w:pPr>
          </w:p>
        </w:tc>
      </w:tr>
    </w:tbl>
    <w:p w14:paraId="795B5694" w14:textId="77777777" w:rsidR="00D23631" w:rsidRDefault="00D23631" w:rsidP="00D23631">
      <w:pPr>
        <w:spacing w:after="360"/>
        <w:jc w:val="center"/>
        <w:rPr>
          <w:rFonts w:ascii="Liberation Sans" w:eastAsia="Liberation Sans" w:hAnsi="Liberation Sans"/>
          <w:color w:val="66788A"/>
          <w:lang w:val="ru-RU"/>
        </w:rPr>
      </w:pPr>
    </w:p>
    <w:p w14:paraId="57B73D2D" w14:textId="5CC5993F" w:rsidR="005F7F9E" w:rsidRPr="00D23631" w:rsidRDefault="00000000" w:rsidP="00D23631">
      <w:pPr>
        <w:spacing w:after="360"/>
        <w:jc w:val="center"/>
        <w:rPr>
          <w:rFonts w:ascii="Liberation Sans" w:eastAsia="Liberation Sans" w:hAnsi="Liberation Sans"/>
          <w:i/>
          <w:color w:val="66788A"/>
          <w:sz w:val="19"/>
          <w:lang w:val="uk-UA"/>
        </w:rPr>
      </w:pPr>
      <w:r w:rsidRPr="00373FF8">
        <w:rPr>
          <w:rFonts w:ascii="Liberation Sans" w:eastAsia="Liberation Sans" w:hAnsi="Liberation Sans"/>
          <w:color w:val="66788A"/>
          <w:lang w:val="ru-RU"/>
        </w:rPr>
        <w:t xml:space="preserve">Адвокат, доктор </w:t>
      </w:r>
      <w:proofErr w:type="spellStart"/>
      <w:r w:rsidRPr="00373FF8">
        <w:rPr>
          <w:rFonts w:ascii="Liberation Sans" w:eastAsia="Liberation Sans" w:hAnsi="Liberation Sans"/>
          <w:color w:val="66788A"/>
          <w:lang w:val="ru-RU"/>
        </w:rPr>
        <w:t>юридичних</w:t>
      </w:r>
      <w:proofErr w:type="spellEnd"/>
      <w:r w:rsidRPr="00373FF8">
        <w:rPr>
          <w:rFonts w:ascii="Liberation Sans" w:eastAsia="Liberation Sans" w:hAnsi="Liberation Sans"/>
          <w:color w:val="66788A"/>
          <w:lang w:val="ru-RU"/>
        </w:rPr>
        <w:t xml:space="preserve"> наук, </w:t>
      </w:r>
      <w:proofErr w:type="spellStart"/>
      <w:r w:rsidRPr="00373FF8">
        <w:rPr>
          <w:rFonts w:ascii="Liberation Sans" w:eastAsia="Liberation Sans" w:hAnsi="Liberation Sans"/>
          <w:color w:val="66788A"/>
          <w:lang w:val="ru-RU"/>
        </w:rPr>
        <w:t>професор</w:t>
      </w:r>
      <w:proofErr w:type="spellEnd"/>
      <w:r w:rsidR="00D23631" w:rsidRPr="00D23631">
        <w:rPr>
          <w:rFonts w:ascii="Liberation Sans" w:eastAsia="Liberation Sans" w:hAnsi="Liberation Sans"/>
          <w:i/>
          <w:color w:val="66788A"/>
          <w:sz w:val="19"/>
          <w:lang w:val="ru-RU"/>
        </w:rPr>
        <w:t xml:space="preserve"> </w:t>
      </w:r>
      <w:proofErr w:type="spellStart"/>
      <w:r w:rsidR="00D23631" w:rsidRPr="00D23631">
        <w:rPr>
          <w:rFonts w:ascii="Liberation Sans" w:eastAsia="Liberation Sans" w:hAnsi="Liberation Sans"/>
          <w:i/>
          <w:color w:val="66788A"/>
          <w:sz w:val="19"/>
          <w:lang w:val="ru-RU"/>
        </w:rPr>
        <w:t>заслужений</w:t>
      </w:r>
      <w:proofErr w:type="spellEnd"/>
      <w:r w:rsidR="00D23631" w:rsidRPr="00D23631">
        <w:rPr>
          <w:rFonts w:ascii="Liberation Sans" w:eastAsia="Liberation Sans" w:hAnsi="Liberation Sans"/>
          <w:i/>
          <w:color w:val="66788A"/>
          <w:sz w:val="19"/>
          <w:lang w:val="ru-RU"/>
        </w:rPr>
        <w:t xml:space="preserve"> юрист </w:t>
      </w:r>
      <w:proofErr w:type="spellStart"/>
      <w:r w:rsidR="00D23631" w:rsidRPr="00D23631">
        <w:rPr>
          <w:rFonts w:ascii="Liberation Sans" w:eastAsia="Liberation Sans" w:hAnsi="Liberation Sans"/>
          <w:i/>
          <w:color w:val="66788A"/>
          <w:sz w:val="19"/>
          <w:lang w:val="ru-RU"/>
        </w:rPr>
        <w:t>України</w:t>
      </w:r>
      <w:proofErr w:type="spellEnd"/>
    </w:p>
    <w:p w14:paraId="60C47CEF" w14:textId="6CF9B696" w:rsidR="00D23631" w:rsidRPr="00D23631" w:rsidRDefault="00000000" w:rsidP="00D23631">
      <w:pPr>
        <w:spacing w:after="60"/>
        <w:jc w:val="center"/>
        <w:rPr>
          <w:rFonts w:ascii="Liberation Sans" w:eastAsia="Liberation Sans" w:hAnsi="Liberation Sans"/>
          <w:b/>
          <w:color w:val="102A43"/>
          <w:sz w:val="31"/>
          <w:lang w:val="ru-RU"/>
        </w:rPr>
      </w:pPr>
      <w:r w:rsidRPr="00373FF8">
        <w:rPr>
          <w:rFonts w:ascii="Liberation Sans" w:eastAsia="Liberation Sans" w:hAnsi="Liberation Sans"/>
          <w:b/>
          <w:color w:val="102A43"/>
          <w:sz w:val="31"/>
          <w:lang w:val="ru-RU"/>
        </w:rPr>
        <w:t>ОЛЕКСАНДР ДРОЗДОВ</w:t>
      </w:r>
    </w:p>
    <w:p w14:paraId="102FCE0E" w14:textId="6A4E2C56" w:rsidR="00D23631" w:rsidRPr="00373FF8" w:rsidRDefault="00D23631" w:rsidP="00D23631">
      <w:pPr>
        <w:spacing w:before="540" w:after="8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color w:val="66788A"/>
          <w:lang w:val="ru-RU"/>
        </w:rPr>
        <w:t xml:space="preserve">Адвокат, </w:t>
      </w:r>
      <w:r>
        <w:rPr>
          <w:rFonts w:ascii="Liberation Sans" w:eastAsia="Liberation Sans" w:hAnsi="Liberation Sans"/>
          <w:color w:val="66788A"/>
          <w:lang w:val="ru-RU"/>
        </w:rPr>
        <w:t>канди</w:t>
      </w:r>
      <w:r>
        <w:rPr>
          <w:rFonts w:ascii="Liberation Sans" w:eastAsia="Liberation Sans" w:hAnsi="Liberation Sans"/>
          <w:color w:val="66788A"/>
          <w:lang w:val="ru-RU"/>
        </w:rPr>
        <w:t>дат</w:t>
      </w:r>
      <w:r w:rsidRPr="00373FF8">
        <w:rPr>
          <w:rFonts w:ascii="Liberation Sans" w:eastAsia="Liberation Sans" w:hAnsi="Liberation Sans"/>
          <w:color w:val="66788A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color w:val="66788A"/>
          <w:lang w:val="ru-RU"/>
        </w:rPr>
        <w:t>юридичних</w:t>
      </w:r>
      <w:proofErr w:type="spellEnd"/>
      <w:r w:rsidRPr="00373FF8">
        <w:rPr>
          <w:rFonts w:ascii="Liberation Sans" w:eastAsia="Liberation Sans" w:hAnsi="Liberation Sans"/>
          <w:color w:val="66788A"/>
          <w:lang w:val="ru-RU"/>
        </w:rPr>
        <w:t xml:space="preserve"> наук, </w:t>
      </w:r>
      <w:r>
        <w:rPr>
          <w:rFonts w:ascii="Liberation Sans" w:eastAsia="Liberation Sans" w:hAnsi="Liberation Sans"/>
          <w:color w:val="66788A"/>
          <w:lang w:val="ru-RU"/>
        </w:rPr>
        <w:t>доцент</w:t>
      </w:r>
    </w:p>
    <w:p w14:paraId="22CD636F" w14:textId="77777777" w:rsidR="00D23631" w:rsidRDefault="00D23631" w:rsidP="00D23631">
      <w:pPr>
        <w:spacing w:after="60"/>
        <w:jc w:val="center"/>
        <w:rPr>
          <w:rFonts w:ascii="Liberation Sans" w:eastAsia="Liberation Sans" w:hAnsi="Liberation Sans"/>
          <w:b/>
          <w:color w:val="102A43"/>
          <w:sz w:val="31"/>
          <w:lang w:val="ru-RU"/>
        </w:rPr>
      </w:pPr>
    </w:p>
    <w:p w14:paraId="132BBB9E" w14:textId="2394E978" w:rsidR="00D23631" w:rsidRDefault="00D23631" w:rsidP="00D23631">
      <w:pPr>
        <w:spacing w:after="60"/>
        <w:jc w:val="center"/>
        <w:rPr>
          <w:rFonts w:ascii="Liberation Sans" w:eastAsia="Liberation Sans" w:hAnsi="Liberation Sans"/>
          <w:b/>
          <w:color w:val="102A43"/>
          <w:sz w:val="31"/>
          <w:lang w:val="ru-RU"/>
        </w:rPr>
      </w:pPr>
      <w:r w:rsidRPr="00373FF8">
        <w:rPr>
          <w:rFonts w:ascii="Liberation Sans" w:eastAsia="Liberation Sans" w:hAnsi="Liberation Sans"/>
          <w:b/>
          <w:color w:val="102A43"/>
          <w:sz w:val="31"/>
          <w:lang w:val="ru-RU"/>
        </w:rPr>
        <w:t>ОЛЕ</w:t>
      </w:r>
      <w:r>
        <w:rPr>
          <w:rFonts w:ascii="Liberation Sans" w:eastAsia="Liberation Sans" w:hAnsi="Liberation Sans"/>
          <w:b/>
          <w:color w:val="102A43"/>
          <w:sz w:val="31"/>
          <w:lang w:val="ru-RU"/>
        </w:rPr>
        <w:t>НА</w:t>
      </w:r>
      <w:r w:rsidRPr="00373FF8">
        <w:rPr>
          <w:rFonts w:ascii="Liberation Sans" w:eastAsia="Liberation Sans" w:hAnsi="Liberation Sans"/>
          <w:b/>
          <w:color w:val="102A43"/>
          <w:sz w:val="31"/>
          <w:lang w:val="ru-RU"/>
        </w:rPr>
        <w:t xml:space="preserve"> ДРОЗДОВ</w:t>
      </w:r>
      <w:r>
        <w:rPr>
          <w:rFonts w:ascii="Liberation Sans" w:eastAsia="Liberation Sans" w:hAnsi="Liberation Sans"/>
          <w:b/>
          <w:color w:val="102A43"/>
          <w:sz w:val="31"/>
          <w:lang w:val="ru-RU"/>
        </w:rPr>
        <w:t>А</w:t>
      </w:r>
    </w:p>
    <w:p w14:paraId="086D32A8" w14:textId="374E1CEF" w:rsidR="008E1052" w:rsidRPr="00373FF8" w:rsidRDefault="008E1052" w:rsidP="008E1052">
      <w:pPr>
        <w:spacing w:before="540" w:after="8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color w:val="66788A"/>
          <w:lang w:val="ru-RU"/>
        </w:rPr>
        <w:t xml:space="preserve">Адвокат, </w:t>
      </w:r>
      <w:r>
        <w:rPr>
          <w:rFonts w:ascii="Liberation Sans" w:eastAsia="Liberation Sans" w:hAnsi="Liberation Sans"/>
          <w:color w:val="66788A"/>
          <w:lang w:val="ru-RU"/>
        </w:rPr>
        <w:t xml:space="preserve">доктор </w:t>
      </w:r>
      <w:proofErr w:type="spellStart"/>
      <w:r>
        <w:rPr>
          <w:rFonts w:ascii="Liberation Sans" w:eastAsia="Liberation Sans" w:hAnsi="Liberation Sans"/>
          <w:color w:val="66788A"/>
          <w:lang w:val="ru-RU"/>
        </w:rPr>
        <w:t>філософії</w:t>
      </w:r>
      <w:proofErr w:type="spellEnd"/>
      <w:r>
        <w:rPr>
          <w:rFonts w:ascii="Liberation Sans" w:eastAsia="Liberation Sans" w:hAnsi="Liberation Sans"/>
          <w:color w:val="66788A"/>
          <w:lang w:val="ru-RU"/>
        </w:rPr>
        <w:t xml:space="preserve"> у </w:t>
      </w:r>
      <w:proofErr w:type="spellStart"/>
      <w:r>
        <w:rPr>
          <w:rFonts w:ascii="Liberation Sans" w:eastAsia="Liberation Sans" w:hAnsi="Liberation Sans"/>
          <w:color w:val="66788A"/>
          <w:lang w:val="ru-RU"/>
        </w:rPr>
        <w:t>галузі</w:t>
      </w:r>
      <w:proofErr w:type="spellEnd"/>
      <w:r>
        <w:rPr>
          <w:rFonts w:ascii="Liberation Sans" w:eastAsia="Liberation Sans" w:hAnsi="Liberation Sans"/>
          <w:color w:val="66788A"/>
          <w:lang w:val="ru-RU"/>
        </w:rPr>
        <w:t xml:space="preserve"> права</w:t>
      </w:r>
    </w:p>
    <w:p w14:paraId="0C686FB4" w14:textId="77777777" w:rsidR="008E1052" w:rsidRPr="00373FF8" w:rsidRDefault="008E1052" w:rsidP="00D23631">
      <w:pPr>
        <w:spacing w:after="60"/>
        <w:jc w:val="center"/>
        <w:rPr>
          <w:lang w:val="ru-RU"/>
        </w:rPr>
      </w:pPr>
    </w:p>
    <w:p w14:paraId="6FFB9969" w14:textId="718ACDF8" w:rsidR="008E1052" w:rsidRPr="00373FF8" w:rsidRDefault="008E1052" w:rsidP="008E1052">
      <w:pPr>
        <w:spacing w:after="60"/>
        <w:jc w:val="center"/>
        <w:rPr>
          <w:lang w:val="ru-RU"/>
        </w:rPr>
      </w:pPr>
      <w:r>
        <w:rPr>
          <w:rFonts w:ascii="Liberation Sans" w:eastAsia="Liberation Sans" w:hAnsi="Liberation Sans"/>
          <w:b/>
          <w:color w:val="102A43"/>
          <w:sz w:val="31"/>
          <w:lang w:val="ru-RU"/>
        </w:rPr>
        <w:t>ІГОР</w:t>
      </w:r>
      <w:r w:rsidRPr="00373FF8">
        <w:rPr>
          <w:rFonts w:ascii="Liberation Sans" w:eastAsia="Liberation Sans" w:hAnsi="Liberation Sans"/>
          <w:b/>
          <w:color w:val="102A43"/>
          <w:sz w:val="31"/>
          <w:lang w:val="ru-RU"/>
        </w:rPr>
        <w:t xml:space="preserve"> </w:t>
      </w:r>
      <w:r>
        <w:rPr>
          <w:rFonts w:ascii="Liberation Sans" w:eastAsia="Liberation Sans" w:hAnsi="Liberation Sans"/>
          <w:b/>
          <w:color w:val="102A43"/>
          <w:sz w:val="31"/>
          <w:lang w:val="ru-RU"/>
        </w:rPr>
        <w:t>КУТЕПОВ</w:t>
      </w:r>
    </w:p>
    <w:p w14:paraId="7BDE1DD7" w14:textId="77777777" w:rsidR="00D23631" w:rsidRPr="008E1052" w:rsidRDefault="00D23631">
      <w:pPr>
        <w:spacing w:after="360"/>
        <w:jc w:val="center"/>
        <w:rPr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58EFB1ED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6CEA89B7" w14:textId="77777777" w:rsidR="005F7F9E" w:rsidRPr="00373FF8" w:rsidRDefault="00000000">
            <w:pPr>
              <w:spacing w:after="60"/>
              <w:rPr>
                <w:lang w:val="ru-RU"/>
              </w:rPr>
            </w:pPr>
            <w:r w:rsidRPr="00373FF8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КЛЮЧОВА ТЕЗА</w:t>
            </w:r>
          </w:p>
          <w:p w14:paraId="7CB222D8" w14:textId="77777777" w:rsidR="005F7F9E" w:rsidRPr="00373FF8" w:rsidRDefault="00000000">
            <w:pPr>
              <w:spacing w:after="0" w:line="269" w:lineRule="auto"/>
              <w:rPr>
                <w:lang w:val="ru-RU"/>
              </w:rPr>
            </w:pPr>
            <w:r w:rsidRPr="00373FF8">
              <w:rPr>
                <w:i/>
                <w:lang w:val="ru-RU"/>
              </w:rPr>
              <w:t xml:space="preserve">Скарга — </w:t>
            </w:r>
            <w:proofErr w:type="spellStart"/>
            <w:r w:rsidRPr="00373FF8">
              <w:rPr>
                <w:i/>
                <w:lang w:val="ru-RU"/>
              </w:rPr>
              <w:t>це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лише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повідомлення</w:t>
            </w:r>
            <w:proofErr w:type="spellEnd"/>
            <w:r w:rsidRPr="00373FF8">
              <w:rPr>
                <w:i/>
                <w:lang w:val="ru-RU"/>
              </w:rPr>
              <w:t xml:space="preserve">. </w:t>
            </w:r>
            <w:proofErr w:type="spellStart"/>
            <w:r w:rsidRPr="00373FF8">
              <w:rPr>
                <w:i/>
                <w:lang w:val="ru-RU"/>
              </w:rPr>
              <w:t>Звіт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антиплагіатної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програми</w:t>
            </w:r>
            <w:proofErr w:type="spellEnd"/>
            <w:r w:rsidRPr="00373FF8">
              <w:rPr>
                <w:i/>
                <w:lang w:val="ru-RU"/>
              </w:rPr>
              <w:t xml:space="preserve"> — </w:t>
            </w:r>
            <w:proofErr w:type="spellStart"/>
            <w:r w:rsidRPr="00373FF8">
              <w:rPr>
                <w:i/>
                <w:lang w:val="ru-RU"/>
              </w:rPr>
              <w:t>лише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інструмент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пошуку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збігів</w:t>
            </w:r>
            <w:proofErr w:type="spellEnd"/>
            <w:r w:rsidRPr="00373FF8">
              <w:rPr>
                <w:i/>
                <w:lang w:val="ru-RU"/>
              </w:rPr>
              <w:t xml:space="preserve">. Вина </w:t>
            </w:r>
            <w:proofErr w:type="spellStart"/>
            <w:r w:rsidRPr="00373FF8">
              <w:rPr>
                <w:i/>
                <w:lang w:val="ru-RU"/>
              </w:rPr>
              <w:t>виникає</w:t>
            </w:r>
            <w:proofErr w:type="spellEnd"/>
            <w:r w:rsidRPr="00373FF8">
              <w:rPr>
                <w:i/>
                <w:lang w:val="ru-RU"/>
              </w:rPr>
              <w:t xml:space="preserve"> не в </w:t>
            </w:r>
            <w:proofErr w:type="spellStart"/>
            <w:r w:rsidRPr="00373FF8">
              <w:rPr>
                <w:i/>
                <w:lang w:val="ru-RU"/>
              </w:rPr>
              <w:t>інформаційному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просторі</w:t>
            </w:r>
            <w:proofErr w:type="spellEnd"/>
            <w:r w:rsidRPr="00373FF8">
              <w:rPr>
                <w:i/>
                <w:lang w:val="ru-RU"/>
              </w:rPr>
              <w:t xml:space="preserve">, а </w:t>
            </w:r>
            <w:proofErr w:type="spellStart"/>
            <w:r w:rsidRPr="00373FF8">
              <w:rPr>
                <w:i/>
                <w:lang w:val="ru-RU"/>
              </w:rPr>
              <w:t>виключно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після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законної</w:t>
            </w:r>
            <w:proofErr w:type="spellEnd"/>
            <w:r w:rsidRPr="00373FF8">
              <w:rPr>
                <w:i/>
                <w:lang w:val="ru-RU"/>
              </w:rPr>
              <w:t xml:space="preserve">, </w:t>
            </w:r>
            <w:proofErr w:type="spellStart"/>
            <w:r w:rsidRPr="00373FF8">
              <w:rPr>
                <w:i/>
                <w:lang w:val="ru-RU"/>
              </w:rPr>
              <w:t>неупередженої</w:t>
            </w:r>
            <w:proofErr w:type="spellEnd"/>
            <w:r w:rsidRPr="00373FF8">
              <w:rPr>
                <w:i/>
                <w:lang w:val="ru-RU"/>
              </w:rPr>
              <w:t xml:space="preserve"> та </w:t>
            </w:r>
            <w:proofErr w:type="spellStart"/>
            <w:r w:rsidRPr="00373FF8">
              <w:rPr>
                <w:i/>
                <w:lang w:val="ru-RU"/>
              </w:rPr>
              <w:t>доказово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обґрунтованої</w:t>
            </w:r>
            <w:proofErr w:type="spellEnd"/>
            <w:r w:rsidRPr="00373FF8">
              <w:rPr>
                <w:i/>
                <w:lang w:val="ru-RU"/>
              </w:rPr>
              <w:t xml:space="preserve"> </w:t>
            </w:r>
            <w:proofErr w:type="spellStart"/>
            <w:r w:rsidRPr="00373FF8">
              <w:rPr>
                <w:i/>
                <w:lang w:val="ru-RU"/>
              </w:rPr>
              <w:t>процедури</w:t>
            </w:r>
            <w:proofErr w:type="spellEnd"/>
            <w:r w:rsidRPr="00373FF8">
              <w:rPr>
                <w:i/>
                <w:lang w:val="ru-RU"/>
              </w:rPr>
              <w:t>.</w:t>
            </w:r>
          </w:p>
        </w:tc>
      </w:tr>
    </w:tbl>
    <w:p w14:paraId="7E89BBDE" w14:textId="77777777" w:rsidR="005F7F9E" w:rsidRPr="00373FF8" w:rsidRDefault="00000000">
      <w:pPr>
        <w:spacing w:before="400"/>
        <w:jc w:val="center"/>
        <w:rPr>
          <w:lang w:val="ru-RU"/>
        </w:rPr>
      </w:pPr>
      <w:proofErr w:type="spellStart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>Матеріал</w:t>
      </w:r>
      <w:proofErr w:type="spellEnd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>підготовлено</w:t>
      </w:r>
      <w:proofErr w:type="spellEnd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 xml:space="preserve"> станом на 12 </w:t>
      </w:r>
      <w:proofErr w:type="spellStart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>серпня</w:t>
      </w:r>
      <w:proofErr w:type="spellEnd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 xml:space="preserve"> 2026 року</w:t>
      </w:r>
    </w:p>
    <w:p w14:paraId="04F92DA3" w14:textId="77777777" w:rsidR="005F7F9E" w:rsidRPr="00373FF8" w:rsidRDefault="00000000">
      <w:pPr>
        <w:jc w:val="center"/>
        <w:rPr>
          <w:lang w:val="ru-RU"/>
        </w:rPr>
      </w:pPr>
      <w:proofErr w:type="spellStart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>Україна</w:t>
      </w:r>
      <w:proofErr w:type="spellEnd"/>
      <w:r w:rsidRPr="00373FF8">
        <w:rPr>
          <w:rFonts w:ascii="Liberation Sans" w:eastAsia="Liberation Sans" w:hAnsi="Liberation Sans"/>
          <w:color w:val="66788A"/>
          <w:sz w:val="18"/>
          <w:lang w:val="ru-RU"/>
        </w:rPr>
        <w:t xml:space="preserve"> • 2026</w:t>
      </w:r>
    </w:p>
    <w:p w14:paraId="66586E99" w14:textId="77777777" w:rsidR="005F7F9E" w:rsidRPr="00373FF8" w:rsidRDefault="00000000">
      <w:pPr>
        <w:rPr>
          <w:lang w:val="ru-RU"/>
        </w:rPr>
      </w:pPr>
      <w:r w:rsidRPr="00373FF8">
        <w:rPr>
          <w:lang w:val="ru-RU"/>
        </w:rPr>
        <w:br w:type="page"/>
      </w:r>
    </w:p>
    <w:p w14:paraId="6997E01C" w14:textId="77777777" w:rsidR="005F7F9E" w:rsidRPr="00373FF8" w:rsidRDefault="00000000">
      <w:pPr>
        <w:spacing w:after="14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b/>
          <w:caps/>
          <w:color w:val="C5A25D"/>
          <w:sz w:val="18"/>
          <w:lang w:val="ru-RU"/>
        </w:rPr>
        <w:lastRenderedPageBreak/>
        <w:t>ЗАМІСТЬ ПЕРЕДМОВИ</w:t>
      </w:r>
    </w:p>
    <w:p w14:paraId="027D8E08" w14:textId="77777777" w:rsidR="005F7F9E" w:rsidRPr="00373FF8" w:rsidRDefault="00000000">
      <w:pPr>
        <w:spacing w:after="280"/>
        <w:jc w:val="center"/>
        <w:rPr>
          <w:lang w:val="ru-RU"/>
        </w:rPr>
      </w:pPr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У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цифрову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епоху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репутаційний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вирок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часто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з’являється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раніше</w:t>
      </w:r>
      <w:proofErr w:type="spellEnd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 xml:space="preserve"> за перший протокол </w:t>
      </w:r>
      <w:proofErr w:type="spellStart"/>
      <w:r w:rsidRPr="00373FF8">
        <w:rPr>
          <w:rFonts w:ascii="Liberation Sans" w:eastAsia="Liberation Sans" w:hAnsi="Liberation Sans"/>
          <w:b/>
          <w:color w:val="102A43"/>
          <w:sz w:val="34"/>
          <w:lang w:val="ru-RU"/>
        </w:rPr>
        <w:t>комісії</w:t>
      </w:r>
      <w:proofErr w:type="spellEnd"/>
    </w:p>
    <w:p w14:paraId="25BE860D" w14:textId="77777777" w:rsidR="005F7F9E" w:rsidRPr="00D23631" w:rsidRDefault="00000000">
      <w:pPr>
        <w:pStyle w:val="Body"/>
        <w:spacing w:after="140"/>
        <w:rPr>
          <w:lang w:val="ru-RU"/>
        </w:rPr>
      </w:pPr>
      <w:r w:rsidRPr="00373FF8">
        <w:rPr>
          <w:color w:val="1E2A32"/>
          <w:lang w:val="ru-RU"/>
        </w:rPr>
        <w:t xml:space="preserve">О 09:10 </w:t>
      </w:r>
      <w:proofErr w:type="spellStart"/>
      <w:r w:rsidRPr="00373FF8">
        <w:rPr>
          <w:color w:val="1E2A32"/>
          <w:lang w:val="ru-RU"/>
        </w:rPr>
        <w:t>науковець</w:t>
      </w:r>
      <w:proofErr w:type="spellEnd"/>
      <w:r w:rsidRPr="00373FF8">
        <w:rPr>
          <w:color w:val="1E2A32"/>
          <w:lang w:val="ru-RU"/>
        </w:rPr>
        <w:t xml:space="preserve"> </w:t>
      </w:r>
      <w:proofErr w:type="spellStart"/>
      <w:r w:rsidRPr="00373FF8">
        <w:rPr>
          <w:color w:val="1E2A32"/>
          <w:lang w:val="ru-RU"/>
        </w:rPr>
        <w:t>отримує</w:t>
      </w:r>
      <w:proofErr w:type="spellEnd"/>
      <w:r w:rsidRPr="00373FF8">
        <w:rPr>
          <w:color w:val="1E2A32"/>
          <w:lang w:val="ru-RU"/>
        </w:rPr>
        <w:t xml:space="preserve"> </w:t>
      </w:r>
      <w:proofErr w:type="spellStart"/>
      <w:r w:rsidRPr="00373FF8">
        <w:rPr>
          <w:color w:val="1E2A32"/>
          <w:lang w:val="ru-RU"/>
        </w:rPr>
        <w:t>повідомлення</w:t>
      </w:r>
      <w:proofErr w:type="spellEnd"/>
      <w:r w:rsidRPr="00373FF8">
        <w:rPr>
          <w:color w:val="1E2A32"/>
          <w:lang w:val="ru-RU"/>
        </w:rPr>
        <w:t xml:space="preserve"> про </w:t>
      </w:r>
      <w:proofErr w:type="spellStart"/>
      <w:r w:rsidRPr="00373FF8">
        <w:rPr>
          <w:color w:val="1E2A32"/>
          <w:lang w:val="ru-RU"/>
        </w:rPr>
        <w:t>скаргу</w:t>
      </w:r>
      <w:proofErr w:type="spellEnd"/>
      <w:r w:rsidRPr="00373FF8">
        <w:rPr>
          <w:color w:val="1E2A32"/>
          <w:lang w:val="ru-RU"/>
        </w:rPr>
        <w:t xml:space="preserve">. </w:t>
      </w:r>
      <w:r w:rsidRPr="00D23631">
        <w:rPr>
          <w:color w:val="1E2A32"/>
          <w:lang w:val="ru-RU"/>
        </w:rPr>
        <w:t xml:space="preserve">О 11:30 у </w:t>
      </w:r>
      <w:proofErr w:type="spellStart"/>
      <w:r w:rsidRPr="00D23631">
        <w:rPr>
          <w:color w:val="1E2A32"/>
          <w:lang w:val="ru-RU"/>
        </w:rPr>
        <w:t>соціальних</w:t>
      </w:r>
      <w:proofErr w:type="spellEnd"/>
      <w:r w:rsidRPr="00D23631">
        <w:rPr>
          <w:color w:val="1E2A32"/>
          <w:lang w:val="ru-RU"/>
        </w:rPr>
        <w:t xml:space="preserve"> мережах уже </w:t>
      </w:r>
      <w:proofErr w:type="spellStart"/>
      <w:r w:rsidRPr="00D23631">
        <w:rPr>
          <w:color w:val="1E2A32"/>
          <w:lang w:val="ru-RU"/>
        </w:rPr>
        <w:t>з’являється</w:t>
      </w:r>
      <w:proofErr w:type="spellEnd"/>
      <w:r w:rsidRPr="00D23631">
        <w:rPr>
          <w:color w:val="1E2A32"/>
          <w:lang w:val="ru-RU"/>
        </w:rPr>
        <w:t xml:space="preserve"> формула: «</w:t>
      </w:r>
      <w:proofErr w:type="spellStart"/>
      <w:r w:rsidRPr="00D23631">
        <w:rPr>
          <w:color w:val="1E2A32"/>
          <w:lang w:val="ru-RU"/>
        </w:rPr>
        <w:t>викрито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плагіат</w:t>
      </w:r>
      <w:proofErr w:type="spellEnd"/>
      <w:r w:rsidRPr="00D23631">
        <w:rPr>
          <w:color w:val="1E2A32"/>
          <w:lang w:val="ru-RU"/>
        </w:rPr>
        <w:t xml:space="preserve">». </w:t>
      </w:r>
      <w:proofErr w:type="spellStart"/>
      <w:r w:rsidRPr="00D23631">
        <w:rPr>
          <w:color w:val="1E2A32"/>
          <w:lang w:val="ru-RU"/>
        </w:rPr>
        <w:t>Увечері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пошуковик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підтягує</w:t>
      </w:r>
      <w:proofErr w:type="spellEnd"/>
      <w:r w:rsidRPr="00D23631">
        <w:rPr>
          <w:color w:val="1E2A32"/>
          <w:lang w:val="ru-RU"/>
        </w:rPr>
        <w:t xml:space="preserve"> заголовки, в </w:t>
      </w:r>
      <w:proofErr w:type="spellStart"/>
      <w:r w:rsidRPr="00D23631">
        <w:rPr>
          <w:color w:val="1E2A32"/>
          <w:lang w:val="ru-RU"/>
        </w:rPr>
        <w:t>яких</w:t>
      </w:r>
      <w:proofErr w:type="spellEnd"/>
      <w:r w:rsidRPr="00D23631">
        <w:rPr>
          <w:color w:val="1E2A32"/>
          <w:lang w:val="ru-RU"/>
        </w:rPr>
        <w:t xml:space="preserve"> слова «</w:t>
      </w:r>
      <w:proofErr w:type="spellStart"/>
      <w:r w:rsidRPr="00D23631">
        <w:rPr>
          <w:color w:val="1E2A32"/>
          <w:lang w:val="ru-RU"/>
        </w:rPr>
        <w:t>розпочато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перевірку</w:t>
      </w:r>
      <w:proofErr w:type="spellEnd"/>
      <w:r w:rsidRPr="00D23631">
        <w:rPr>
          <w:color w:val="1E2A32"/>
          <w:lang w:val="ru-RU"/>
        </w:rPr>
        <w:t>» і «</w:t>
      </w:r>
      <w:proofErr w:type="spellStart"/>
      <w:r w:rsidRPr="00D23631">
        <w:rPr>
          <w:color w:val="1E2A32"/>
          <w:lang w:val="ru-RU"/>
        </w:rPr>
        <w:t>плагіат</w:t>
      </w:r>
      <w:proofErr w:type="spellEnd"/>
      <w:r w:rsidRPr="00D23631">
        <w:rPr>
          <w:color w:val="1E2A32"/>
          <w:lang w:val="ru-RU"/>
        </w:rPr>
        <w:t xml:space="preserve"> доведено» </w:t>
      </w:r>
      <w:proofErr w:type="spellStart"/>
      <w:r w:rsidRPr="00D23631">
        <w:rPr>
          <w:color w:val="1E2A32"/>
          <w:lang w:val="ru-RU"/>
        </w:rPr>
        <w:t>фактично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зливаються</w:t>
      </w:r>
      <w:proofErr w:type="spellEnd"/>
      <w:r w:rsidRPr="00D23631">
        <w:rPr>
          <w:color w:val="1E2A32"/>
          <w:lang w:val="ru-RU"/>
        </w:rPr>
        <w:t xml:space="preserve">. Через </w:t>
      </w:r>
      <w:proofErr w:type="spellStart"/>
      <w:r w:rsidRPr="00D23631">
        <w:rPr>
          <w:color w:val="1E2A32"/>
          <w:lang w:val="ru-RU"/>
        </w:rPr>
        <w:t>пів</w:t>
      </w:r>
      <w:proofErr w:type="spellEnd"/>
      <w:r w:rsidRPr="00D23631">
        <w:rPr>
          <w:color w:val="1E2A32"/>
          <w:lang w:val="ru-RU"/>
        </w:rPr>
        <w:t xml:space="preserve"> року </w:t>
      </w:r>
      <w:proofErr w:type="spellStart"/>
      <w:r w:rsidRPr="00D23631">
        <w:rPr>
          <w:color w:val="1E2A32"/>
          <w:lang w:val="ru-RU"/>
        </w:rPr>
        <w:t>комісія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встановити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порушення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цифровий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слід</w:t>
      </w:r>
      <w:proofErr w:type="spellEnd"/>
      <w:r w:rsidRPr="00D23631">
        <w:rPr>
          <w:color w:val="1E2A32"/>
          <w:lang w:val="ru-RU"/>
        </w:rPr>
        <w:t xml:space="preserve"> уже </w:t>
      </w:r>
      <w:proofErr w:type="spellStart"/>
      <w:r w:rsidRPr="00D23631">
        <w:rPr>
          <w:color w:val="1E2A32"/>
          <w:lang w:val="ru-RU"/>
        </w:rPr>
        <w:t>живе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власним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життям</w:t>
      </w:r>
      <w:proofErr w:type="spellEnd"/>
      <w:r w:rsidRPr="00D23631">
        <w:rPr>
          <w:color w:val="1E2A32"/>
          <w:lang w:val="ru-RU"/>
        </w:rPr>
        <w:t>.</w:t>
      </w:r>
    </w:p>
    <w:p w14:paraId="19295C98" w14:textId="77777777" w:rsidR="005F7F9E" w:rsidRPr="00D23631" w:rsidRDefault="00000000">
      <w:pPr>
        <w:pStyle w:val="Body"/>
        <w:spacing w:after="140"/>
        <w:rPr>
          <w:lang w:val="ru-RU"/>
        </w:rPr>
      </w:pP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тому </w:t>
      </w:r>
      <w:proofErr w:type="spellStart"/>
      <w:r w:rsidRPr="00D23631">
        <w:rPr>
          <w:color w:val="1E2A32"/>
          <w:lang w:val="ru-RU"/>
        </w:rPr>
        <w:t>справи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академічну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 давно перестали бути </w:t>
      </w:r>
      <w:proofErr w:type="spellStart"/>
      <w:r w:rsidRPr="00D23631">
        <w:rPr>
          <w:color w:val="1E2A32"/>
          <w:lang w:val="ru-RU"/>
        </w:rPr>
        <w:t>суто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текстологічними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одночасно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доказова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репутаційна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кризово-комунікаційна</w:t>
      </w:r>
      <w:proofErr w:type="spellEnd"/>
      <w:r w:rsidRPr="00D23631">
        <w:rPr>
          <w:color w:val="1E2A32"/>
          <w:lang w:val="ru-RU"/>
        </w:rPr>
        <w:t xml:space="preserve"> справа. </w:t>
      </w:r>
      <w:proofErr w:type="spellStart"/>
      <w:r w:rsidRPr="00D23631">
        <w:rPr>
          <w:color w:val="1E2A32"/>
          <w:lang w:val="ru-RU"/>
        </w:rPr>
        <w:t>Захищатися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поясненнями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відсоток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збігів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запізніла</w:t>
      </w:r>
      <w:proofErr w:type="spellEnd"/>
      <w:r w:rsidRPr="00D23631">
        <w:rPr>
          <w:color w:val="1E2A32"/>
          <w:lang w:val="ru-RU"/>
        </w:rPr>
        <w:t xml:space="preserve"> тактика. </w:t>
      </w:r>
      <w:proofErr w:type="spellStart"/>
      <w:r w:rsidRPr="00D23631">
        <w:rPr>
          <w:color w:val="1E2A32"/>
          <w:lang w:val="ru-RU"/>
        </w:rPr>
        <w:t>Потрібно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контролювати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законність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процедури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моменту </w:t>
      </w:r>
      <w:proofErr w:type="spellStart"/>
      <w:r w:rsidRPr="00D23631">
        <w:rPr>
          <w:color w:val="1E2A32"/>
          <w:lang w:val="ru-RU"/>
        </w:rPr>
        <w:t>реєстрації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визначити</w:t>
      </w:r>
      <w:proofErr w:type="spellEnd"/>
      <w:r w:rsidRPr="00D23631">
        <w:rPr>
          <w:color w:val="1E2A32"/>
          <w:lang w:val="ru-RU"/>
        </w:rPr>
        <w:t xml:space="preserve"> право, </w:t>
      </w:r>
      <w:proofErr w:type="spellStart"/>
      <w:r w:rsidRPr="00D23631">
        <w:rPr>
          <w:color w:val="1E2A32"/>
          <w:lang w:val="ru-RU"/>
        </w:rPr>
        <w:t>чинне</w:t>
      </w:r>
      <w:proofErr w:type="spellEnd"/>
      <w:r w:rsidRPr="00D23631">
        <w:rPr>
          <w:color w:val="1E2A32"/>
          <w:lang w:val="ru-RU"/>
        </w:rPr>
        <w:t xml:space="preserve"> на дату </w:t>
      </w:r>
      <w:proofErr w:type="spellStart"/>
      <w:r w:rsidRPr="00D23631">
        <w:rPr>
          <w:color w:val="1E2A32"/>
          <w:lang w:val="ru-RU"/>
        </w:rPr>
        <w:t>створення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роботи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перевірити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кожне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 та не </w:t>
      </w:r>
      <w:proofErr w:type="spellStart"/>
      <w:r w:rsidRPr="00D23631">
        <w:rPr>
          <w:color w:val="1E2A32"/>
          <w:lang w:val="ru-RU"/>
        </w:rPr>
        <w:t>дозволити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перетворити</w:t>
      </w:r>
      <w:proofErr w:type="spellEnd"/>
      <w:r w:rsidRPr="00D23631">
        <w:rPr>
          <w:color w:val="1E2A32"/>
          <w:lang w:val="ru-RU"/>
        </w:rPr>
        <w:t xml:space="preserve"> сам факт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публічну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презумпцію</w:t>
      </w:r>
      <w:proofErr w:type="spellEnd"/>
      <w:r w:rsidRPr="00D23631">
        <w:rPr>
          <w:color w:val="1E2A32"/>
          <w:lang w:val="ru-RU"/>
        </w:rPr>
        <w:t xml:space="preserve"> вини.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7A0CBBE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1F4E78"/>
              <w:bottom w:val="nil"/>
              <w:right w:val="nil"/>
            </w:tcBorders>
            <w:shd w:val="clear" w:color="auto" w:fill="F5F7FA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62D202B7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102A43"/>
                <w:sz w:val="18"/>
                <w:lang w:val="ru-RU"/>
              </w:rPr>
              <w:t>ВАЖЛИВЕ ЗАСТЕРЕЖЕННЯ</w:t>
            </w:r>
          </w:p>
          <w:p w14:paraId="2DBF1BF8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Термін</w:t>
            </w:r>
            <w:proofErr w:type="spellEnd"/>
            <w:r w:rsidRPr="00D23631">
              <w:rPr>
                <w:lang w:val="ru-RU"/>
              </w:rPr>
              <w:t xml:space="preserve"> «</w:t>
            </w:r>
            <w:proofErr w:type="spellStart"/>
            <w:r w:rsidRPr="00D23631">
              <w:rPr>
                <w:lang w:val="ru-RU"/>
              </w:rPr>
              <w:t>замовна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скарга</w:t>
            </w:r>
            <w:proofErr w:type="spellEnd"/>
            <w:r w:rsidRPr="00D23631">
              <w:rPr>
                <w:lang w:val="ru-RU"/>
              </w:rPr>
              <w:t xml:space="preserve">» у </w:t>
            </w:r>
            <w:proofErr w:type="spellStart"/>
            <w:r w:rsidRPr="00D23631">
              <w:rPr>
                <w:lang w:val="ru-RU"/>
              </w:rPr>
              <w:t>цій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статті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вживається</w:t>
            </w:r>
            <w:proofErr w:type="spellEnd"/>
            <w:r w:rsidRPr="00D23631">
              <w:rPr>
                <w:lang w:val="ru-RU"/>
              </w:rPr>
              <w:t xml:space="preserve"> як </w:t>
            </w:r>
            <w:proofErr w:type="spellStart"/>
            <w:r w:rsidRPr="00D23631">
              <w:rPr>
                <w:lang w:val="ru-RU"/>
              </w:rPr>
              <w:t>робоча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гіпотеза</w:t>
            </w:r>
            <w:proofErr w:type="spellEnd"/>
            <w:r w:rsidRPr="00D23631">
              <w:rPr>
                <w:lang w:val="ru-RU"/>
              </w:rPr>
              <w:t xml:space="preserve">: </w:t>
            </w:r>
            <w:proofErr w:type="spellStart"/>
            <w:r w:rsidRPr="00D23631">
              <w:rPr>
                <w:lang w:val="ru-RU"/>
              </w:rPr>
              <w:t>скарга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може</w:t>
            </w:r>
            <w:proofErr w:type="spellEnd"/>
            <w:r w:rsidRPr="00D23631">
              <w:rPr>
                <w:lang w:val="ru-RU"/>
              </w:rPr>
              <w:t xml:space="preserve"> бути </w:t>
            </w:r>
            <w:proofErr w:type="spellStart"/>
            <w:r w:rsidRPr="00D23631">
              <w:rPr>
                <w:lang w:val="ru-RU"/>
              </w:rPr>
              <w:t>використана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стільки</w:t>
            </w:r>
            <w:proofErr w:type="spellEnd"/>
            <w:r w:rsidRPr="00D23631">
              <w:rPr>
                <w:lang w:val="ru-RU"/>
              </w:rPr>
              <w:t xml:space="preserve"> для </w:t>
            </w:r>
            <w:proofErr w:type="spellStart"/>
            <w:r w:rsidRPr="00D23631">
              <w:rPr>
                <w:lang w:val="ru-RU"/>
              </w:rPr>
              <w:t>виправлення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академічного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запису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скільки</w:t>
            </w:r>
            <w:proofErr w:type="spellEnd"/>
            <w:r w:rsidRPr="00D23631">
              <w:rPr>
                <w:lang w:val="ru-RU"/>
              </w:rPr>
              <w:t xml:space="preserve"> для </w:t>
            </w:r>
            <w:proofErr w:type="spellStart"/>
            <w:r w:rsidRPr="00D23631">
              <w:rPr>
                <w:lang w:val="ru-RU"/>
              </w:rPr>
              <w:t>завдання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професійної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репутаційної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шкоди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Такий</w:t>
            </w:r>
            <w:proofErr w:type="spellEnd"/>
            <w:r w:rsidRPr="00D23631">
              <w:rPr>
                <w:lang w:val="ru-RU"/>
              </w:rPr>
              <w:t xml:space="preserve"> мотив не </w:t>
            </w:r>
            <w:proofErr w:type="spellStart"/>
            <w:r w:rsidRPr="00D23631">
              <w:rPr>
                <w:lang w:val="ru-RU"/>
              </w:rPr>
              <w:t>презюмується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Його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слід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доводити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сукупністю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об’єктивних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фактів</w:t>
            </w:r>
            <w:proofErr w:type="spellEnd"/>
            <w:r w:rsidRPr="00D23631">
              <w:rPr>
                <w:lang w:val="ru-RU"/>
              </w:rPr>
              <w:t xml:space="preserve"> — часом </w:t>
            </w:r>
            <w:proofErr w:type="spellStart"/>
            <w:r w:rsidRPr="00D23631">
              <w:rPr>
                <w:lang w:val="ru-RU"/>
              </w:rPr>
              <w:t>подання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координацією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публікацій</w:t>
            </w:r>
            <w:proofErr w:type="spellEnd"/>
            <w:r w:rsidRPr="00D23631">
              <w:rPr>
                <w:lang w:val="ru-RU"/>
              </w:rPr>
              <w:t xml:space="preserve">, характером </w:t>
            </w:r>
            <w:proofErr w:type="spellStart"/>
            <w:r w:rsidRPr="00D23631">
              <w:rPr>
                <w:lang w:val="ru-RU"/>
              </w:rPr>
              <w:t>вимог</w:t>
            </w:r>
            <w:proofErr w:type="spellEnd"/>
            <w:r w:rsidRPr="00D23631">
              <w:rPr>
                <w:lang w:val="ru-RU"/>
              </w:rPr>
              <w:t xml:space="preserve">, дефектами </w:t>
            </w:r>
            <w:proofErr w:type="spellStart"/>
            <w:r w:rsidRPr="00D23631">
              <w:rPr>
                <w:lang w:val="ru-RU"/>
              </w:rPr>
              <w:t>джерел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комунікаціями</w:t>
            </w:r>
            <w:proofErr w:type="spellEnd"/>
            <w:r w:rsidRPr="00D23631">
              <w:rPr>
                <w:lang w:val="ru-RU"/>
              </w:rPr>
              <w:t xml:space="preserve"> та </w:t>
            </w:r>
            <w:proofErr w:type="spellStart"/>
            <w:r w:rsidRPr="00D23631">
              <w:rPr>
                <w:lang w:val="ru-RU"/>
              </w:rPr>
              <w:t>іншими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доказами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Публічно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звинувачувати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заявника</w:t>
            </w:r>
            <w:proofErr w:type="spellEnd"/>
            <w:r w:rsidRPr="00D23631">
              <w:rPr>
                <w:lang w:val="ru-RU"/>
              </w:rPr>
              <w:t xml:space="preserve"> у «</w:t>
            </w:r>
            <w:proofErr w:type="spellStart"/>
            <w:r w:rsidRPr="00D23631">
              <w:rPr>
                <w:lang w:val="ru-RU"/>
              </w:rPr>
              <w:t>замовності</w:t>
            </w:r>
            <w:proofErr w:type="spellEnd"/>
            <w:r w:rsidRPr="00D23631">
              <w:rPr>
                <w:lang w:val="ru-RU"/>
              </w:rPr>
              <w:t xml:space="preserve">» без </w:t>
            </w:r>
            <w:proofErr w:type="spellStart"/>
            <w:r w:rsidRPr="00D23631">
              <w:rPr>
                <w:lang w:val="ru-RU"/>
              </w:rPr>
              <w:t>доказів</w:t>
            </w:r>
            <w:proofErr w:type="spellEnd"/>
            <w:r w:rsidRPr="00D23631">
              <w:rPr>
                <w:lang w:val="ru-RU"/>
              </w:rPr>
              <w:t xml:space="preserve"> — </w:t>
            </w:r>
            <w:proofErr w:type="spellStart"/>
            <w:r w:rsidRPr="00D23631">
              <w:rPr>
                <w:lang w:val="ru-RU"/>
              </w:rPr>
              <w:t>окремий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юридичний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ризик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0EB4F8EA" w14:textId="77777777" w:rsidR="005F7F9E" w:rsidRDefault="00000000">
      <w:pPr>
        <w:pStyle w:val="21"/>
        <w:spacing w:before="140" w:after="80"/>
      </w:pPr>
      <w:proofErr w:type="spellStart"/>
      <w:r>
        <w:rPr>
          <w:rFonts w:ascii="Liberation Sans" w:eastAsia="Liberation Sans" w:hAnsi="Liberation Sans"/>
          <w:color w:val="1F4E78"/>
          <w:sz w:val="25"/>
        </w:rPr>
        <w:t>Головне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за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60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секунд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6236"/>
      </w:tblGrid>
      <w:tr w:rsidR="005F7F9E" w:rsidRPr="00D23631" w14:paraId="608DE965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FBDE806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Скарга не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дорівнює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встановленому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факту.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37AFECD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Комісія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має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перевірити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компетенцію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допустимість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повноту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й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перевірюваність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даних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gram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до переходу</w:t>
            </w:r>
            <w:proofErr w:type="gram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до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суті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.</w:t>
            </w:r>
          </w:p>
        </w:tc>
      </w:tr>
      <w:tr w:rsidR="005F7F9E" w:rsidRPr="00D23631" w14:paraId="03D86366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F3FA940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Дату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можна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ігнорувати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84CC2C3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Старі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дисертації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перевіряються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за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вимогами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чинними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саме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на день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застосовувати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можна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лише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міру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відповідальності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визначену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законом на той час.</w:t>
            </w:r>
          </w:p>
        </w:tc>
      </w:tr>
      <w:tr w:rsidR="005F7F9E" w:rsidRPr="00D23631" w14:paraId="19794B47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F69E825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Відсоток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збігів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нічого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вирішує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сам по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собі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CFB8DBC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Потрібний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фрагментний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аналіз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авторства,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хронології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цитування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спільних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джерел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усталених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формул і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технічних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помилок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r>
              <w:rPr>
                <w:rFonts w:ascii="Liberation Sans" w:eastAsia="Liberation Sans" w:hAnsi="Liberation Sans"/>
                <w:sz w:val="19"/>
              </w:rPr>
              <w:t>OCR</w:t>
            </w:r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.</w:t>
            </w:r>
          </w:p>
        </w:tc>
      </w:tr>
      <w:tr w:rsidR="005F7F9E" w:rsidRPr="00D23631" w14:paraId="53029022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D499E6F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>Перші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 xml:space="preserve"> 24–72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>години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>критичні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9"/>
              </w:rPr>
              <w:t>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C4FF8A4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Треба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зафіксувати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докази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отримати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весь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матеріал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скарги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визначити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процесуальний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статус і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встановити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єдину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лінію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комунікації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.</w:t>
            </w:r>
          </w:p>
        </w:tc>
      </w:tr>
      <w:tr w:rsidR="005F7F9E" w:rsidRPr="00D23631" w14:paraId="40473BB0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460390D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Репутацію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захищають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паралельно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з процедурою.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A797341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Але без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емоційних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дописів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погроз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неперевірених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контрзвинувачень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.</w:t>
            </w:r>
          </w:p>
        </w:tc>
      </w:tr>
      <w:tr w:rsidR="005F7F9E" w:rsidRPr="00D23631" w14:paraId="28A755C9" w14:textId="77777777">
        <w:trPr>
          <w:cantSplit/>
          <w:jc w:val="center"/>
        </w:trPr>
        <w:tc>
          <w:tcPr>
            <w:tcW w:w="3175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7C995D3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Порогове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рішення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комісії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 xml:space="preserve"> — не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формальність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9"/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B856CAF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Проміжне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відкриття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інколи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складно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оскаржити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окремо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тоді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як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репутаційні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наслідки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виникають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одразу</w:t>
            </w:r>
            <w:proofErr w:type="spellEnd"/>
            <w:r w:rsidRPr="00D23631">
              <w:rPr>
                <w:rFonts w:ascii="Liberation Sans" w:eastAsia="Liberation Sans" w:hAnsi="Liberation Sans"/>
                <w:sz w:val="19"/>
                <w:lang w:val="ru-RU"/>
              </w:rPr>
              <w:t>.</w:t>
            </w:r>
          </w:p>
        </w:tc>
      </w:tr>
    </w:tbl>
    <w:p w14:paraId="3692BC30" w14:textId="77777777" w:rsidR="005F7F9E" w:rsidRPr="00D23631" w:rsidRDefault="00000000">
      <w:pPr>
        <w:rPr>
          <w:lang w:val="ru-RU"/>
        </w:rPr>
      </w:pPr>
      <w:r w:rsidRPr="00D23631">
        <w:rPr>
          <w:lang w:val="ru-RU"/>
        </w:rPr>
        <w:br w:type="page"/>
      </w:r>
    </w:p>
    <w:p w14:paraId="364A51CF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lastRenderedPageBreak/>
        <w:t xml:space="preserve">1. </w:t>
      </w:r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Коли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скарга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про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плагіат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перетворюється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на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інструмент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тиску</w:t>
      </w:r>
      <w:proofErr w:type="spellEnd"/>
    </w:p>
    <w:p w14:paraId="5C3139E7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Академічна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потребує</w:t>
      </w:r>
      <w:proofErr w:type="spellEnd"/>
      <w:r w:rsidRPr="00D23631">
        <w:rPr>
          <w:color w:val="1E2A32"/>
          <w:lang w:val="ru-RU"/>
        </w:rPr>
        <w:t xml:space="preserve"> реального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Справжній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плагіат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руйнує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довіру</w:t>
      </w:r>
      <w:proofErr w:type="spellEnd"/>
      <w:r w:rsidRPr="00D23631">
        <w:rPr>
          <w:color w:val="1E2A32"/>
          <w:lang w:val="ru-RU"/>
        </w:rPr>
        <w:t xml:space="preserve"> до науки, </w:t>
      </w:r>
      <w:proofErr w:type="spellStart"/>
      <w:r w:rsidRPr="00D23631">
        <w:rPr>
          <w:color w:val="1E2A32"/>
          <w:lang w:val="ru-RU"/>
        </w:rPr>
        <w:t>нівелює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працю</w:t>
      </w:r>
      <w:proofErr w:type="spellEnd"/>
      <w:r w:rsidRPr="00D23631">
        <w:rPr>
          <w:color w:val="1E2A32"/>
          <w:lang w:val="ru-RU"/>
        </w:rPr>
        <w:t xml:space="preserve"> автора та </w:t>
      </w:r>
      <w:proofErr w:type="spellStart"/>
      <w:r w:rsidRPr="00D23631">
        <w:rPr>
          <w:color w:val="1E2A32"/>
          <w:lang w:val="ru-RU"/>
        </w:rPr>
        <w:t>компрометує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інституцію</w:t>
      </w:r>
      <w:proofErr w:type="spellEnd"/>
      <w:r w:rsidRPr="00D23631">
        <w:rPr>
          <w:color w:val="1E2A32"/>
          <w:lang w:val="ru-RU"/>
        </w:rPr>
        <w:t xml:space="preserve">, яка присудила </w:t>
      </w:r>
      <w:proofErr w:type="spellStart"/>
      <w:r w:rsidRPr="00D23631">
        <w:rPr>
          <w:color w:val="1E2A32"/>
          <w:lang w:val="ru-RU"/>
        </w:rPr>
        <w:t>ступінь</w:t>
      </w:r>
      <w:proofErr w:type="spellEnd"/>
      <w:r w:rsidRPr="00D23631">
        <w:rPr>
          <w:color w:val="1E2A32"/>
          <w:lang w:val="ru-RU"/>
        </w:rPr>
        <w:t xml:space="preserve">. Але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суспільна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чутливість</w:t>
      </w:r>
      <w:proofErr w:type="spellEnd"/>
      <w:r w:rsidRPr="00D23631">
        <w:rPr>
          <w:color w:val="1E2A32"/>
          <w:lang w:val="ru-RU"/>
        </w:rPr>
        <w:t xml:space="preserve"> до теми </w:t>
      </w:r>
      <w:proofErr w:type="spellStart"/>
      <w:r w:rsidRPr="00D23631">
        <w:rPr>
          <w:color w:val="1E2A32"/>
          <w:lang w:val="ru-RU"/>
        </w:rPr>
        <w:t>створює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спокусу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використати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скаргу</w:t>
      </w:r>
      <w:proofErr w:type="spellEnd"/>
      <w:r w:rsidRPr="00D23631">
        <w:rPr>
          <w:color w:val="1E2A32"/>
          <w:lang w:val="ru-RU"/>
        </w:rPr>
        <w:t xml:space="preserve"> як </w:t>
      </w:r>
      <w:proofErr w:type="spellStart"/>
      <w:r w:rsidRPr="00D23631">
        <w:rPr>
          <w:color w:val="1E2A32"/>
          <w:lang w:val="ru-RU"/>
        </w:rPr>
        <w:t>дешевий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високоефективний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спосіб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політичної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кадрової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корпоративної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особистої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боротьби</w:t>
      </w:r>
      <w:proofErr w:type="spellEnd"/>
      <w:r w:rsidRPr="00D23631">
        <w:rPr>
          <w:color w:val="1E2A32"/>
          <w:lang w:val="ru-RU"/>
        </w:rPr>
        <w:t>.</w:t>
      </w:r>
    </w:p>
    <w:p w14:paraId="67874C99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Асиметрія</w:t>
      </w:r>
      <w:proofErr w:type="spellEnd"/>
      <w:r w:rsidRPr="00D23631">
        <w:rPr>
          <w:color w:val="1E2A32"/>
          <w:lang w:val="ru-RU"/>
        </w:rPr>
        <w:t xml:space="preserve"> очевидна: </w:t>
      </w:r>
      <w:proofErr w:type="spellStart"/>
      <w:r w:rsidRPr="00D23631">
        <w:rPr>
          <w:color w:val="1E2A32"/>
          <w:lang w:val="ru-RU"/>
        </w:rPr>
        <w:t>заявникові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достатньо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сформувати</w:t>
      </w:r>
      <w:proofErr w:type="spellEnd"/>
      <w:r w:rsidRPr="00D23631">
        <w:rPr>
          <w:color w:val="1E2A32"/>
          <w:lang w:val="ru-RU"/>
        </w:rPr>
        <w:t xml:space="preserve"> пакет </w:t>
      </w:r>
      <w:proofErr w:type="spellStart"/>
      <w:r w:rsidRPr="00D23631">
        <w:rPr>
          <w:color w:val="1E2A32"/>
          <w:lang w:val="ru-RU"/>
        </w:rPr>
        <w:t>файлів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запустити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інформаційний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привід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тоді</w:t>
      </w:r>
      <w:proofErr w:type="spellEnd"/>
      <w:r w:rsidRPr="00D23631">
        <w:rPr>
          <w:color w:val="1E2A32"/>
          <w:lang w:val="ru-RU"/>
        </w:rPr>
        <w:t xml:space="preserve"> як ученому, </w:t>
      </w:r>
      <w:proofErr w:type="spellStart"/>
      <w:r w:rsidRPr="00D23631">
        <w:rPr>
          <w:color w:val="1E2A32"/>
          <w:lang w:val="ru-RU"/>
        </w:rPr>
        <w:t>університету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експертам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доведеться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місяцями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відновлювати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редакції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нормативні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вимоги</w:t>
      </w:r>
      <w:proofErr w:type="spellEnd"/>
      <w:r w:rsidRPr="00D23631">
        <w:rPr>
          <w:color w:val="1E2A32"/>
          <w:lang w:val="ru-RU"/>
        </w:rPr>
        <w:t xml:space="preserve"> й контекст </w:t>
      </w:r>
      <w:proofErr w:type="spellStart"/>
      <w:r w:rsidRPr="00D23631">
        <w:rPr>
          <w:color w:val="1E2A32"/>
          <w:lang w:val="ru-RU"/>
        </w:rPr>
        <w:t>десятків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сотень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фрагментів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Штучний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інтелект</w:t>
      </w:r>
      <w:proofErr w:type="spellEnd"/>
      <w:r w:rsidRPr="00D23631">
        <w:rPr>
          <w:color w:val="1E2A32"/>
          <w:lang w:val="ru-RU"/>
        </w:rPr>
        <w:t xml:space="preserve"> радикально </w:t>
      </w:r>
      <w:proofErr w:type="spellStart"/>
      <w:r w:rsidRPr="00D23631">
        <w:rPr>
          <w:color w:val="1E2A32"/>
          <w:lang w:val="ru-RU"/>
        </w:rPr>
        <w:t>здешевлює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створення</w:t>
      </w:r>
      <w:proofErr w:type="spellEnd"/>
      <w:r w:rsidRPr="00D23631">
        <w:rPr>
          <w:color w:val="1E2A32"/>
          <w:lang w:val="ru-RU"/>
        </w:rPr>
        <w:t xml:space="preserve"> великих </w:t>
      </w:r>
      <w:proofErr w:type="spellStart"/>
      <w:r w:rsidRPr="00D23631">
        <w:rPr>
          <w:color w:val="1E2A32"/>
          <w:lang w:val="ru-RU"/>
        </w:rPr>
        <w:t>порівняльних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таблиць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перекладів</w:t>
      </w:r>
      <w:proofErr w:type="spellEnd"/>
      <w:r w:rsidRPr="00D23631">
        <w:rPr>
          <w:color w:val="1E2A32"/>
          <w:lang w:val="ru-RU"/>
        </w:rPr>
        <w:t xml:space="preserve"> і «</w:t>
      </w:r>
      <w:proofErr w:type="spellStart"/>
      <w:r w:rsidRPr="00D23631">
        <w:rPr>
          <w:color w:val="1E2A32"/>
          <w:lang w:val="ru-RU"/>
        </w:rPr>
        <w:t>звітів</w:t>
      </w:r>
      <w:proofErr w:type="spellEnd"/>
      <w:r w:rsidRPr="00D23631">
        <w:rPr>
          <w:color w:val="1E2A32"/>
          <w:lang w:val="ru-RU"/>
        </w:rPr>
        <w:t xml:space="preserve">». </w:t>
      </w:r>
      <w:proofErr w:type="spellStart"/>
      <w:r w:rsidRPr="00D23631">
        <w:rPr>
          <w:color w:val="1E2A32"/>
          <w:lang w:val="ru-RU"/>
        </w:rPr>
        <w:t>Водночас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він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помилятися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бібліографії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вигадувати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публікації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плутати</w:t>
      </w:r>
      <w:proofErr w:type="spellEnd"/>
      <w:r w:rsidRPr="00D23631">
        <w:rPr>
          <w:color w:val="1E2A32"/>
          <w:lang w:val="ru-RU"/>
        </w:rPr>
        <w:t xml:space="preserve"> дату </w:t>
      </w:r>
      <w:proofErr w:type="spellStart"/>
      <w:r w:rsidRPr="00D23631">
        <w:rPr>
          <w:color w:val="1E2A32"/>
          <w:lang w:val="ru-RU"/>
        </w:rPr>
        <w:t>оцифрування</w:t>
      </w:r>
      <w:proofErr w:type="spellEnd"/>
      <w:r w:rsidRPr="00D23631">
        <w:rPr>
          <w:color w:val="1E2A32"/>
          <w:lang w:val="ru-RU"/>
        </w:rPr>
        <w:t xml:space="preserve"> з датою </w:t>
      </w:r>
      <w:proofErr w:type="spellStart"/>
      <w:r w:rsidRPr="00D23631">
        <w:rPr>
          <w:color w:val="1E2A32"/>
          <w:lang w:val="ru-RU"/>
        </w:rPr>
        <w:t>видання</w:t>
      </w:r>
      <w:proofErr w:type="spellEnd"/>
      <w:r w:rsidRPr="00D23631">
        <w:rPr>
          <w:color w:val="1E2A32"/>
          <w:lang w:val="ru-RU"/>
        </w:rPr>
        <w:t xml:space="preserve">, не </w:t>
      </w:r>
      <w:proofErr w:type="spellStart"/>
      <w:r w:rsidRPr="00D23631">
        <w:rPr>
          <w:color w:val="1E2A32"/>
          <w:lang w:val="ru-RU"/>
        </w:rPr>
        <w:t>бачити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цитування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ширшому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контексті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приписувати</w:t>
      </w:r>
      <w:proofErr w:type="spellEnd"/>
      <w:r w:rsidRPr="00D23631">
        <w:rPr>
          <w:color w:val="1E2A32"/>
          <w:lang w:val="ru-RU"/>
        </w:rPr>
        <w:t xml:space="preserve"> авторство тому, </w:t>
      </w:r>
      <w:proofErr w:type="spellStart"/>
      <w:r w:rsidRPr="00D23631">
        <w:rPr>
          <w:color w:val="1E2A32"/>
          <w:lang w:val="ru-RU"/>
        </w:rPr>
        <w:t>хто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насправді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користувався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пізнішим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джерелом</w:t>
      </w:r>
      <w:proofErr w:type="spellEnd"/>
      <w:r w:rsidRPr="00D23631">
        <w:rPr>
          <w:color w:val="1E2A32"/>
          <w:lang w:val="ru-RU"/>
        </w:rPr>
        <w:t>.</w:t>
      </w:r>
    </w:p>
    <w:p w14:paraId="4C92892F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У </w:t>
      </w:r>
      <w:proofErr w:type="spellStart"/>
      <w:r w:rsidRPr="00D23631">
        <w:rPr>
          <w:color w:val="1E2A32"/>
          <w:lang w:val="ru-RU"/>
        </w:rPr>
        <w:t>такій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ситуації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головним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захистом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маніпуляції</w:t>
      </w:r>
      <w:proofErr w:type="spellEnd"/>
      <w:r w:rsidRPr="00D23631">
        <w:rPr>
          <w:color w:val="1E2A32"/>
          <w:lang w:val="ru-RU"/>
        </w:rPr>
        <w:t xml:space="preserve"> є не корпоративна </w:t>
      </w:r>
      <w:proofErr w:type="spellStart"/>
      <w:r w:rsidRPr="00D23631">
        <w:rPr>
          <w:color w:val="1E2A32"/>
          <w:lang w:val="ru-RU"/>
        </w:rPr>
        <w:t>солідарність</w:t>
      </w:r>
      <w:proofErr w:type="spellEnd"/>
      <w:r w:rsidRPr="00D23631">
        <w:rPr>
          <w:color w:val="1E2A32"/>
          <w:lang w:val="ru-RU"/>
        </w:rPr>
        <w:t xml:space="preserve"> і не </w:t>
      </w:r>
      <w:proofErr w:type="spellStart"/>
      <w:r w:rsidRPr="00D23631">
        <w:rPr>
          <w:color w:val="1E2A32"/>
          <w:lang w:val="ru-RU"/>
        </w:rPr>
        <w:t>автоматичне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відкриття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кожної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гучної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Головний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 процедура: </w:t>
      </w:r>
      <w:proofErr w:type="spellStart"/>
      <w:r w:rsidRPr="00D23631">
        <w:rPr>
          <w:color w:val="1E2A32"/>
          <w:lang w:val="ru-RU"/>
        </w:rPr>
        <w:t>компетенція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доказовий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поріг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правильне</w:t>
      </w:r>
      <w:proofErr w:type="spellEnd"/>
      <w:r w:rsidRPr="00D23631">
        <w:rPr>
          <w:color w:val="1E2A32"/>
          <w:lang w:val="ru-RU"/>
        </w:rPr>
        <w:t xml:space="preserve"> право в </w:t>
      </w:r>
      <w:proofErr w:type="spellStart"/>
      <w:r w:rsidRPr="00D23631">
        <w:rPr>
          <w:color w:val="1E2A32"/>
          <w:lang w:val="ru-RU"/>
        </w:rPr>
        <w:t>часі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незалежний</w:t>
      </w:r>
      <w:proofErr w:type="spellEnd"/>
      <w:r w:rsidRPr="00D23631">
        <w:rPr>
          <w:color w:val="1E2A32"/>
          <w:lang w:val="ru-RU"/>
        </w:rPr>
        <w:t xml:space="preserve"> склад, </w:t>
      </w:r>
      <w:proofErr w:type="spellStart"/>
      <w:r w:rsidRPr="00D23631">
        <w:rPr>
          <w:color w:val="1E2A32"/>
          <w:lang w:val="ru-RU"/>
        </w:rPr>
        <w:t>можливість</w:t>
      </w:r>
      <w:proofErr w:type="spellEnd"/>
      <w:r w:rsidRPr="00D23631">
        <w:rPr>
          <w:color w:val="1E2A32"/>
          <w:lang w:val="ru-RU"/>
        </w:rPr>
        <w:t xml:space="preserve"> бути </w:t>
      </w:r>
      <w:proofErr w:type="spellStart"/>
      <w:r w:rsidRPr="00D23631">
        <w:rPr>
          <w:color w:val="1E2A32"/>
          <w:lang w:val="ru-RU"/>
        </w:rPr>
        <w:t>почутим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мотивоване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32F772E8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2CA5B6BA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ПРОФЕСІЙНА ФОРМУЛА</w:t>
            </w:r>
          </w:p>
          <w:p w14:paraId="6C5FD190" w14:textId="77777777" w:rsidR="005F7F9E" w:rsidRPr="00D23631" w:rsidRDefault="00000000">
            <w:pPr>
              <w:spacing w:after="0" w:line="269" w:lineRule="auto"/>
              <w:rPr>
                <w:lang w:val="ru-RU"/>
              </w:rPr>
            </w:pPr>
            <w:r w:rsidRPr="00D23631">
              <w:rPr>
                <w:i/>
                <w:lang w:val="ru-RU"/>
              </w:rPr>
              <w:t xml:space="preserve">Не </w:t>
            </w:r>
            <w:proofErr w:type="spellStart"/>
            <w:r w:rsidRPr="00D23631">
              <w:rPr>
                <w:i/>
                <w:lang w:val="ru-RU"/>
              </w:rPr>
              <w:t>відсоток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текстових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збігів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вирішує</w:t>
            </w:r>
            <w:proofErr w:type="spellEnd"/>
            <w:r w:rsidRPr="00D23631">
              <w:rPr>
                <w:i/>
                <w:lang w:val="ru-RU"/>
              </w:rPr>
              <w:t xml:space="preserve"> справу. </w:t>
            </w:r>
            <w:proofErr w:type="spellStart"/>
            <w:r w:rsidRPr="00D23631">
              <w:rPr>
                <w:i/>
                <w:lang w:val="ru-RU"/>
              </w:rPr>
              <w:t>Її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вирішують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правовий</w:t>
            </w:r>
            <w:proofErr w:type="spellEnd"/>
            <w:r w:rsidRPr="00D23631">
              <w:rPr>
                <w:i/>
                <w:lang w:val="ru-RU"/>
              </w:rPr>
              <w:t xml:space="preserve"> режим, </w:t>
            </w:r>
            <w:proofErr w:type="spellStart"/>
            <w:r w:rsidRPr="00D23631">
              <w:rPr>
                <w:i/>
                <w:lang w:val="ru-RU"/>
              </w:rPr>
              <w:t>доказ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походження</w:t>
            </w:r>
            <w:proofErr w:type="spellEnd"/>
            <w:r w:rsidRPr="00D23631">
              <w:rPr>
                <w:i/>
                <w:lang w:val="ru-RU"/>
              </w:rPr>
              <w:t xml:space="preserve"> кожного фрагмента, </w:t>
            </w:r>
            <w:proofErr w:type="spellStart"/>
            <w:r w:rsidRPr="00D23631">
              <w:rPr>
                <w:i/>
                <w:lang w:val="ru-RU"/>
              </w:rPr>
              <w:t>хронологія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джерел</w:t>
            </w:r>
            <w:proofErr w:type="spellEnd"/>
            <w:r w:rsidRPr="00D23631">
              <w:rPr>
                <w:i/>
                <w:lang w:val="ru-RU"/>
              </w:rPr>
              <w:t xml:space="preserve"> і </w:t>
            </w:r>
            <w:proofErr w:type="spellStart"/>
            <w:r w:rsidRPr="00D23631">
              <w:rPr>
                <w:i/>
                <w:lang w:val="ru-RU"/>
              </w:rPr>
              <w:t>справедливість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процедури</w:t>
            </w:r>
            <w:proofErr w:type="spellEnd"/>
            <w:r w:rsidRPr="00D23631">
              <w:rPr>
                <w:i/>
                <w:lang w:val="ru-RU"/>
              </w:rPr>
              <w:t>.</w:t>
            </w:r>
          </w:p>
        </w:tc>
      </w:tr>
    </w:tbl>
    <w:p w14:paraId="59FFEFD8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2.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Правова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карта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після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31 липня 2026 року</w:t>
      </w:r>
    </w:p>
    <w:p w14:paraId="4AA108D6" w14:textId="77777777" w:rsidR="005F7F9E" w:rsidRPr="00D23631" w:rsidRDefault="00000000">
      <w:pPr>
        <w:keepNext/>
        <w:spacing w:after="140"/>
        <w:rPr>
          <w:lang w:val="ru-RU"/>
        </w:rPr>
      </w:pP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Що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саме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дає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Закон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України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«Про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академічну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доброчесність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» № 4742-</w:t>
      </w:r>
      <w:r>
        <w:rPr>
          <w:rFonts w:ascii="Liberation Sans" w:eastAsia="Liberation Sans" w:hAnsi="Liberation Sans"/>
          <w:i/>
          <w:color w:val="66788A"/>
          <w:sz w:val="20"/>
        </w:rPr>
        <w:t>IX</w:t>
      </w:r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— і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чого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він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не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дозволяє</w:t>
      </w:r>
      <w:proofErr w:type="spellEnd"/>
    </w:p>
    <w:p w14:paraId="1EDCCBA4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Новий</w:t>
      </w:r>
      <w:proofErr w:type="spellEnd"/>
      <w:r w:rsidRPr="00D23631">
        <w:rPr>
          <w:color w:val="1E2A32"/>
          <w:lang w:val="ru-RU"/>
        </w:rPr>
        <w:t xml:space="preserve"> Закон </w:t>
      </w:r>
      <w:proofErr w:type="spellStart"/>
      <w:r w:rsidRPr="00D23631">
        <w:rPr>
          <w:color w:val="1E2A32"/>
          <w:lang w:val="ru-RU"/>
        </w:rPr>
        <w:t>України</w:t>
      </w:r>
      <w:proofErr w:type="spellEnd"/>
      <w:r w:rsidRPr="00D23631">
        <w:rPr>
          <w:color w:val="1E2A32"/>
          <w:lang w:val="ru-RU"/>
        </w:rPr>
        <w:t xml:space="preserve"> «Про </w:t>
      </w:r>
      <w:proofErr w:type="spellStart"/>
      <w:r w:rsidRPr="00D23631">
        <w:rPr>
          <w:color w:val="1E2A32"/>
          <w:lang w:val="ru-RU"/>
        </w:rPr>
        <w:t>академічну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» </w:t>
      </w:r>
      <w:proofErr w:type="spellStart"/>
      <w:r w:rsidRPr="00D23631">
        <w:rPr>
          <w:color w:val="1E2A32"/>
          <w:lang w:val="ru-RU"/>
        </w:rPr>
        <w:t>встановив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єдину</w:t>
      </w:r>
      <w:proofErr w:type="spellEnd"/>
      <w:r w:rsidRPr="00D23631">
        <w:rPr>
          <w:color w:val="1E2A32"/>
          <w:lang w:val="ru-RU"/>
        </w:rPr>
        <w:t xml:space="preserve"> рамку </w:t>
      </w:r>
      <w:proofErr w:type="spellStart"/>
      <w:r w:rsidRPr="00D23631">
        <w:rPr>
          <w:color w:val="1E2A32"/>
          <w:lang w:val="ru-RU"/>
        </w:rPr>
        <w:t>реагування</w:t>
      </w:r>
      <w:proofErr w:type="spellEnd"/>
      <w:r w:rsidRPr="00D23631">
        <w:rPr>
          <w:color w:val="1E2A32"/>
          <w:lang w:val="ru-RU"/>
        </w:rPr>
        <w:t xml:space="preserve">. У </w:t>
      </w:r>
      <w:proofErr w:type="spellStart"/>
      <w:r w:rsidRPr="00D23631">
        <w:rPr>
          <w:color w:val="1E2A32"/>
          <w:lang w:val="ru-RU"/>
        </w:rPr>
        <w:t>загальній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процедурі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стаття</w:t>
      </w:r>
      <w:proofErr w:type="spellEnd"/>
      <w:r w:rsidRPr="00D23631">
        <w:rPr>
          <w:color w:val="1E2A32"/>
          <w:lang w:val="ru-RU"/>
        </w:rPr>
        <w:t xml:space="preserve"> 37 </w:t>
      </w:r>
      <w:proofErr w:type="spellStart"/>
      <w:r w:rsidRPr="00D23631">
        <w:rPr>
          <w:color w:val="1E2A32"/>
          <w:lang w:val="ru-RU"/>
        </w:rPr>
        <w:t>вимагає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щоб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містило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фактичні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вказують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можливе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порушення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бути </w:t>
      </w:r>
      <w:proofErr w:type="spellStart"/>
      <w:r w:rsidRPr="00D23631">
        <w:rPr>
          <w:color w:val="1E2A32"/>
          <w:lang w:val="ru-RU"/>
        </w:rPr>
        <w:t>перевірені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такого </w:t>
      </w:r>
      <w:proofErr w:type="spellStart"/>
      <w:r w:rsidRPr="00D23631">
        <w:rPr>
          <w:color w:val="1E2A32"/>
          <w:lang w:val="ru-RU"/>
        </w:rPr>
        <w:t>мінімуму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немає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уповноважений</w:t>
      </w:r>
      <w:proofErr w:type="spellEnd"/>
      <w:r w:rsidRPr="00D23631">
        <w:rPr>
          <w:color w:val="1E2A32"/>
          <w:lang w:val="ru-RU"/>
        </w:rPr>
        <w:t xml:space="preserve"> орган </w:t>
      </w:r>
      <w:proofErr w:type="spellStart"/>
      <w:r w:rsidRPr="00D23631">
        <w:rPr>
          <w:color w:val="1E2A32"/>
          <w:lang w:val="ru-RU"/>
        </w:rPr>
        <w:t>має</w:t>
      </w:r>
      <w:proofErr w:type="spellEnd"/>
      <w:r w:rsidRPr="00D23631">
        <w:rPr>
          <w:color w:val="1E2A32"/>
          <w:lang w:val="ru-RU"/>
        </w:rPr>
        <w:t xml:space="preserve"> право </w:t>
      </w:r>
      <w:proofErr w:type="spellStart"/>
      <w:r w:rsidRPr="00D23631">
        <w:rPr>
          <w:color w:val="1E2A32"/>
          <w:lang w:val="ru-RU"/>
        </w:rPr>
        <w:t>залишити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без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. Закон </w:t>
      </w:r>
      <w:proofErr w:type="spellStart"/>
      <w:r w:rsidRPr="00D23631">
        <w:rPr>
          <w:color w:val="1E2A32"/>
          <w:lang w:val="ru-RU"/>
        </w:rPr>
        <w:t>передбачає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порогове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процесуальні</w:t>
      </w:r>
      <w:proofErr w:type="spellEnd"/>
      <w:r w:rsidRPr="00D23631">
        <w:rPr>
          <w:color w:val="1E2A32"/>
          <w:lang w:val="ru-RU"/>
        </w:rPr>
        <w:t xml:space="preserve"> права особи, </w:t>
      </w:r>
      <w:proofErr w:type="spellStart"/>
      <w:r w:rsidRPr="00D23631">
        <w:rPr>
          <w:color w:val="1E2A32"/>
          <w:lang w:val="ru-RU"/>
        </w:rPr>
        <w:t>механізми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відводу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залучення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зовнішніх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експертів</w:t>
      </w:r>
      <w:proofErr w:type="spellEnd"/>
      <w:r w:rsidRPr="00D23631">
        <w:rPr>
          <w:color w:val="1E2A32"/>
          <w:lang w:val="ru-RU"/>
        </w:rPr>
        <w:t xml:space="preserve">, а також </w:t>
      </w:r>
      <w:proofErr w:type="spellStart"/>
      <w:r w:rsidRPr="00D23631">
        <w:rPr>
          <w:color w:val="1E2A32"/>
          <w:lang w:val="ru-RU"/>
        </w:rPr>
        <w:t>вимогу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повного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всебічного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доказового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мотивування</w:t>
      </w:r>
      <w:proofErr w:type="spellEnd"/>
      <w:r w:rsidRPr="00D23631">
        <w:rPr>
          <w:color w:val="1E2A32"/>
          <w:lang w:val="ru-RU"/>
        </w:rPr>
        <w:t>.</w:t>
      </w:r>
    </w:p>
    <w:p w14:paraId="177D1A83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Для справ, у </w:t>
      </w:r>
      <w:proofErr w:type="spellStart"/>
      <w:r w:rsidRPr="00D23631">
        <w:rPr>
          <w:color w:val="1E2A32"/>
          <w:lang w:val="ru-RU"/>
        </w:rPr>
        <w:t>яких</w:t>
      </w:r>
      <w:proofErr w:type="spellEnd"/>
      <w:r w:rsidRPr="00D23631">
        <w:rPr>
          <w:color w:val="1E2A32"/>
          <w:lang w:val="ru-RU"/>
        </w:rPr>
        <w:t xml:space="preserve"> ставиться </w:t>
      </w:r>
      <w:proofErr w:type="spellStart"/>
      <w:r w:rsidRPr="00D23631">
        <w:rPr>
          <w:color w:val="1E2A32"/>
          <w:lang w:val="ru-RU"/>
        </w:rPr>
        <w:t>питання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позбавлення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наукового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ступеня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стаття</w:t>
      </w:r>
      <w:proofErr w:type="spellEnd"/>
      <w:r w:rsidRPr="00D23631">
        <w:rPr>
          <w:color w:val="1E2A32"/>
          <w:lang w:val="ru-RU"/>
        </w:rPr>
        <w:t xml:space="preserve"> 40 </w:t>
      </w:r>
      <w:proofErr w:type="spellStart"/>
      <w:r w:rsidRPr="00D23631">
        <w:rPr>
          <w:color w:val="1E2A32"/>
          <w:lang w:val="ru-RU"/>
        </w:rPr>
        <w:t>встановлює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спеціальну</w:t>
      </w:r>
      <w:proofErr w:type="spellEnd"/>
      <w:r w:rsidRPr="00D23631">
        <w:rPr>
          <w:color w:val="1E2A32"/>
          <w:lang w:val="ru-RU"/>
        </w:rPr>
        <w:t xml:space="preserve"> модель: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подається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gramStart"/>
      <w:r w:rsidRPr="00D23631">
        <w:rPr>
          <w:color w:val="1E2A32"/>
          <w:lang w:val="ru-RU"/>
        </w:rPr>
        <w:t>до закладу</w:t>
      </w:r>
      <w:proofErr w:type="gram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наукової</w:t>
      </w:r>
      <w:proofErr w:type="spellEnd"/>
      <w:r w:rsidRPr="00D23631">
        <w:rPr>
          <w:color w:val="1E2A32"/>
          <w:lang w:val="ru-RU"/>
        </w:rPr>
        <w:t xml:space="preserve"> установи, де </w:t>
      </w:r>
      <w:proofErr w:type="spellStart"/>
      <w:r w:rsidRPr="00D23631">
        <w:rPr>
          <w:color w:val="1E2A32"/>
          <w:lang w:val="ru-RU"/>
        </w:rPr>
        <w:t>ступінь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присуджено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правонаступника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розгляд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триває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більш</w:t>
      </w:r>
      <w:proofErr w:type="spellEnd"/>
      <w:r w:rsidRPr="00D23631">
        <w:rPr>
          <w:color w:val="1E2A32"/>
          <w:lang w:val="ru-RU"/>
        </w:rPr>
        <w:t xml:space="preserve"> як </w:t>
      </w:r>
      <w:proofErr w:type="spellStart"/>
      <w:r w:rsidRPr="00D23631">
        <w:rPr>
          <w:color w:val="1E2A32"/>
          <w:lang w:val="ru-RU"/>
        </w:rPr>
        <w:t>шість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місяців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фінальним</w:t>
      </w:r>
      <w:proofErr w:type="spellEnd"/>
      <w:r w:rsidRPr="00D23631">
        <w:rPr>
          <w:color w:val="1E2A32"/>
          <w:lang w:val="ru-RU"/>
        </w:rPr>
        <w:t xml:space="preserve"> результатом є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позбавлення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відмову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позбавленні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оприлюднюється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апеляція</w:t>
      </w:r>
      <w:proofErr w:type="spellEnd"/>
      <w:r w:rsidRPr="00D23631">
        <w:rPr>
          <w:color w:val="1E2A32"/>
          <w:lang w:val="ru-RU"/>
        </w:rPr>
        <w:t xml:space="preserve"> до НАЗЯВО </w:t>
      </w:r>
      <w:proofErr w:type="spellStart"/>
      <w:r w:rsidRPr="00D23631">
        <w:rPr>
          <w:color w:val="1E2A32"/>
          <w:lang w:val="ru-RU"/>
        </w:rPr>
        <w:t>подається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протягом</w:t>
      </w:r>
      <w:proofErr w:type="spellEnd"/>
      <w:r w:rsidRPr="00D23631">
        <w:rPr>
          <w:color w:val="1E2A32"/>
          <w:lang w:val="ru-RU"/>
        </w:rPr>
        <w:t xml:space="preserve"> 30 </w:t>
      </w:r>
      <w:proofErr w:type="spellStart"/>
      <w:r w:rsidRPr="00D23631">
        <w:rPr>
          <w:color w:val="1E2A32"/>
          <w:lang w:val="ru-RU"/>
        </w:rPr>
        <w:t>календарних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днів</w:t>
      </w:r>
      <w:proofErr w:type="spellEnd"/>
      <w:r w:rsidRPr="00D23631">
        <w:rPr>
          <w:color w:val="1E2A32"/>
          <w:lang w:val="ru-RU"/>
        </w:rPr>
        <w:t>.</w:t>
      </w:r>
    </w:p>
    <w:p w14:paraId="356ED574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Для </w:t>
      </w:r>
      <w:proofErr w:type="spellStart"/>
      <w:r w:rsidRPr="00D23631">
        <w:rPr>
          <w:color w:val="1E2A32"/>
          <w:lang w:val="ru-RU"/>
        </w:rPr>
        <w:t>старих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робіт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ключовими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перехідні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положення</w:t>
      </w:r>
      <w:proofErr w:type="spellEnd"/>
      <w:r w:rsidRPr="00D23631">
        <w:rPr>
          <w:color w:val="1E2A32"/>
          <w:lang w:val="ru-RU"/>
        </w:rPr>
        <w:t xml:space="preserve">. Вони </w:t>
      </w:r>
      <w:proofErr w:type="spellStart"/>
      <w:r w:rsidRPr="00D23631">
        <w:rPr>
          <w:color w:val="1E2A32"/>
          <w:lang w:val="ru-RU"/>
        </w:rPr>
        <w:t>дозволяють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застосовувати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процедури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гарантії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одночасно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встановлюють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межі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дисертація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перевіряється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виключно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вимогами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чинними</w:t>
      </w:r>
      <w:proofErr w:type="spellEnd"/>
      <w:r w:rsidRPr="00D23631">
        <w:rPr>
          <w:color w:val="1E2A32"/>
          <w:lang w:val="ru-RU"/>
        </w:rPr>
        <w:t xml:space="preserve"> на день </w:t>
      </w:r>
      <w:proofErr w:type="spellStart"/>
      <w:r w:rsidRPr="00D23631">
        <w:rPr>
          <w:color w:val="1E2A32"/>
          <w:lang w:val="ru-RU"/>
        </w:rPr>
        <w:t>її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застосувати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ту </w:t>
      </w:r>
      <w:proofErr w:type="spellStart"/>
      <w:r w:rsidRPr="00D23631">
        <w:rPr>
          <w:color w:val="1E2A32"/>
          <w:lang w:val="ru-RU"/>
        </w:rPr>
        <w:t>міру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відповідальності</w:t>
      </w:r>
      <w:proofErr w:type="spellEnd"/>
      <w:r w:rsidRPr="00D23631">
        <w:rPr>
          <w:color w:val="1E2A32"/>
          <w:lang w:val="ru-RU"/>
        </w:rPr>
        <w:t xml:space="preserve">, яка на момент </w:t>
      </w:r>
      <w:proofErr w:type="spellStart"/>
      <w:r w:rsidRPr="00D23631">
        <w:rPr>
          <w:color w:val="1E2A32"/>
          <w:lang w:val="ru-RU"/>
        </w:rPr>
        <w:t>діяння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визначена</w:t>
      </w:r>
      <w:proofErr w:type="spellEnd"/>
      <w:r w:rsidRPr="00D23631">
        <w:rPr>
          <w:color w:val="1E2A32"/>
          <w:lang w:val="ru-RU"/>
        </w:rPr>
        <w:t xml:space="preserve"> законом.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тут проходить </w:t>
      </w:r>
      <w:proofErr w:type="spellStart"/>
      <w:r w:rsidRPr="00D23631">
        <w:rPr>
          <w:color w:val="1E2A32"/>
          <w:lang w:val="ru-RU"/>
        </w:rPr>
        <w:t>принципова</w:t>
      </w:r>
      <w:proofErr w:type="spellEnd"/>
      <w:r w:rsidRPr="00D23631">
        <w:rPr>
          <w:color w:val="1E2A32"/>
          <w:lang w:val="ru-RU"/>
        </w:rPr>
        <w:t xml:space="preserve"> межа </w:t>
      </w:r>
      <w:proofErr w:type="spellStart"/>
      <w:r w:rsidRPr="00D23631">
        <w:rPr>
          <w:color w:val="1E2A32"/>
          <w:lang w:val="ru-RU"/>
        </w:rPr>
        <w:t>між</w:t>
      </w:r>
      <w:proofErr w:type="spellEnd"/>
      <w:r w:rsidRPr="00D23631">
        <w:rPr>
          <w:color w:val="1E2A32"/>
          <w:lang w:val="ru-RU"/>
        </w:rPr>
        <w:t xml:space="preserve"> «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дослідити</w:t>
      </w:r>
      <w:proofErr w:type="spellEnd"/>
      <w:r w:rsidRPr="00D23631">
        <w:rPr>
          <w:color w:val="1E2A32"/>
          <w:lang w:val="ru-RU"/>
        </w:rPr>
        <w:t xml:space="preserve"> текст» і «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сьогодні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застосувати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санкцію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подій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двадцятирічної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>».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05"/>
        <w:gridCol w:w="3305"/>
        <w:gridCol w:w="3305"/>
        <w:gridCol w:w="642"/>
      </w:tblGrid>
      <w:tr w:rsidR="005F7F9E" w14:paraId="4D21114B" w14:textId="77777777">
        <w:trPr>
          <w:gridAfter w:val="1"/>
          <w:wAfter w:w="642" w:type="dxa"/>
          <w:tblHeader/>
          <w:jc w:val="center"/>
        </w:trPr>
        <w:tc>
          <w:tcPr>
            <w:tcW w:w="3305" w:type="dxa"/>
            <w:shd w:val="clear" w:color="auto" w:fill="102A43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7FF9004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Порогова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стадія</w:t>
            </w:r>
            <w:proofErr w:type="spellEnd"/>
          </w:p>
        </w:tc>
        <w:tc>
          <w:tcPr>
            <w:tcW w:w="3305" w:type="dxa"/>
            <w:shd w:val="clear" w:color="auto" w:fill="102A43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244D13B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Розгляд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по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суті</w:t>
            </w:r>
            <w:proofErr w:type="spellEnd"/>
          </w:p>
        </w:tc>
        <w:tc>
          <w:tcPr>
            <w:tcW w:w="3305" w:type="dxa"/>
            <w:shd w:val="clear" w:color="auto" w:fill="102A43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51B8DF0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Старі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9"/>
              </w:rPr>
              <w:t>дисертації</w:t>
            </w:r>
            <w:proofErr w:type="spellEnd"/>
          </w:p>
        </w:tc>
      </w:tr>
      <w:tr w:rsidR="005F7F9E" w14:paraId="52A7EA34" w14:textId="77777777">
        <w:trPr>
          <w:gridAfter w:val="1"/>
          <w:wAfter w:w="642" w:type="dxa"/>
          <w:cantSplit/>
          <w:jc w:val="center"/>
        </w:trPr>
        <w:tc>
          <w:tcPr>
            <w:tcW w:w="3061" w:type="dxa"/>
            <w:tcBorders>
              <w:top w:val="single" w:sz="4" w:space="0" w:color="E7ECF0"/>
              <w:left w:val="single" w:sz="4" w:space="0" w:color="E7ECF0"/>
              <w:bottom w:val="single" w:sz="4" w:space="0" w:color="E7ECF0"/>
              <w:right w:val="single" w:sz="4" w:space="0" w:color="E7ECF0"/>
            </w:tcBorders>
            <w:shd w:val="clear" w:color="auto" w:fill="F5F7F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8A153AD" w14:textId="77777777" w:rsidR="005F7F9E" w:rsidRDefault="00000000">
            <w:pPr>
              <w:spacing w:after="0"/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є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перевірювані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фактичні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дані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?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належний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адресат?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повний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пакет?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Чи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законний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склад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органу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>?</w:t>
            </w:r>
          </w:p>
        </w:tc>
        <w:tc>
          <w:tcPr>
            <w:tcW w:w="3061" w:type="dxa"/>
            <w:tcBorders>
              <w:top w:val="single" w:sz="4" w:space="0" w:color="E7ECF0"/>
              <w:left w:val="single" w:sz="4" w:space="0" w:color="E7ECF0"/>
              <w:bottom w:val="single" w:sz="4" w:space="0" w:color="E7ECF0"/>
              <w:right w:val="single" w:sz="4" w:space="0" w:color="E7ECF0"/>
            </w:tcBorders>
            <w:shd w:val="clear" w:color="auto" w:fill="F5F7F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013B6C4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Доступ до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матеріалів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заперечення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участь 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дослідженні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доказів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незалежні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експерти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мотивоване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рішення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  <w:tc>
          <w:tcPr>
            <w:tcW w:w="3061" w:type="dxa"/>
            <w:tcBorders>
              <w:top w:val="single" w:sz="4" w:space="0" w:color="E7ECF0"/>
              <w:left w:val="single" w:sz="4" w:space="0" w:color="E7ECF0"/>
              <w:bottom w:val="single" w:sz="4" w:space="0" w:color="E7ECF0"/>
              <w:right w:val="single" w:sz="4" w:space="0" w:color="E7ECF0"/>
            </w:tcBorders>
            <w:shd w:val="clear" w:color="auto" w:fill="F5F7F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7F574967" w14:textId="77777777" w:rsidR="005F7F9E" w:rsidRDefault="00000000">
            <w:pPr>
              <w:spacing w:after="0"/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Стандарти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— на дату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.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Санкція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—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лише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що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тоді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була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визначена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законом.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Заборона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ретроактивного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погіршення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>.</w:t>
            </w:r>
          </w:p>
        </w:tc>
      </w:tr>
      <w:tr w:rsidR="005F7F9E" w:rsidRPr="00D23631" w14:paraId="732EAE85" w14:textId="77777777">
        <w:trPr>
          <w:cantSplit/>
          <w:jc w:val="center"/>
        </w:trPr>
        <w:tc>
          <w:tcPr>
            <w:tcW w:w="9915" w:type="dxa"/>
            <w:gridSpan w:val="4"/>
            <w:tcBorders>
              <w:top w:val="nil"/>
              <w:left w:val="single" w:sz="18" w:space="0" w:color="1F4E78"/>
              <w:bottom w:val="nil"/>
              <w:right w:val="nil"/>
            </w:tcBorders>
            <w:shd w:val="clear" w:color="auto" w:fill="EAF2F8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0ED0BB6A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102A43"/>
                <w:sz w:val="18"/>
                <w:lang w:val="ru-RU"/>
              </w:rPr>
              <w:lastRenderedPageBreak/>
              <w:t>БАЛАНС, ПРО ЯКИЙ ЛЕГКО ЗАБУТИ</w:t>
            </w:r>
          </w:p>
          <w:p w14:paraId="78B281E9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D23631">
              <w:rPr>
                <w:lang w:val="ru-RU"/>
              </w:rPr>
              <w:t xml:space="preserve">Закон </w:t>
            </w:r>
            <w:proofErr w:type="spellStart"/>
            <w:r w:rsidRPr="00D23631">
              <w:rPr>
                <w:lang w:val="ru-RU"/>
              </w:rPr>
              <w:t>називає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безпідставне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залишення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повідомлення</w:t>
            </w:r>
            <w:proofErr w:type="spellEnd"/>
            <w:r w:rsidRPr="00D23631">
              <w:rPr>
                <w:lang w:val="ru-RU"/>
              </w:rPr>
              <w:t xml:space="preserve"> без </w:t>
            </w:r>
            <w:proofErr w:type="spellStart"/>
            <w:r w:rsidRPr="00D23631">
              <w:rPr>
                <w:lang w:val="ru-RU"/>
              </w:rPr>
              <w:t>розгляду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інституційним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порушенням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академічної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доброчесності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Отже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комісія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права «</w:t>
            </w:r>
            <w:proofErr w:type="spellStart"/>
            <w:r w:rsidRPr="00D23631">
              <w:rPr>
                <w:lang w:val="ru-RU"/>
              </w:rPr>
              <w:t>ховати</w:t>
            </w:r>
            <w:proofErr w:type="spellEnd"/>
            <w:r w:rsidRPr="00D23631">
              <w:rPr>
                <w:lang w:val="ru-RU"/>
              </w:rPr>
              <w:t xml:space="preserve">» </w:t>
            </w:r>
            <w:proofErr w:type="spellStart"/>
            <w:r w:rsidRPr="00D23631">
              <w:rPr>
                <w:lang w:val="ru-RU"/>
              </w:rPr>
              <w:t>належно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підтверджені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факти</w:t>
            </w:r>
            <w:proofErr w:type="spellEnd"/>
            <w:r w:rsidRPr="00D23631">
              <w:rPr>
                <w:lang w:val="ru-RU"/>
              </w:rPr>
              <w:t xml:space="preserve">. Але з </w:t>
            </w:r>
            <w:proofErr w:type="spellStart"/>
            <w:r w:rsidRPr="00D23631">
              <w:rPr>
                <w:lang w:val="ru-RU"/>
              </w:rPr>
              <w:t>цього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випливає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обов’язок</w:t>
            </w:r>
            <w:proofErr w:type="spellEnd"/>
            <w:r w:rsidRPr="00D23631">
              <w:rPr>
                <w:lang w:val="ru-RU"/>
              </w:rPr>
              <w:t xml:space="preserve"> автоматично </w:t>
            </w:r>
            <w:proofErr w:type="spellStart"/>
            <w:r w:rsidRPr="00D23631">
              <w:rPr>
                <w:lang w:val="ru-RU"/>
              </w:rPr>
              <w:t>відкривати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розгляд</w:t>
            </w:r>
            <w:proofErr w:type="spellEnd"/>
            <w:r w:rsidRPr="00D23631">
              <w:rPr>
                <w:lang w:val="ru-RU"/>
              </w:rPr>
              <w:t xml:space="preserve"> за </w:t>
            </w:r>
            <w:proofErr w:type="spellStart"/>
            <w:r w:rsidRPr="00D23631">
              <w:rPr>
                <w:lang w:val="ru-RU"/>
              </w:rPr>
              <w:t>неповною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неперевірюваною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юридично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некоректною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скаргою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Потрібне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мотивоване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порогове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рішення</w:t>
            </w:r>
            <w:proofErr w:type="spellEnd"/>
            <w:r w:rsidRPr="00D23631">
              <w:rPr>
                <w:lang w:val="ru-RU"/>
              </w:rPr>
              <w:t xml:space="preserve"> — не </w:t>
            </w:r>
            <w:proofErr w:type="spellStart"/>
            <w:r w:rsidRPr="00D23631">
              <w:rPr>
                <w:lang w:val="ru-RU"/>
              </w:rPr>
              <w:t>корпоративний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захист</w:t>
            </w:r>
            <w:proofErr w:type="spellEnd"/>
            <w:r w:rsidRPr="00D23631">
              <w:rPr>
                <w:lang w:val="ru-RU"/>
              </w:rPr>
              <w:t xml:space="preserve"> і не </w:t>
            </w:r>
            <w:proofErr w:type="spellStart"/>
            <w:r w:rsidRPr="00D23631">
              <w:rPr>
                <w:lang w:val="ru-RU"/>
              </w:rPr>
              <w:t>механічний</w:t>
            </w:r>
            <w:proofErr w:type="spellEnd"/>
            <w:r w:rsidRPr="00D23631">
              <w:rPr>
                <w:lang w:val="ru-RU"/>
              </w:rPr>
              <w:t xml:space="preserve"> допуск.</w:t>
            </w:r>
          </w:p>
        </w:tc>
      </w:tr>
    </w:tbl>
    <w:p w14:paraId="60EA0D4A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3.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Чому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відкриття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розгляду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—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вже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юридично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значуща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подія</w:t>
      </w:r>
      <w:proofErr w:type="spellEnd"/>
    </w:p>
    <w:p w14:paraId="0E0CBC28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У </w:t>
      </w:r>
      <w:proofErr w:type="spellStart"/>
      <w:r w:rsidRPr="00D23631">
        <w:rPr>
          <w:color w:val="1E2A32"/>
          <w:lang w:val="ru-RU"/>
        </w:rPr>
        <w:t>традиційному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процесуальному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мисленні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відкриття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провадження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вважають</w:t>
      </w:r>
      <w:proofErr w:type="spellEnd"/>
      <w:r w:rsidRPr="00D23631">
        <w:rPr>
          <w:color w:val="1E2A32"/>
          <w:lang w:val="ru-RU"/>
        </w:rPr>
        <w:t xml:space="preserve"> нейтральною </w:t>
      </w:r>
      <w:proofErr w:type="spellStart"/>
      <w:r w:rsidRPr="00D23631">
        <w:rPr>
          <w:color w:val="1E2A32"/>
          <w:lang w:val="ru-RU"/>
        </w:rPr>
        <w:t>технічною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дією</w:t>
      </w:r>
      <w:proofErr w:type="spellEnd"/>
      <w:r w:rsidRPr="00D23631">
        <w:rPr>
          <w:color w:val="1E2A32"/>
          <w:lang w:val="ru-RU"/>
        </w:rPr>
        <w:t xml:space="preserve">. </w:t>
      </w:r>
      <w:proofErr w:type="gramStart"/>
      <w:r w:rsidRPr="00D23631">
        <w:rPr>
          <w:color w:val="1E2A32"/>
          <w:lang w:val="ru-RU"/>
        </w:rPr>
        <w:t>У справах</w:t>
      </w:r>
      <w:proofErr w:type="gram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академічну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небезпечна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ілюзія</w:t>
      </w:r>
      <w:proofErr w:type="spellEnd"/>
      <w:r w:rsidRPr="00D23631">
        <w:rPr>
          <w:color w:val="1E2A32"/>
          <w:lang w:val="ru-RU"/>
        </w:rPr>
        <w:t xml:space="preserve">. Формально вина </w:t>
      </w:r>
      <w:proofErr w:type="spellStart"/>
      <w:r w:rsidRPr="00D23631">
        <w:rPr>
          <w:color w:val="1E2A32"/>
          <w:lang w:val="ru-RU"/>
        </w:rPr>
        <w:t>ще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встановлена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Фактично</w:t>
      </w:r>
      <w:proofErr w:type="spellEnd"/>
      <w:r w:rsidRPr="00D23631">
        <w:rPr>
          <w:color w:val="1E2A32"/>
          <w:lang w:val="ru-RU"/>
        </w:rPr>
        <w:t xml:space="preserve"> ж </w:t>
      </w:r>
      <w:proofErr w:type="spellStart"/>
      <w:r w:rsidRPr="00D23631">
        <w:rPr>
          <w:color w:val="1E2A32"/>
          <w:lang w:val="ru-RU"/>
        </w:rPr>
        <w:t>науковець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одразу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зіткнутися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відстороненням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конкурсів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тиском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усередині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колективу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запитами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медіа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скасуванням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запрошень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обережністю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партнерів</w:t>
      </w:r>
      <w:proofErr w:type="spellEnd"/>
      <w:r w:rsidRPr="00D23631">
        <w:rPr>
          <w:color w:val="1E2A32"/>
          <w:lang w:val="ru-RU"/>
        </w:rPr>
        <w:t xml:space="preserve"> і лавиною </w:t>
      </w:r>
      <w:proofErr w:type="spellStart"/>
      <w:r w:rsidRPr="00D23631">
        <w:rPr>
          <w:color w:val="1E2A32"/>
          <w:lang w:val="ru-RU"/>
        </w:rPr>
        <w:t>публікацій</w:t>
      </w:r>
      <w:proofErr w:type="spellEnd"/>
      <w:r w:rsidRPr="00D23631">
        <w:rPr>
          <w:color w:val="1E2A32"/>
          <w:lang w:val="ru-RU"/>
        </w:rPr>
        <w:t>.</w:t>
      </w:r>
    </w:p>
    <w:p w14:paraId="199B1011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Додатковий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ризик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полягає</w:t>
      </w:r>
      <w:proofErr w:type="spellEnd"/>
      <w:r w:rsidRPr="00D23631">
        <w:rPr>
          <w:color w:val="1E2A32"/>
          <w:lang w:val="ru-RU"/>
        </w:rPr>
        <w:t xml:space="preserve"> в тому,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проміжне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прийняття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початок </w:t>
      </w:r>
      <w:proofErr w:type="spellStart"/>
      <w:r w:rsidRPr="00D23631">
        <w:rPr>
          <w:color w:val="1E2A32"/>
          <w:lang w:val="ru-RU"/>
        </w:rPr>
        <w:t>її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завжди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створює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самостійні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негайно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оскаржити</w:t>
      </w:r>
      <w:proofErr w:type="spellEnd"/>
      <w:r w:rsidRPr="00D23631">
        <w:rPr>
          <w:color w:val="1E2A32"/>
          <w:lang w:val="ru-RU"/>
        </w:rPr>
        <w:t xml:space="preserve"> в </w:t>
      </w:r>
      <w:proofErr w:type="spellStart"/>
      <w:r w:rsidRPr="00D23631">
        <w:rPr>
          <w:color w:val="1E2A32"/>
          <w:lang w:val="ru-RU"/>
        </w:rPr>
        <w:t>суді</w:t>
      </w:r>
      <w:proofErr w:type="spellEnd"/>
      <w:r w:rsidRPr="00D23631">
        <w:rPr>
          <w:color w:val="1E2A32"/>
          <w:lang w:val="ru-RU"/>
        </w:rPr>
        <w:t xml:space="preserve">. У </w:t>
      </w:r>
      <w:proofErr w:type="spellStart"/>
      <w:r w:rsidRPr="00D23631">
        <w:rPr>
          <w:color w:val="1E2A32"/>
          <w:lang w:val="ru-RU"/>
        </w:rPr>
        <w:t>постанові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20 грудня 2024 року у </w:t>
      </w:r>
      <w:proofErr w:type="spellStart"/>
      <w:r w:rsidRPr="00D23631">
        <w:rPr>
          <w:color w:val="1E2A32"/>
          <w:lang w:val="ru-RU"/>
        </w:rPr>
        <w:t>справі</w:t>
      </w:r>
      <w:proofErr w:type="spellEnd"/>
      <w:r w:rsidRPr="00D23631">
        <w:rPr>
          <w:color w:val="1E2A32"/>
          <w:lang w:val="ru-RU"/>
        </w:rPr>
        <w:t xml:space="preserve"> № 120/11425/23 </w:t>
      </w:r>
      <w:proofErr w:type="spellStart"/>
      <w:r w:rsidRPr="00D23631">
        <w:rPr>
          <w:color w:val="1E2A32"/>
          <w:lang w:val="ru-RU"/>
        </w:rPr>
        <w:t>Верховний</w:t>
      </w:r>
      <w:proofErr w:type="spellEnd"/>
      <w:r w:rsidRPr="00D23631">
        <w:rPr>
          <w:color w:val="1E2A32"/>
          <w:lang w:val="ru-RU"/>
        </w:rPr>
        <w:t xml:space="preserve"> Суд </w:t>
      </w:r>
      <w:proofErr w:type="spellStart"/>
      <w:r w:rsidRPr="00D23631">
        <w:rPr>
          <w:color w:val="1E2A32"/>
          <w:lang w:val="ru-RU"/>
        </w:rPr>
        <w:t>розглядав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проміжне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Комітету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питань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етики</w:t>
      </w:r>
      <w:proofErr w:type="spellEnd"/>
      <w:r w:rsidRPr="00D23631">
        <w:rPr>
          <w:color w:val="1E2A32"/>
          <w:lang w:val="ru-RU"/>
        </w:rPr>
        <w:t xml:space="preserve"> НАЗЯВО як </w:t>
      </w:r>
      <w:proofErr w:type="spellStart"/>
      <w:r w:rsidRPr="00D23631">
        <w:rPr>
          <w:color w:val="1E2A32"/>
          <w:lang w:val="ru-RU"/>
        </w:rPr>
        <w:t>процедурний</w:t>
      </w:r>
      <w:proofErr w:type="spellEnd"/>
      <w:r w:rsidRPr="00D23631">
        <w:rPr>
          <w:color w:val="1E2A32"/>
          <w:lang w:val="ru-RU"/>
        </w:rPr>
        <w:t xml:space="preserve"> акт,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сам по </w:t>
      </w:r>
      <w:proofErr w:type="spellStart"/>
      <w:r w:rsidRPr="00D23631">
        <w:rPr>
          <w:color w:val="1E2A32"/>
          <w:lang w:val="ru-RU"/>
        </w:rPr>
        <w:t>собі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вирішує</w:t>
      </w:r>
      <w:proofErr w:type="spellEnd"/>
      <w:r w:rsidRPr="00D23631">
        <w:rPr>
          <w:color w:val="1E2A32"/>
          <w:lang w:val="ru-RU"/>
        </w:rPr>
        <w:t xml:space="preserve"> права особи.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робить </w:t>
      </w:r>
      <w:proofErr w:type="spellStart"/>
      <w:r w:rsidRPr="00D23631">
        <w:rPr>
          <w:color w:val="1E2A32"/>
          <w:lang w:val="ru-RU"/>
        </w:rPr>
        <w:t>порогову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обережність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ще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важливішою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репутаційний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ефект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настати</w:t>
      </w:r>
      <w:proofErr w:type="spellEnd"/>
      <w:r w:rsidRPr="00D23631">
        <w:rPr>
          <w:color w:val="1E2A32"/>
          <w:lang w:val="ru-RU"/>
        </w:rPr>
        <w:t xml:space="preserve"> зараз, а </w:t>
      </w:r>
      <w:proofErr w:type="spellStart"/>
      <w:r w:rsidRPr="00D23631">
        <w:rPr>
          <w:color w:val="1E2A32"/>
          <w:lang w:val="ru-RU"/>
        </w:rPr>
        <w:t>повноцінний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судовий</w:t>
      </w:r>
      <w:proofErr w:type="spellEnd"/>
      <w:r w:rsidRPr="00D23631">
        <w:rPr>
          <w:color w:val="1E2A32"/>
          <w:lang w:val="ru-RU"/>
        </w:rPr>
        <w:t xml:space="preserve"> контроль — </w:t>
      </w:r>
      <w:proofErr w:type="spellStart"/>
      <w:r w:rsidRPr="00D23631">
        <w:rPr>
          <w:color w:val="1E2A32"/>
          <w:lang w:val="ru-RU"/>
        </w:rPr>
        <w:t>значно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пізніше</w:t>
      </w:r>
      <w:proofErr w:type="spellEnd"/>
      <w:r w:rsidRPr="00D23631">
        <w:rPr>
          <w:color w:val="1E2A32"/>
          <w:lang w:val="ru-RU"/>
        </w:rPr>
        <w:t>.</w:t>
      </w:r>
    </w:p>
    <w:p w14:paraId="6CC4253A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ЄСПЛ у </w:t>
      </w:r>
      <w:proofErr w:type="spellStart"/>
      <w:r w:rsidRPr="00D23631">
        <w:rPr>
          <w:color w:val="1E2A32"/>
          <w:lang w:val="ru-RU"/>
        </w:rPr>
        <w:t>справі</w:t>
      </w:r>
      <w:proofErr w:type="spellEnd"/>
      <w:r w:rsidRPr="00D23631">
        <w:rPr>
          <w:color w:val="1E2A32"/>
          <w:lang w:val="ru-RU"/>
        </w:rPr>
        <w:t xml:space="preserve"> «Олександр Волков </w:t>
      </w:r>
      <w:proofErr w:type="spellStart"/>
      <w:r w:rsidRPr="00D23631">
        <w:rPr>
          <w:color w:val="1E2A32"/>
          <w:lang w:val="ru-RU"/>
        </w:rPr>
        <w:t>проти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України</w:t>
      </w:r>
      <w:proofErr w:type="spellEnd"/>
      <w:r w:rsidRPr="00D23631">
        <w:rPr>
          <w:color w:val="1E2A32"/>
          <w:lang w:val="ru-RU"/>
        </w:rPr>
        <w:t xml:space="preserve">» </w:t>
      </w:r>
      <w:proofErr w:type="spellStart"/>
      <w:r w:rsidRPr="00D23631">
        <w:rPr>
          <w:color w:val="1E2A32"/>
          <w:lang w:val="ru-RU"/>
        </w:rPr>
        <w:t>наголосив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функції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строків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 xml:space="preserve">: вони </w:t>
      </w:r>
      <w:proofErr w:type="spellStart"/>
      <w:r w:rsidRPr="00D23631">
        <w:rPr>
          <w:color w:val="1E2A32"/>
          <w:lang w:val="ru-RU"/>
        </w:rPr>
        <w:t>забезпечують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визначеність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захищають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застарілих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стає</w:t>
      </w:r>
      <w:proofErr w:type="spellEnd"/>
      <w:r w:rsidRPr="00D23631">
        <w:rPr>
          <w:color w:val="1E2A32"/>
          <w:lang w:val="ru-RU"/>
        </w:rPr>
        <w:t xml:space="preserve"> складно </w:t>
      </w:r>
      <w:proofErr w:type="spellStart"/>
      <w:r w:rsidRPr="00D23631">
        <w:rPr>
          <w:color w:val="1E2A32"/>
          <w:lang w:val="ru-RU"/>
        </w:rPr>
        <w:t>спростовувати</w:t>
      </w:r>
      <w:proofErr w:type="spellEnd"/>
      <w:r w:rsidRPr="00D23631">
        <w:rPr>
          <w:color w:val="1E2A32"/>
          <w:lang w:val="ru-RU"/>
        </w:rPr>
        <w:t xml:space="preserve">, та </w:t>
      </w:r>
      <w:proofErr w:type="spellStart"/>
      <w:r w:rsidRPr="00D23631">
        <w:rPr>
          <w:color w:val="1E2A32"/>
          <w:lang w:val="ru-RU"/>
        </w:rPr>
        <w:t>зменшують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ризик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рішень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основі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неповних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доказів</w:t>
      </w:r>
      <w:proofErr w:type="spellEnd"/>
      <w:r w:rsidRPr="00D23631">
        <w:rPr>
          <w:color w:val="1E2A32"/>
          <w:lang w:val="ru-RU"/>
        </w:rPr>
        <w:t xml:space="preserve">. У </w:t>
      </w:r>
      <w:proofErr w:type="spellStart"/>
      <w:r w:rsidRPr="00D23631">
        <w:rPr>
          <w:color w:val="1E2A32"/>
          <w:lang w:val="ru-RU"/>
        </w:rPr>
        <w:t>справі</w:t>
      </w:r>
      <w:proofErr w:type="spellEnd"/>
      <w:r w:rsidRPr="00D23631">
        <w:rPr>
          <w:color w:val="1E2A32"/>
          <w:lang w:val="ru-RU"/>
        </w:rPr>
        <w:t xml:space="preserve"> «</w:t>
      </w:r>
      <w:proofErr w:type="spellStart"/>
      <w:r w:rsidRPr="00D23631">
        <w:rPr>
          <w:color w:val="1E2A32"/>
          <w:lang w:val="ru-RU"/>
        </w:rPr>
        <w:t>Денісов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України</w:t>
      </w:r>
      <w:proofErr w:type="spellEnd"/>
      <w:r w:rsidRPr="00D23631">
        <w:rPr>
          <w:color w:val="1E2A32"/>
          <w:lang w:val="ru-RU"/>
        </w:rPr>
        <w:t xml:space="preserve">» Велика палата ЄСПЛ </w:t>
      </w:r>
      <w:proofErr w:type="spellStart"/>
      <w:r w:rsidRPr="00D23631">
        <w:rPr>
          <w:color w:val="1E2A32"/>
          <w:lang w:val="ru-RU"/>
        </w:rPr>
        <w:t>підтвердила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серйозні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наслідки</w:t>
      </w:r>
      <w:proofErr w:type="spellEnd"/>
      <w:r w:rsidRPr="00D23631">
        <w:rPr>
          <w:color w:val="1E2A32"/>
          <w:lang w:val="ru-RU"/>
        </w:rPr>
        <w:t xml:space="preserve"> для </w:t>
      </w:r>
      <w:proofErr w:type="spellStart"/>
      <w:r w:rsidRPr="00D23631">
        <w:rPr>
          <w:color w:val="1E2A32"/>
          <w:lang w:val="ru-RU"/>
        </w:rPr>
        <w:t>професійної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репутації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кар’єри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торкатися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сфери</w:t>
      </w:r>
      <w:proofErr w:type="spellEnd"/>
      <w:r w:rsidRPr="00D23631">
        <w:rPr>
          <w:color w:val="1E2A32"/>
          <w:lang w:val="ru-RU"/>
        </w:rPr>
        <w:t xml:space="preserve"> приватного </w:t>
      </w:r>
      <w:proofErr w:type="spellStart"/>
      <w:r w:rsidRPr="00D23631">
        <w:rPr>
          <w:color w:val="1E2A32"/>
          <w:lang w:val="ru-RU"/>
        </w:rPr>
        <w:t>життя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статтею</w:t>
      </w:r>
      <w:proofErr w:type="spellEnd"/>
      <w:r w:rsidRPr="00D23631">
        <w:rPr>
          <w:color w:val="1E2A32"/>
          <w:lang w:val="ru-RU"/>
        </w:rPr>
        <w:t xml:space="preserve"> 8 </w:t>
      </w:r>
      <w:proofErr w:type="spellStart"/>
      <w:r w:rsidRPr="00D23631">
        <w:rPr>
          <w:color w:val="1E2A32"/>
          <w:lang w:val="ru-RU"/>
        </w:rPr>
        <w:t>Конвенції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Ці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підходи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означають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автоматичної</w:t>
      </w:r>
      <w:proofErr w:type="spellEnd"/>
      <w:r w:rsidRPr="00D23631">
        <w:rPr>
          <w:color w:val="1E2A32"/>
          <w:lang w:val="ru-RU"/>
        </w:rPr>
        <w:t xml:space="preserve"> заборони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старої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роботи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вимагають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реальної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доказової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доступності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пропорційності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2BB3C43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7B2636"/>
              <w:bottom w:val="nil"/>
              <w:right w:val="nil"/>
            </w:tcBorders>
            <w:shd w:val="clear" w:color="auto" w:fill="F5F7FA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3BD52618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ЦИФРОВА РЕАЛЬНІСТЬ</w:t>
            </w:r>
          </w:p>
          <w:p w14:paraId="7B234281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Алгоритми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пошукових</w:t>
            </w:r>
            <w:proofErr w:type="spellEnd"/>
            <w:r w:rsidRPr="00D23631">
              <w:rPr>
                <w:lang w:val="ru-RU"/>
              </w:rPr>
              <w:t xml:space="preserve"> систем не </w:t>
            </w:r>
            <w:proofErr w:type="spellStart"/>
            <w:r w:rsidRPr="00D23631">
              <w:rPr>
                <w:lang w:val="ru-RU"/>
              </w:rPr>
              <w:t>розрізняють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фрази</w:t>
            </w:r>
            <w:proofErr w:type="spellEnd"/>
            <w:r w:rsidRPr="00D23631">
              <w:rPr>
                <w:lang w:val="ru-RU"/>
              </w:rPr>
              <w:t xml:space="preserve"> «подано </w:t>
            </w:r>
            <w:proofErr w:type="spellStart"/>
            <w:r w:rsidRPr="00D23631">
              <w:rPr>
                <w:lang w:val="ru-RU"/>
              </w:rPr>
              <w:t>скаргу</w:t>
            </w:r>
            <w:proofErr w:type="spellEnd"/>
            <w:r w:rsidRPr="00D23631">
              <w:rPr>
                <w:lang w:val="ru-RU"/>
              </w:rPr>
              <w:t>», «</w:t>
            </w:r>
            <w:proofErr w:type="spellStart"/>
            <w:r w:rsidRPr="00D23631">
              <w:rPr>
                <w:lang w:val="ru-RU"/>
              </w:rPr>
              <w:t>відкрито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розгляд</w:t>
            </w:r>
            <w:proofErr w:type="spellEnd"/>
            <w:r w:rsidRPr="00D23631">
              <w:rPr>
                <w:lang w:val="ru-RU"/>
              </w:rPr>
              <w:t>» і «</w:t>
            </w:r>
            <w:proofErr w:type="spellStart"/>
            <w:r w:rsidRPr="00D23631">
              <w:rPr>
                <w:lang w:val="ru-RU"/>
              </w:rPr>
              <w:t>встановлено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плагіат</w:t>
            </w:r>
            <w:proofErr w:type="spellEnd"/>
            <w:r w:rsidRPr="00D23631">
              <w:rPr>
                <w:lang w:val="ru-RU"/>
              </w:rPr>
              <w:t xml:space="preserve">» так точно, як юрист. Тому </w:t>
            </w:r>
            <w:proofErr w:type="spellStart"/>
            <w:r w:rsidRPr="00D23631">
              <w:rPr>
                <w:lang w:val="ru-RU"/>
              </w:rPr>
              <w:t>навіть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законне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відкриття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супроводжуватися</w:t>
            </w:r>
            <w:proofErr w:type="spellEnd"/>
            <w:r w:rsidRPr="00D23631">
              <w:rPr>
                <w:lang w:val="ru-RU"/>
              </w:rPr>
              <w:t xml:space="preserve"> максимально нейтральною </w:t>
            </w:r>
            <w:proofErr w:type="spellStart"/>
            <w:r w:rsidRPr="00D23631">
              <w:rPr>
                <w:lang w:val="ru-RU"/>
              </w:rPr>
              <w:t>комунікацією</w:t>
            </w:r>
            <w:proofErr w:type="spellEnd"/>
            <w:r w:rsidRPr="00D23631">
              <w:rPr>
                <w:lang w:val="ru-RU"/>
              </w:rPr>
              <w:t xml:space="preserve"> та </w:t>
            </w:r>
            <w:proofErr w:type="spellStart"/>
            <w:r w:rsidRPr="00D23631">
              <w:rPr>
                <w:lang w:val="ru-RU"/>
              </w:rPr>
              <w:t>неприпустимістю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передчасних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висновків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3403914F" w14:textId="77777777" w:rsidR="005F7F9E" w:rsidRPr="00D23631" w:rsidRDefault="00000000">
      <w:pPr>
        <w:rPr>
          <w:lang w:val="ru-RU"/>
        </w:rPr>
      </w:pPr>
      <w:r w:rsidRPr="00D23631">
        <w:rPr>
          <w:lang w:val="ru-RU"/>
        </w:rPr>
        <w:br w:type="page"/>
      </w:r>
    </w:p>
    <w:p w14:paraId="07EA5BAB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lastRenderedPageBreak/>
        <w:t xml:space="preserve">4.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Покроковий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алгоритм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захисту</w:t>
      </w:r>
      <w:proofErr w:type="spellEnd"/>
    </w:p>
    <w:p w14:paraId="44CB6C0A" w14:textId="77777777" w:rsidR="005F7F9E" w:rsidRPr="00D23631" w:rsidRDefault="00000000">
      <w:pPr>
        <w:keepNext/>
        <w:spacing w:after="140"/>
        <w:rPr>
          <w:lang w:val="ru-RU"/>
        </w:rPr>
      </w:pP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Дванадцять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кроків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—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від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першого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листа до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апеляції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та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відновлення</w:t>
      </w:r>
      <w:proofErr w:type="spellEnd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i/>
          <w:color w:val="66788A"/>
          <w:sz w:val="20"/>
          <w:lang w:val="ru-RU"/>
        </w:rPr>
        <w:t>репутації</w:t>
      </w:r>
      <w:proofErr w:type="spellEnd"/>
    </w:p>
    <w:p w14:paraId="4AFC88F5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01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Увімкніть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режим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юридичної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кризи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протягом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перших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24 годин</w:t>
      </w:r>
    </w:p>
    <w:p w14:paraId="551F0A3A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r w:rsidRPr="00D23631">
        <w:rPr>
          <w:color w:val="1E2A32"/>
          <w:lang w:val="ru-RU"/>
        </w:rPr>
        <w:t xml:space="preserve">Перша </w:t>
      </w:r>
      <w:proofErr w:type="spellStart"/>
      <w:r w:rsidRPr="00D23631">
        <w:rPr>
          <w:color w:val="1E2A32"/>
          <w:lang w:val="ru-RU"/>
        </w:rPr>
        <w:t>реакція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визначає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будете </w:t>
      </w:r>
      <w:proofErr w:type="spellStart"/>
      <w:r w:rsidRPr="00D23631">
        <w:rPr>
          <w:color w:val="1E2A32"/>
          <w:lang w:val="ru-RU"/>
        </w:rPr>
        <w:t>ви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керувати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процесом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процес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керуватиме</w:t>
      </w:r>
      <w:proofErr w:type="spellEnd"/>
      <w:r w:rsidRPr="00D23631">
        <w:rPr>
          <w:color w:val="1E2A32"/>
          <w:lang w:val="ru-RU"/>
        </w:rPr>
        <w:t xml:space="preserve"> вами.</w:t>
      </w:r>
    </w:p>
    <w:p w14:paraId="22D82A24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Призначте</w:t>
      </w:r>
      <w:proofErr w:type="spellEnd"/>
      <w:r w:rsidRPr="00D23631">
        <w:rPr>
          <w:b/>
          <w:color w:val="1E2A32"/>
          <w:lang w:val="ru-RU"/>
        </w:rPr>
        <w:t xml:space="preserve"> одну особу</w:t>
      </w:r>
      <w:r w:rsidRPr="00D23631">
        <w:rPr>
          <w:color w:val="1E2A32"/>
          <w:lang w:val="ru-RU"/>
        </w:rPr>
        <w:t xml:space="preserve">, яка </w:t>
      </w:r>
      <w:proofErr w:type="spellStart"/>
      <w:r w:rsidRPr="00D23631">
        <w:rPr>
          <w:color w:val="1E2A32"/>
          <w:lang w:val="ru-RU"/>
        </w:rPr>
        <w:t>координує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позицію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документи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комунікацію</w:t>
      </w:r>
      <w:proofErr w:type="spellEnd"/>
      <w:r w:rsidRPr="00D23631">
        <w:rPr>
          <w:color w:val="1E2A32"/>
          <w:lang w:val="ru-RU"/>
        </w:rPr>
        <w:t>.</w:t>
      </w:r>
    </w:p>
    <w:p w14:paraId="59D55D1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 xml:space="preserve">Не </w:t>
      </w:r>
      <w:proofErr w:type="spellStart"/>
      <w:r w:rsidRPr="00D23631">
        <w:rPr>
          <w:b/>
          <w:color w:val="1E2A32"/>
          <w:lang w:val="ru-RU"/>
        </w:rPr>
        <w:t>публікуйте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емоційної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відповіді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отримання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повного</w:t>
      </w:r>
      <w:proofErr w:type="spellEnd"/>
      <w:r w:rsidRPr="00D23631">
        <w:rPr>
          <w:color w:val="1E2A32"/>
          <w:lang w:val="ru-RU"/>
        </w:rPr>
        <w:t xml:space="preserve"> тексту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додатків</w:t>
      </w:r>
      <w:proofErr w:type="spellEnd"/>
      <w:r w:rsidRPr="00D23631">
        <w:rPr>
          <w:color w:val="1E2A32"/>
          <w:lang w:val="ru-RU"/>
        </w:rPr>
        <w:t>.</w:t>
      </w:r>
    </w:p>
    <w:p w14:paraId="696186D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Негайно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збережіть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оригінал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 xml:space="preserve">, автореферат, рукописи, </w:t>
      </w:r>
      <w:proofErr w:type="spellStart"/>
      <w:r w:rsidRPr="00D23631">
        <w:rPr>
          <w:color w:val="1E2A32"/>
          <w:lang w:val="ru-RU"/>
        </w:rPr>
        <w:t>публікації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бібліотечні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довідки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листування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робочі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матеріали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доступні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архіви</w:t>
      </w:r>
      <w:proofErr w:type="spellEnd"/>
      <w:r w:rsidRPr="00D23631">
        <w:rPr>
          <w:color w:val="1E2A32"/>
          <w:lang w:val="ru-RU"/>
        </w:rPr>
        <w:t>.</w:t>
      </w:r>
    </w:p>
    <w:p w14:paraId="5D7F8CA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Фіксуйте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всі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медійні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публікації</w:t>
      </w:r>
      <w:proofErr w:type="spellEnd"/>
      <w:r w:rsidRPr="00D23631">
        <w:rPr>
          <w:color w:val="1E2A32"/>
          <w:lang w:val="ru-RU"/>
        </w:rPr>
        <w:t xml:space="preserve">: </w:t>
      </w:r>
      <w:r>
        <w:rPr>
          <w:color w:val="1E2A32"/>
        </w:rPr>
        <w:t>URL</w:t>
      </w:r>
      <w:r w:rsidRPr="00D23631">
        <w:rPr>
          <w:color w:val="1E2A32"/>
          <w:lang w:val="ru-RU"/>
        </w:rPr>
        <w:t xml:space="preserve">, дата й час, </w:t>
      </w:r>
      <w:proofErr w:type="spellStart"/>
      <w:r w:rsidRPr="00D23631">
        <w:rPr>
          <w:color w:val="1E2A32"/>
          <w:lang w:val="ru-RU"/>
        </w:rPr>
        <w:t>скриншоти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відео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дописи</w:t>
      </w:r>
      <w:proofErr w:type="spellEnd"/>
      <w:r w:rsidRPr="00D23631">
        <w:rPr>
          <w:color w:val="1E2A32"/>
          <w:lang w:val="ru-RU"/>
        </w:rPr>
        <w:t xml:space="preserve">, репости, </w:t>
      </w:r>
      <w:proofErr w:type="spellStart"/>
      <w:r w:rsidRPr="00D23631">
        <w:rPr>
          <w:color w:val="1E2A32"/>
          <w:lang w:val="ru-RU"/>
        </w:rPr>
        <w:t>коментарі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охоплення</w:t>
      </w:r>
      <w:proofErr w:type="spellEnd"/>
      <w:r w:rsidRPr="00D23631">
        <w:rPr>
          <w:color w:val="1E2A32"/>
          <w:lang w:val="ru-RU"/>
        </w:rPr>
        <w:t>.</w:t>
      </w:r>
    </w:p>
    <w:p w14:paraId="0143974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 xml:space="preserve">Не </w:t>
      </w:r>
      <w:proofErr w:type="spellStart"/>
      <w:r w:rsidRPr="00D23631">
        <w:rPr>
          <w:b/>
          <w:color w:val="1E2A32"/>
          <w:lang w:val="ru-RU"/>
        </w:rPr>
        <w:t>видаляйте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файли</w:t>
      </w:r>
      <w:proofErr w:type="spellEnd"/>
      <w:r w:rsidRPr="00D23631">
        <w:rPr>
          <w:color w:val="1E2A32"/>
          <w:lang w:val="ru-RU"/>
        </w:rPr>
        <w:t xml:space="preserve"> й не «</w:t>
      </w:r>
      <w:proofErr w:type="spellStart"/>
      <w:r w:rsidRPr="00D23631">
        <w:rPr>
          <w:color w:val="1E2A32"/>
          <w:lang w:val="ru-RU"/>
        </w:rPr>
        <w:t>виправляйте</w:t>
      </w:r>
      <w:proofErr w:type="spellEnd"/>
      <w:r w:rsidRPr="00D23631">
        <w:rPr>
          <w:color w:val="1E2A32"/>
          <w:lang w:val="ru-RU"/>
        </w:rPr>
        <w:t xml:space="preserve">» </w:t>
      </w:r>
      <w:proofErr w:type="spellStart"/>
      <w:r w:rsidRPr="00D23631">
        <w:rPr>
          <w:color w:val="1E2A32"/>
          <w:lang w:val="ru-RU"/>
        </w:rPr>
        <w:t>старі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електронні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копії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зруйнувати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автентичність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57C3D0DD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190EF92D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6E79F549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D23631">
              <w:rPr>
                <w:lang w:val="ru-RU"/>
              </w:rPr>
              <w:t xml:space="preserve">Мета </w:t>
            </w:r>
            <w:proofErr w:type="spellStart"/>
            <w:r w:rsidRPr="00D23631">
              <w:rPr>
                <w:lang w:val="ru-RU"/>
              </w:rPr>
              <w:t>першого</w:t>
            </w:r>
            <w:proofErr w:type="spellEnd"/>
            <w:r w:rsidRPr="00D23631">
              <w:rPr>
                <w:lang w:val="ru-RU"/>
              </w:rPr>
              <w:t xml:space="preserve"> дня — не довести </w:t>
            </w:r>
            <w:proofErr w:type="spellStart"/>
            <w:r w:rsidRPr="00D23631">
              <w:rPr>
                <w:lang w:val="ru-RU"/>
              </w:rPr>
              <w:t>відсутність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плагіату</w:t>
            </w:r>
            <w:proofErr w:type="spellEnd"/>
            <w:r w:rsidRPr="00D23631">
              <w:rPr>
                <w:lang w:val="ru-RU"/>
              </w:rPr>
              <w:t xml:space="preserve"> в </w:t>
            </w:r>
            <w:proofErr w:type="spellStart"/>
            <w:r w:rsidRPr="00D23631">
              <w:rPr>
                <w:lang w:val="ru-RU"/>
              </w:rPr>
              <w:t>соціальній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мережі</w:t>
            </w:r>
            <w:proofErr w:type="spellEnd"/>
            <w:r w:rsidRPr="00D23631">
              <w:rPr>
                <w:lang w:val="ru-RU"/>
              </w:rPr>
              <w:t xml:space="preserve">, а </w:t>
            </w:r>
            <w:proofErr w:type="spellStart"/>
            <w:r w:rsidRPr="00D23631">
              <w:rPr>
                <w:lang w:val="ru-RU"/>
              </w:rPr>
              <w:t>зберегти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доказову</w:t>
            </w:r>
            <w:proofErr w:type="spellEnd"/>
            <w:r w:rsidRPr="00D23631">
              <w:rPr>
                <w:lang w:val="ru-RU"/>
              </w:rPr>
              <w:t xml:space="preserve"> базу й не </w:t>
            </w:r>
            <w:proofErr w:type="spellStart"/>
            <w:r w:rsidRPr="00D23631">
              <w:rPr>
                <w:lang w:val="ru-RU"/>
              </w:rPr>
              <w:t>створити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зайвих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визнань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суперечностей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0E30A08E" w14:textId="77777777" w:rsidR="005F7F9E" w:rsidRPr="00D23631" w:rsidRDefault="005F7F9E">
      <w:pPr>
        <w:spacing w:after="20"/>
        <w:rPr>
          <w:lang w:val="ru-RU"/>
        </w:rPr>
      </w:pPr>
    </w:p>
    <w:p w14:paraId="7A8C1B22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02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Встановіть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точний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процесуальний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статус</w:t>
      </w:r>
    </w:p>
    <w:p w14:paraId="6BF9E65A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r w:rsidRPr="00D23631">
        <w:rPr>
          <w:color w:val="1E2A32"/>
          <w:lang w:val="ru-RU"/>
        </w:rPr>
        <w:t xml:space="preserve">Фраза «на вас </w:t>
      </w:r>
      <w:proofErr w:type="spellStart"/>
      <w:r w:rsidRPr="00D23631">
        <w:rPr>
          <w:color w:val="1E2A32"/>
          <w:lang w:val="ru-RU"/>
        </w:rPr>
        <w:t>відкрили</w:t>
      </w:r>
      <w:proofErr w:type="spellEnd"/>
      <w:r w:rsidRPr="00D23631">
        <w:rPr>
          <w:color w:val="1E2A32"/>
          <w:lang w:val="ru-RU"/>
        </w:rPr>
        <w:t xml:space="preserve"> справу» часто </w:t>
      </w:r>
      <w:proofErr w:type="spellStart"/>
      <w:r w:rsidRPr="00D23631">
        <w:rPr>
          <w:color w:val="1E2A32"/>
          <w:lang w:val="ru-RU"/>
        </w:rPr>
        <w:t>приховує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різні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події</w:t>
      </w:r>
      <w:proofErr w:type="spellEnd"/>
      <w:r w:rsidRPr="00D23631">
        <w:rPr>
          <w:color w:val="1E2A32"/>
          <w:lang w:val="ru-RU"/>
        </w:rPr>
        <w:t>.</w:t>
      </w:r>
    </w:p>
    <w:p w14:paraId="6D07066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З’ясуйте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зареєстроване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передане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уповноваженому</w:t>
      </w:r>
      <w:proofErr w:type="spellEnd"/>
      <w:r w:rsidRPr="00D23631">
        <w:rPr>
          <w:color w:val="1E2A32"/>
          <w:lang w:val="ru-RU"/>
        </w:rPr>
        <w:t xml:space="preserve"> органу, </w:t>
      </w:r>
      <w:proofErr w:type="spellStart"/>
      <w:r w:rsidRPr="00D23631">
        <w:rPr>
          <w:color w:val="1E2A32"/>
          <w:lang w:val="ru-RU"/>
        </w:rPr>
        <w:t>допущене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розглядається</w:t>
      </w:r>
      <w:proofErr w:type="spellEnd"/>
      <w:r w:rsidRPr="00D23631">
        <w:rPr>
          <w:color w:val="1E2A32"/>
          <w:lang w:val="ru-RU"/>
        </w:rPr>
        <w:t xml:space="preserve"> по </w:t>
      </w:r>
      <w:proofErr w:type="spellStart"/>
      <w:r w:rsidRPr="00D23631">
        <w:rPr>
          <w:color w:val="1E2A32"/>
          <w:lang w:val="ru-RU"/>
        </w:rPr>
        <w:t>суті</w:t>
      </w:r>
      <w:proofErr w:type="spellEnd"/>
      <w:r w:rsidRPr="00D23631">
        <w:rPr>
          <w:color w:val="1E2A32"/>
          <w:lang w:val="ru-RU"/>
        </w:rPr>
        <w:t>.</w:t>
      </w:r>
    </w:p>
    <w:p w14:paraId="418D731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Витребуйте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, протокол, дату </w:t>
      </w:r>
      <w:proofErr w:type="spellStart"/>
      <w:r w:rsidRPr="00D23631">
        <w:rPr>
          <w:color w:val="1E2A32"/>
          <w:lang w:val="ru-RU"/>
        </w:rPr>
        <w:t>реєстрації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вхідний</w:t>
      </w:r>
      <w:proofErr w:type="spellEnd"/>
      <w:r w:rsidRPr="00D23631">
        <w:rPr>
          <w:color w:val="1E2A32"/>
          <w:lang w:val="ru-RU"/>
        </w:rPr>
        <w:t xml:space="preserve"> номер, </w:t>
      </w:r>
      <w:proofErr w:type="spellStart"/>
      <w:r w:rsidRPr="00D23631">
        <w:rPr>
          <w:color w:val="1E2A32"/>
          <w:lang w:val="ru-RU"/>
        </w:rPr>
        <w:t>внутрішній</w:t>
      </w:r>
      <w:proofErr w:type="spellEnd"/>
      <w:r w:rsidRPr="00D23631">
        <w:rPr>
          <w:color w:val="1E2A32"/>
          <w:lang w:val="ru-RU"/>
        </w:rPr>
        <w:t xml:space="preserve"> порядок, склад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 xml:space="preserve">, строки та порядок </w:t>
      </w:r>
      <w:proofErr w:type="spellStart"/>
      <w:r w:rsidRPr="00D23631">
        <w:rPr>
          <w:color w:val="1E2A32"/>
          <w:lang w:val="ru-RU"/>
        </w:rPr>
        <w:t>оскарження</w:t>
      </w:r>
      <w:proofErr w:type="spellEnd"/>
      <w:r w:rsidRPr="00D23631">
        <w:rPr>
          <w:color w:val="1E2A32"/>
          <w:lang w:val="ru-RU"/>
        </w:rPr>
        <w:t>.</w:t>
      </w:r>
    </w:p>
    <w:p w14:paraId="6A83F7F7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Уточніть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йдеться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загальне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порушення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статтею</w:t>
      </w:r>
      <w:proofErr w:type="spellEnd"/>
      <w:r w:rsidRPr="00D23631">
        <w:rPr>
          <w:color w:val="1E2A32"/>
          <w:lang w:val="ru-RU"/>
        </w:rPr>
        <w:t xml:space="preserve"> 37 Закону,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спеціальну</w:t>
      </w:r>
      <w:proofErr w:type="spellEnd"/>
      <w:r w:rsidRPr="00D23631">
        <w:rPr>
          <w:color w:val="1E2A32"/>
          <w:lang w:val="ru-RU"/>
        </w:rPr>
        <w:t xml:space="preserve"> процедуру </w:t>
      </w:r>
      <w:proofErr w:type="spellStart"/>
      <w:r w:rsidRPr="00D23631">
        <w:rPr>
          <w:color w:val="1E2A32"/>
          <w:lang w:val="ru-RU"/>
        </w:rPr>
        <w:t>позбавлення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ступеня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статтею</w:t>
      </w:r>
      <w:proofErr w:type="spellEnd"/>
      <w:r w:rsidRPr="00D23631">
        <w:rPr>
          <w:color w:val="1E2A32"/>
          <w:lang w:val="ru-RU"/>
        </w:rPr>
        <w:t xml:space="preserve"> 40.</w:t>
      </w:r>
    </w:p>
    <w:p w14:paraId="63CC9FB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Зафіксуйте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заявника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прийняті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виходять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компетенцію</w:t>
      </w:r>
      <w:proofErr w:type="spellEnd"/>
      <w:r w:rsidRPr="00D23631">
        <w:rPr>
          <w:color w:val="1E2A32"/>
          <w:lang w:val="ru-RU"/>
        </w:rPr>
        <w:t xml:space="preserve"> органу.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720609B6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3C16FE6D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592B6D1E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Реєстрація</w:t>
            </w:r>
            <w:proofErr w:type="spellEnd"/>
            <w:r w:rsidRPr="00D23631">
              <w:rPr>
                <w:lang w:val="ru-RU"/>
              </w:rPr>
              <w:t xml:space="preserve"> листа не є </w:t>
            </w:r>
            <w:proofErr w:type="spellStart"/>
            <w:r w:rsidRPr="00D23631">
              <w:rPr>
                <w:lang w:val="ru-RU"/>
              </w:rPr>
              <w:t>встановленням</w:t>
            </w:r>
            <w:proofErr w:type="spellEnd"/>
            <w:r w:rsidRPr="00D23631">
              <w:rPr>
                <w:lang w:val="ru-RU"/>
              </w:rPr>
              <w:t xml:space="preserve"> факту. </w:t>
            </w:r>
            <w:proofErr w:type="spellStart"/>
            <w:r w:rsidRPr="00D23631">
              <w:rPr>
                <w:lang w:val="ru-RU"/>
              </w:rPr>
              <w:t>Програмний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звіт</w:t>
            </w:r>
            <w:proofErr w:type="spellEnd"/>
            <w:r w:rsidRPr="00D23631">
              <w:rPr>
                <w:lang w:val="ru-RU"/>
              </w:rPr>
              <w:t xml:space="preserve"> не є </w:t>
            </w:r>
            <w:proofErr w:type="spellStart"/>
            <w:r w:rsidRPr="00D23631">
              <w:rPr>
                <w:lang w:val="ru-RU"/>
              </w:rPr>
              <w:t>рішенням</w:t>
            </w:r>
            <w:proofErr w:type="spellEnd"/>
            <w:r w:rsidRPr="00D23631">
              <w:rPr>
                <w:lang w:val="ru-RU"/>
              </w:rPr>
              <w:t xml:space="preserve">. Початок </w:t>
            </w:r>
            <w:proofErr w:type="spellStart"/>
            <w:r w:rsidRPr="00D23631">
              <w:rPr>
                <w:lang w:val="ru-RU"/>
              </w:rPr>
              <w:t>розгляду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означає</w:t>
            </w:r>
            <w:proofErr w:type="spellEnd"/>
            <w:r w:rsidRPr="00D23631">
              <w:rPr>
                <w:lang w:val="ru-RU"/>
              </w:rPr>
              <w:t xml:space="preserve"> вини. </w:t>
            </w:r>
            <w:proofErr w:type="spellStart"/>
            <w:r w:rsidRPr="00D23631">
              <w:rPr>
                <w:lang w:val="ru-RU"/>
              </w:rPr>
              <w:t>Ці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межі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мають</w:t>
            </w:r>
            <w:proofErr w:type="spellEnd"/>
            <w:r w:rsidRPr="00D23631">
              <w:rPr>
                <w:lang w:val="ru-RU"/>
              </w:rPr>
              <w:t xml:space="preserve"> бути </w:t>
            </w:r>
            <w:proofErr w:type="spellStart"/>
            <w:r w:rsidRPr="00D23631">
              <w:rPr>
                <w:lang w:val="ru-RU"/>
              </w:rPr>
              <w:t>відображені</w:t>
            </w:r>
            <w:proofErr w:type="spellEnd"/>
            <w:r w:rsidRPr="00D23631">
              <w:rPr>
                <w:lang w:val="ru-RU"/>
              </w:rPr>
              <w:t xml:space="preserve"> в </w:t>
            </w:r>
            <w:proofErr w:type="spellStart"/>
            <w:r w:rsidRPr="00D23631">
              <w:rPr>
                <w:lang w:val="ru-RU"/>
              </w:rPr>
              <w:t>усіх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офіційних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повідомленнях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6CAF87F2" w14:textId="77777777" w:rsidR="005F7F9E" w:rsidRPr="00D23631" w:rsidRDefault="005F7F9E">
      <w:pPr>
        <w:spacing w:after="20"/>
        <w:rPr>
          <w:lang w:val="ru-RU"/>
        </w:rPr>
      </w:pPr>
    </w:p>
    <w:p w14:paraId="24FF4048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03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Побудуйте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«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часову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карту» права</w:t>
      </w:r>
    </w:p>
    <w:p w14:paraId="6F51DD40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gramStart"/>
      <w:r w:rsidRPr="00D23631">
        <w:rPr>
          <w:color w:val="1E2A32"/>
          <w:lang w:val="ru-RU"/>
        </w:rPr>
        <w:t>У справах</w:t>
      </w:r>
      <w:proofErr w:type="gram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старі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 xml:space="preserve"> дата —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реквізит</w:t>
      </w:r>
      <w:proofErr w:type="spellEnd"/>
      <w:r w:rsidRPr="00D23631">
        <w:rPr>
          <w:color w:val="1E2A32"/>
          <w:lang w:val="ru-RU"/>
        </w:rPr>
        <w:t xml:space="preserve">, а центр </w:t>
      </w:r>
      <w:proofErr w:type="spellStart"/>
      <w:r w:rsidRPr="00D23631">
        <w:rPr>
          <w:color w:val="1E2A32"/>
          <w:lang w:val="ru-RU"/>
        </w:rPr>
        <w:t>правової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позиції</w:t>
      </w:r>
      <w:proofErr w:type="spellEnd"/>
      <w:r w:rsidRPr="00D23631">
        <w:rPr>
          <w:color w:val="1E2A32"/>
          <w:lang w:val="ru-RU"/>
        </w:rPr>
        <w:t>.</w:t>
      </w:r>
    </w:p>
    <w:p w14:paraId="32A1CAF3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Встановіть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точну</w:t>
      </w:r>
      <w:proofErr w:type="spellEnd"/>
      <w:r w:rsidRPr="00D23631">
        <w:rPr>
          <w:color w:val="1E2A32"/>
          <w:lang w:val="ru-RU"/>
        </w:rPr>
        <w:t xml:space="preserve"> дату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спеціалізованої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вченої</w:t>
      </w:r>
      <w:proofErr w:type="spellEnd"/>
      <w:r w:rsidRPr="00D23631">
        <w:rPr>
          <w:color w:val="1E2A32"/>
          <w:lang w:val="ru-RU"/>
        </w:rPr>
        <w:t xml:space="preserve"> ради,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ВАК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атестаційного</w:t>
      </w:r>
      <w:proofErr w:type="spellEnd"/>
      <w:r w:rsidRPr="00D23631">
        <w:rPr>
          <w:color w:val="1E2A32"/>
          <w:lang w:val="ru-RU"/>
        </w:rPr>
        <w:t xml:space="preserve"> органу, дату </w:t>
      </w:r>
      <w:proofErr w:type="spellStart"/>
      <w:r w:rsidRPr="00D23631">
        <w:rPr>
          <w:color w:val="1E2A32"/>
          <w:lang w:val="ru-RU"/>
        </w:rPr>
        <w:t>видачі</w:t>
      </w:r>
      <w:proofErr w:type="spellEnd"/>
      <w:r w:rsidRPr="00D23631">
        <w:rPr>
          <w:color w:val="1E2A32"/>
          <w:lang w:val="ru-RU"/>
        </w:rPr>
        <w:t xml:space="preserve"> диплома.</w:t>
      </w:r>
    </w:p>
    <w:p w14:paraId="03F398E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Відновіть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редакції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законів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урядових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порядків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наказів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внутрішніх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чинні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кожну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значущу</w:t>
      </w:r>
      <w:proofErr w:type="spellEnd"/>
      <w:r w:rsidRPr="00D23631">
        <w:rPr>
          <w:color w:val="1E2A32"/>
          <w:lang w:val="ru-RU"/>
        </w:rPr>
        <w:t xml:space="preserve"> дату.</w:t>
      </w:r>
    </w:p>
    <w:p w14:paraId="333EB555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Перевірте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була</w:t>
      </w:r>
      <w:proofErr w:type="spellEnd"/>
      <w:r w:rsidRPr="00D23631">
        <w:rPr>
          <w:color w:val="1E2A32"/>
          <w:lang w:val="ru-RU"/>
        </w:rPr>
        <w:t xml:space="preserve"> на той час </w:t>
      </w:r>
      <w:proofErr w:type="spellStart"/>
      <w:r w:rsidRPr="00D23631">
        <w:rPr>
          <w:color w:val="1E2A32"/>
          <w:lang w:val="ru-RU"/>
        </w:rPr>
        <w:t>відповідна</w:t>
      </w:r>
      <w:proofErr w:type="spellEnd"/>
      <w:r w:rsidRPr="00D23631">
        <w:rPr>
          <w:color w:val="1E2A32"/>
          <w:lang w:val="ru-RU"/>
        </w:rPr>
        <w:t xml:space="preserve"> заборона, </w:t>
      </w:r>
      <w:proofErr w:type="spellStart"/>
      <w:r w:rsidRPr="00D23631">
        <w:rPr>
          <w:color w:val="1E2A32"/>
          <w:lang w:val="ru-RU"/>
        </w:rPr>
        <w:t>хто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її</w:t>
      </w:r>
      <w:proofErr w:type="spellEnd"/>
      <w:r w:rsidRPr="00D23631">
        <w:rPr>
          <w:color w:val="1E2A32"/>
          <w:lang w:val="ru-RU"/>
        </w:rPr>
        <w:t xml:space="preserve"> адресатом, яка процедура </w:t>
      </w:r>
      <w:proofErr w:type="spellStart"/>
      <w:r w:rsidRPr="00D23631">
        <w:rPr>
          <w:color w:val="1E2A32"/>
          <w:lang w:val="ru-RU"/>
        </w:rPr>
        <w:t>діяла</w:t>
      </w:r>
      <w:proofErr w:type="spellEnd"/>
      <w:r w:rsidRPr="00D23631">
        <w:rPr>
          <w:color w:val="1E2A32"/>
          <w:lang w:val="ru-RU"/>
        </w:rPr>
        <w:t xml:space="preserve"> і яка </w:t>
      </w:r>
      <w:proofErr w:type="spellStart"/>
      <w:r w:rsidRPr="00D23631">
        <w:rPr>
          <w:color w:val="1E2A32"/>
          <w:lang w:val="ru-RU"/>
        </w:rPr>
        <w:t>санкція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законом.</w:t>
      </w:r>
    </w:p>
    <w:p w14:paraId="07BF53AD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Окремо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дослідіть</w:t>
      </w:r>
      <w:proofErr w:type="spellEnd"/>
      <w:r w:rsidRPr="00D23631">
        <w:rPr>
          <w:color w:val="1E2A32"/>
          <w:lang w:val="ru-RU"/>
        </w:rPr>
        <w:t xml:space="preserve"> строки </w:t>
      </w:r>
      <w:proofErr w:type="spellStart"/>
      <w:r w:rsidRPr="00D23631">
        <w:rPr>
          <w:color w:val="1E2A32"/>
          <w:lang w:val="ru-RU"/>
        </w:rPr>
        <w:t>апеляції</w:t>
      </w:r>
      <w:proofErr w:type="spellEnd"/>
      <w:r w:rsidRPr="00D23631">
        <w:rPr>
          <w:color w:val="1E2A32"/>
          <w:lang w:val="ru-RU"/>
        </w:rPr>
        <w:t xml:space="preserve">, перегляду та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діяли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тодішнім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правовим</w:t>
      </w:r>
      <w:proofErr w:type="spellEnd"/>
      <w:r w:rsidRPr="00D23631">
        <w:rPr>
          <w:color w:val="1E2A32"/>
          <w:lang w:val="ru-RU"/>
        </w:rPr>
        <w:t xml:space="preserve"> режимом.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3400C73F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51F9C68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lastRenderedPageBreak/>
              <w:t>ПРАВОВИЙ АКЦЕНТ</w:t>
            </w:r>
          </w:p>
          <w:p w14:paraId="7640EE3E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Перехідні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положення</w:t>
            </w:r>
            <w:proofErr w:type="spellEnd"/>
            <w:r w:rsidRPr="00D23631">
              <w:rPr>
                <w:lang w:val="ru-RU"/>
              </w:rPr>
              <w:t xml:space="preserve"> Закону № 4742-</w:t>
            </w:r>
            <w:r>
              <w:t>IX</w:t>
            </w:r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дозволяють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механічно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оцінювати</w:t>
            </w:r>
            <w:proofErr w:type="spellEnd"/>
            <w:r w:rsidRPr="00D23631">
              <w:rPr>
                <w:lang w:val="ru-RU"/>
              </w:rPr>
              <w:t xml:space="preserve"> роботу 2004 року стандартами 2026 року. Процедура </w:t>
            </w:r>
            <w:proofErr w:type="spellStart"/>
            <w:r w:rsidRPr="00D23631">
              <w:rPr>
                <w:lang w:val="ru-RU"/>
              </w:rPr>
              <w:t>може</w:t>
            </w:r>
            <w:proofErr w:type="spellEnd"/>
            <w:r w:rsidRPr="00D23631">
              <w:rPr>
                <w:lang w:val="ru-RU"/>
              </w:rPr>
              <w:t xml:space="preserve"> бути новою, </w:t>
            </w:r>
            <w:proofErr w:type="spellStart"/>
            <w:r w:rsidRPr="00D23631">
              <w:rPr>
                <w:lang w:val="ru-RU"/>
              </w:rPr>
              <w:t>але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матеріальна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оцінка</w:t>
            </w:r>
            <w:proofErr w:type="spellEnd"/>
            <w:r w:rsidRPr="00D23631">
              <w:rPr>
                <w:lang w:val="ru-RU"/>
              </w:rPr>
              <w:t xml:space="preserve"> і допустима </w:t>
            </w:r>
            <w:proofErr w:type="spellStart"/>
            <w:r w:rsidRPr="00D23631">
              <w:rPr>
                <w:lang w:val="ru-RU"/>
              </w:rPr>
              <w:t>санкція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обмежені</w:t>
            </w:r>
            <w:proofErr w:type="spellEnd"/>
            <w:r w:rsidRPr="00D23631">
              <w:rPr>
                <w:lang w:val="ru-RU"/>
              </w:rPr>
              <w:t xml:space="preserve"> правом, </w:t>
            </w:r>
            <w:proofErr w:type="spellStart"/>
            <w:r w:rsidRPr="00D23631">
              <w:rPr>
                <w:lang w:val="ru-RU"/>
              </w:rPr>
              <w:t>чинним</w:t>
            </w:r>
            <w:proofErr w:type="spellEnd"/>
            <w:r w:rsidRPr="00D23631">
              <w:rPr>
                <w:lang w:val="ru-RU"/>
              </w:rPr>
              <w:t xml:space="preserve"> на час </w:t>
            </w:r>
            <w:proofErr w:type="spellStart"/>
            <w:r w:rsidRPr="00D23631">
              <w:rPr>
                <w:lang w:val="ru-RU"/>
              </w:rPr>
              <w:t>подій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1CE885FE" w14:textId="77777777" w:rsidR="005F7F9E" w:rsidRPr="00D23631" w:rsidRDefault="005F7F9E">
      <w:pPr>
        <w:spacing w:after="20"/>
        <w:rPr>
          <w:lang w:val="ru-RU"/>
        </w:rPr>
      </w:pPr>
    </w:p>
    <w:p w14:paraId="1F692D67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04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Перевірте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компетенцію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,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належного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адресата і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законність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складу</w:t>
      </w:r>
    </w:p>
    <w:p w14:paraId="20FF90E0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Навіть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обґрунтовані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сумніви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розглядатися</w:t>
      </w:r>
      <w:proofErr w:type="spellEnd"/>
      <w:r w:rsidRPr="00D23631">
        <w:rPr>
          <w:color w:val="1E2A32"/>
          <w:lang w:val="ru-RU"/>
        </w:rPr>
        <w:t xml:space="preserve"> органом, </w:t>
      </w:r>
      <w:proofErr w:type="spellStart"/>
      <w:r w:rsidRPr="00D23631">
        <w:rPr>
          <w:color w:val="1E2A32"/>
          <w:lang w:val="ru-RU"/>
        </w:rPr>
        <w:t>який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має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належних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повноважень</w:t>
      </w:r>
      <w:proofErr w:type="spellEnd"/>
      <w:r w:rsidRPr="00D23631">
        <w:rPr>
          <w:color w:val="1E2A32"/>
          <w:lang w:val="ru-RU"/>
        </w:rPr>
        <w:t>.</w:t>
      </w:r>
    </w:p>
    <w:p w14:paraId="0765ADA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саме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цей</w:t>
      </w:r>
      <w:proofErr w:type="spellEnd"/>
      <w:r w:rsidRPr="00D23631">
        <w:rPr>
          <w:b/>
          <w:color w:val="1E2A32"/>
          <w:lang w:val="ru-RU"/>
        </w:rPr>
        <w:t xml:space="preserve"> заклад</w:t>
      </w:r>
      <w:r w:rsidRPr="00D23631">
        <w:rPr>
          <w:color w:val="1E2A32"/>
          <w:lang w:val="ru-RU"/>
        </w:rPr>
        <w:t xml:space="preserve"> присудив </w:t>
      </w:r>
      <w:proofErr w:type="spellStart"/>
      <w:r w:rsidRPr="00D23631">
        <w:rPr>
          <w:color w:val="1E2A32"/>
          <w:lang w:val="ru-RU"/>
        </w:rPr>
        <w:t>ступінь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його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правонаступником</w:t>
      </w:r>
      <w:proofErr w:type="spellEnd"/>
      <w:r w:rsidRPr="00D23631">
        <w:rPr>
          <w:color w:val="1E2A32"/>
          <w:lang w:val="ru-RU"/>
        </w:rPr>
        <w:t>?</w:t>
      </w:r>
    </w:p>
    <w:p w14:paraId="62C3B60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створений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уповноважений</w:t>
      </w:r>
      <w:proofErr w:type="spellEnd"/>
      <w:r w:rsidRPr="00D23631">
        <w:rPr>
          <w:color w:val="1E2A32"/>
          <w:lang w:val="ru-RU"/>
        </w:rPr>
        <w:t xml:space="preserve"> орган </w:t>
      </w:r>
      <w:proofErr w:type="spellStart"/>
      <w:r w:rsidRPr="00D23631">
        <w:rPr>
          <w:color w:val="1E2A32"/>
          <w:lang w:val="ru-RU"/>
        </w:rPr>
        <w:t>рішенням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належного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колегіального</w:t>
      </w:r>
      <w:proofErr w:type="spellEnd"/>
      <w:r w:rsidRPr="00D23631">
        <w:rPr>
          <w:color w:val="1E2A32"/>
          <w:lang w:val="ru-RU"/>
        </w:rPr>
        <w:t xml:space="preserve"> органу, а </w:t>
      </w:r>
      <w:proofErr w:type="spellStart"/>
      <w:r w:rsidRPr="00D23631">
        <w:rPr>
          <w:color w:val="1E2A32"/>
          <w:lang w:val="ru-RU"/>
        </w:rPr>
        <w:t>його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внутрішній</w:t>
      </w:r>
      <w:proofErr w:type="spellEnd"/>
      <w:r w:rsidRPr="00D23631">
        <w:rPr>
          <w:color w:val="1E2A32"/>
          <w:lang w:val="ru-RU"/>
        </w:rPr>
        <w:t xml:space="preserve"> акт набрав </w:t>
      </w:r>
      <w:proofErr w:type="spellStart"/>
      <w:r w:rsidRPr="00D23631">
        <w:rPr>
          <w:color w:val="1E2A32"/>
          <w:lang w:val="ru-RU"/>
        </w:rPr>
        <w:t>чинності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застосування</w:t>
      </w:r>
      <w:proofErr w:type="spellEnd"/>
      <w:r w:rsidRPr="00D23631">
        <w:rPr>
          <w:color w:val="1E2A32"/>
          <w:lang w:val="ru-RU"/>
        </w:rPr>
        <w:t>?</w:t>
      </w:r>
    </w:p>
    <w:p w14:paraId="092C47D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відповідають</w:t>
      </w:r>
      <w:proofErr w:type="spellEnd"/>
      <w:r w:rsidRPr="00D23631">
        <w:rPr>
          <w:color w:val="1E2A32"/>
          <w:lang w:val="ru-RU"/>
        </w:rPr>
        <w:t xml:space="preserve"> склад, строк </w:t>
      </w:r>
      <w:proofErr w:type="spellStart"/>
      <w:r w:rsidRPr="00D23631">
        <w:rPr>
          <w:color w:val="1E2A32"/>
          <w:lang w:val="ru-RU"/>
        </w:rPr>
        <w:t>повноважень</w:t>
      </w:r>
      <w:proofErr w:type="spellEnd"/>
      <w:r w:rsidRPr="00D23631">
        <w:rPr>
          <w:color w:val="1E2A32"/>
          <w:lang w:val="ru-RU"/>
        </w:rPr>
        <w:t xml:space="preserve">, кворум і </w:t>
      </w:r>
      <w:proofErr w:type="spellStart"/>
      <w:r w:rsidRPr="00D23631">
        <w:rPr>
          <w:color w:val="1E2A32"/>
          <w:lang w:val="ru-RU"/>
        </w:rPr>
        <w:t>спосіб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голосування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внутрішнім</w:t>
      </w:r>
      <w:proofErr w:type="spellEnd"/>
      <w:r w:rsidRPr="00D23631">
        <w:rPr>
          <w:color w:val="1E2A32"/>
          <w:lang w:val="ru-RU"/>
        </w:rPr>
        <w:t xml:space="preserve"> актам?</w:t>
      </w:r>
    </w:p>
    <w:p w14:paraId="02CD26F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має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підписант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повноваження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діяти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юридичної</w:t>
      </w:r>
      <w:proofErr w:type="spellEnd"/>
      <w:r w:rsidRPr="00D23631">
        <w:rPr>
          <w:color w:val="1E2A32"/>
          <w:lang w:val="ru-RU"/>
        </w:rPr>
        <w:t xml:space="preserve"> особи;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належні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підпис</w:t>
      </w:r>
      <w:proofErr w:type="spellEnd"/>
      <w:r w:rsidRPr="00D23631">
        <w:rPr>
          <w:color w:val="1E2A32"/>
          <w:lang w:val="ru-RU"/>
        </w:rPr>
        <w:t xml:space="preserve">, КЕП і </w:t>
      </w:r>
      <w:proofErr w:type="spellStart"/>
      <w:r w:rsidRPr="00D23631">
        <w:rPr>
          <w:color w:val="1E2A32"/>
          <w:lang w:val="ru-RU"/>
        </w:rPr>
        <w:t>довіреність</w:t>
      </w:r>
      <w:proofErr w:type="spellEnd"/>
      <w:r w:rsidRPr="00D23631">
        <w:rPr>
          <w:color w:val="1E2A32"/>
          <w:lang w:val="ru-RU"/>
        </w:rPr>
        <w:t>?</w:t>
      </w:r>
    </w:p>
    <w:p w14:paraId="135D01D1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не створено</w:t>
      </w:r>
      <w:r w:rsidRPr="00D23631">
        <w:rPr>
          <w:color w:val="1E2A32"/>
          <w:lang w:val="ru-RU"/>
        </w:rPr>
        <w:t xml:space="preserve"> </w:t>
      </w:r>
      <w:r>
        <w:rPr>
          <w:color w:val="1E2A32"/>
        </w:rPr>
        <w:t>ad</w:t>
      </w:r>
      <w:r w:rsidRPr="00D23631">
        <w:rPr>
          <w:color w:val="1E2A32"/>
          <w:lang w:val="ru-RU"/>
        </w:rPr>
        <w:t xml:space="preserve"> </w:t>
      </w:r>
      <w:r>
        <w:rPr>
          <w:color w:val="1E2A32"/>
        </w:rPr>
        <w:t>hoc</w:t>
      </w:r>
      <w:r w:rsidRPr="00D23631">
        <w:rPr>
          <w:color w:val="1E2A32"/>
          <w:lang w:val="ru-RU"/>
        </w:rPr>
        <w:t xml:space="preserve"> правила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конкретну</w:t>
      </w:r>
      <w:proofErr w:type="spellEnd"/>
      <w:r w:rsidRPr="00D23631">
        <w:rPr>
          <w:color w:val="1E2A32"/>
          <w:lang w:val="ru-RU"/>
        </w:rPr>
        <w:t xml:space="preserve"> особу </w:t>
      </w:r>
      <w:proofErr w:type="spellStart"/>
      <w:r w:rsidRPr="00D23631">
        <w:rPr>
          <w:color w:val="1E2A32"/>
          <w:lang w:val="ru-RU"/>
        </w:rPr>
        <w:t>після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надходження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>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35EBB735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721B5CDB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1EC63BAA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D23631">
              <w:rPr>
                <w:lang w:val="ru-RU"/>
              </w:rPr>
              <w:t xml:space="preserve">За </w:t>
            </w:r>
            <w:proofErr w:type="spellStart"/>
            <w:r w:rsidRPr="00D23631">
              <w:rPr>
                <w:lang w:val="ru-RU"/>
              </w:rPr>
              <w:t>чинним</w:t>
            </w:r>
            <w:proofErr w:type="spellEnd"/>
            <w:r w:rsidRPr="00D23631">
              <w:rPr>
                <w:lang w:val="ru-RU"/>
              </w:rPr>
              <w:t xml:space="preserve"> законом подати </w:t>
            </w:r>
            <w:proofErr w:type="spellStart"/>
            <w:r w:rsidRPr="00D23631">
              <w:rPr>
                <w:lang w:val="ru-RU"/>
              </w:rPr>
              <w:t>повідомлення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може</w:t>
            </w:r>
            <w:proofErr w:type="spellEnd"/>
            <w:r w:rsidRPr="00D23631">
              <w:rPr>
                <w:lang w:val="ru-RU"/>
              </w:rPr>
              <w:t xml:space="preserve"> будь-яка особа, яка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докази</w:t>
            </w:r>
            <w:proofErr w:type="spellEnd"/>
            <w:r w:rsidRPr="00D23631">
              <w:rPr>
                <w:lang w:val="ru-RU"/>
              </w:rPr>
              <w:t xml:space="preserve">. Тому </w:t>
            </w:r>
            <w:proofErr w:type="spellStart"/>
            <w:r w:rsidRPr="00D23631">
              <w:rPr>
                <w:lang w:val="ru-RU"/>
              </w:rPr>
              <w:t>захист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слід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будувати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лише</w:t>
            </w:r>
            <w:proofErr w:type="spellEnd"/>
            <w:r w:rsidRPr="00D23631">
              <w:rPr>
                <w:lang w:val="ru-RU"/>
              </w:rPr>
              <w:t xml:space="preserve"> на </w:t>
            </w:r>
            <w:proofErr w:type="spellStart"/>
            <w:r w:rsidRPr="00D23631">
              <w:rPr>
                <w:lang w:val="ru-RU"/>
              </w:rPr>
              <w:t>тезі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що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заявник</w:t>
            </w:r>
            <w:proofErr w:type="spellEnd"/>
            <w:r w:rsidRPr="00D23631">
              <w:rPr>
                <w:lang w:val="ru-RU"/>
              </w:rPr>
              <w:t xml:space="preserve"> «не є </w:t>
            </w:r>
            <w:proofErr w:type="spellStart"/>
            <w:r w:rsidRPr="00D23631">
              <w:rPr>
                <w:lang w:val="ru-RU"/>
              </w:rPr>
              <w:t>науковцем</w:t>
            </w:r>
            <w:proofErr w:type="spellEnd"/>
            <w:r w:rsidRPr="00D23631">
              <w:rPr>
                <w:lang w:val="ru-RU"/>
              </w:rPr>
              <w:t xml:space="preserve">». </w:t>
            </w:r>
            <w:proofErr w:type="spellStart"/>
            <w:r w:rsidRPr="00D23631">
              <w:rPr>
                <w:lang w:val="ru-RU"/>
              </w:rPr>
              <w:t>Натомість</w:t>
            </w:r>
            <w:proofErr w:type="spellEnd"/>
            <w:r w:rsidRPr="00D23631">
              <w:rPr>
                <w:lang w:val="ru-RU"/>
              </w:rPr>
              <w:t xml:space="preserve"> треба </w:t>
            </w:r>
            <w:proofErr w:type="spellStart"/>
            <w:r w:rsidRPr="00D23631">
              <w:rPr>
                <w:lang w:val="ru-RU"/>
              </w:rPr>
              <w:t>перевіряти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компетенцію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повноваження</w:t>
            </w:r>
            <w:proofErr w:type="spellEnd"/>
            <w:r w:rsidRPr="00D23631">
              <w:rPr>
                <w:lang w:val="ru-RU"/>
              </w:rPr>
              <w:t xml:space="preserve">, форму, </w:t>
            </w:r>
            <w:proofErr w:type="spellStart"/>
            <w:r w:rsidRPr="00D23631">
              <w:rPr>
                <w:lang w:val="ru-RU"/>
              </w:rPr>
              <w:t>доказовий</w:t>
            </w:r>
            <w:proofErr w:type="spellEnd"/>
            <w:r w:rsidRPr="00D23631">
              <w:rPr>
                <w:lang w:val="ru-RU"/>
              </w:rPr>
              <w:t xml:space="preserve"> пакет і </w:t>
            </w:r>
            <w:proofErr w:type="spellStart"/>
            <w:r w:rsidRPr="00D23631">
              <w:rPr>
                <w:lang w:val="ru-RU"/>
              </w:rPr>
              <w:t>застосовне</w:t>
            </w:r>
            <w:proofErr w:type="spellEnd"/>
            <w:r w:rsidRPr="00D23631">
              <w:rPr>
                <w:lang w:val="ru-RU"/>
              </w:rPr>
              <w:t xml:space="preserve"> право.</w:t>
            </w:r>
          </w:p>
        </w:tc>
      </w:tr>
    </w:tbl>
    <w:p w14:paraId="2EE04CEA" w14:textId="77777777" w:rsidR="005F7F9E" w:rsidRPr="00D23631" w:rsidRDefault="005F7F9E">
      <w:pPr>
        <w:spacing w:after="20"/>
        <w:rPr>
          <w:lang w:val="ru-RU"/>
        </w:rPr>
      </w:pPr>
    </w:p>
    <w:p w14:paraId="6DF36C9F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05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Проведіть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аудит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допустимості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й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комплектності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скарги</w:t>
      </w:r>
      <w:proofErr w:type="spellEnd"/>
    </w:p>
    <w:p w14:paraId="2E9AF1C5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r w:rsidRPr="00D23631">
        <w:rPr>
          <w:color w:val="1E2A32"/>
          <w:lang w:val="ru-RU"/>
        </w:rPr>
        <w:t xml:space="preserve">До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допускатися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гучна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заява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перевірюваний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доказовий</w:t>
      </w:r>
      <w:proofErr w:type="spellEnd"/>
      <w:r w:rsidRPr="00D23631">
        <w:rPr>
          <w:color w:val="1E2A32"/>
          <w:lang w:val="ru-RU"/>
        </w:rPr>
        <w:t xml:space="preserve"> пакет.</w:t>
      </w:r>
    </w:p>
    <w:p w14:paraId="0939DC8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ідентифіковані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сторінки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фрагменти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>?</w:t>
      </w:r>
    </w:p>
    <w:p w14:paraId="0BCDBEE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наведено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бібліографічні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дані</w:t>
      </w:r>
      <w:proofErr w:type="spellEnd"/>
      <w:r w:rsidRPr="00D23631">
        <w:rPr>
          <w:color w:val="1E2A32"/>
          <w:lang w:val="ru-RU"/>
        </w:rPr>
        <w:t xml:space="preserve">, автора, </w:t>
      </w:r>
      <w:proofErr w:type="spellStart"/>
      <w:r w:rsidRPr="00D23631">
        <w:rPr>
          <w:color w:val="1E2A32"/>
          <w:lang w:val="ru-RU"/>
        </w:rPr>
        <w:t>видання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рік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сторінки</w:t>
      </w:r>
      <w:proofErr w:type="spellEnd"/>
      <w:r w:rsidRPr="00D23631">
        <w:rPr>
          <w:color w:val="1E2A32"/>
          <w:lang w:val="ru-RU"/>
        </w:rPr>
        <w:t xml:space="preserve"> та доступ до </w:t>
      </w:r>
      <w:proofErr w:type="spellStart"/>
      <w:r w:rsidRPr="00D23631">
        <w:rPr>
          <w:color w:val="1E2A32"/>
          <w:lang w:val="ru-RU"/>
        </w:rPr>
        <w:t>первинного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джерела</w:t>
      </w:r>
      <w:proofErr w:type="spellEnd"/>
      <w:r w:rsidRPr="00D23631">
        <w:rPr>
          <w:color w:val="1E2A32"/>
          <w:lang w:val="ru-RU"/>
        </w:rPr>
        <w:t>?</w:t>
      </w:r>
    </w:p>
    <w:p w14:paraId="6F2041B5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існувало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створення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спірного</w:t>
      </w:r>
      <w:proofErr w:type="spellEnd"/>
      <w:r w:rsidRPr="00D23631">
        <w:rPr>
          <w:color w:val="1E2A32"/>
          <w:lang w:val="ru-RU"/>
        </w:rPr>
        <w:t xml:space="preserve"> тексту, а не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завантажене</w:t>
      </w:r>
      <w:proofErr w:type="spellEnd"/>
      <w:r w:rsidRPr="00D23631">
        <w:rPr>
          <w:color w:val="1E2A32"/>
          <w:lang w:val="ru-RU"/>
        </w:rPr>
        <w:t xml:space="preserve"> в </w:t>
      </w:r>
      <w:proofErr w:type="spellStart"/>
      <w:r w:rsidRPr="00D23631">
        <w:rPr>
          <w:color w:val="1E2A32"/>
          <w:lang w:val="ru-RU"/>
        </w:rPr>
        <w:t>Інтернет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раніше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пізніше</w:t>
      </w:r>
      <w:proofErr w:type="spellEnd"/>
      <w:r w:rsidRPr="00D23631">
        <w:rPr>
          <w:color w:val="1E2A32"/>
          <w:lang w:val="ru-RU"/>
        </w:rPr>
        <w:t>?</w:t>
      </w:r>
    </w:p>
    <w:p w14:paraId="4385AEA5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надані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посилання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повні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автентичні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копії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придатні</w:t>
      </w:r>
      <w:proofErr w:type="spellEnd"/>
      <w:r w:rsidRPr="00D23631">
        <w:rPr>
          <w:color w:val="1E2A32"/>
          <w:lang w:val="ru-RU"/>
        </w:rPr>
        <w:t xml:space="preserve"> для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>?</w:t>
      </w:r>
    </w:p>
    <w:p w14:paraId="7A89CD6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відповідає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порівняльна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таблиця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вимогам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внутрішнього</w:t>
      </w:r>
      <w:proofErr w:type="spellEnd"/>
      <w:r w:rsidRPr="00D23631">
        <w:rPr>
          <w:color w:val="1E2A32"/>
          <w:lang w:val="ru-RU"/>
        </w:rPr>
        <w:t xml:space="preserve"> порядку;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відкриваються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файли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є </w:t>
      </w:r>
      <w:r>
        <w:rPr>
          <w:color w:val="1E2A32"/>
        </w:rPr>
        <w:t>OCR</w:t>
      </w:r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метадані</w:t>
      </w:r>
      <w:proofErr w:type="spellEnd"/>
      <w:r w:rsidRPr="00D23631">
        <w:rPr>
          <w:color w:val="1E2A32"/>
          <w:lang w:val="ru-RU"/>
        </w:rPr>
        <w:t>?</w:t>
      </w:r>
    </w:p>
    <w:p w14:paraId="1398C92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Чи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сформульовано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конкретну</w:t>
      </w:r>
      <w:proofErr w:type="spellEnd"/>
      <w:r w:rsidRPr="00D23631">
        <w:rPr>
          <w:color w:val="1E2A32"/>
          <w:lang w:val="ru-RU"/>
        </w:rPr>
        <w:t xml:space="preserve"> норму, яка </w:t>
      </w:r>
      <w:proofErr w:type="spellStart"/>
      <w:r w:rsidRPr="00D23631">
        <w:rPr>
          <w:color w:val="1E2A32"/>
          <w:lang w:val="ru-RU"/>
        </w:rPr>
        <w:t>нібито</w:t>
      </w:r>
      <w:proofErr w:type="spellEnd"/>
      <w:r w:rsidRPr="00D23631">
        <w:rPr>
          <w:color w:val="1E2A32"/>
          <w:lang w:val="ru-RU"/>
        </w:rPr>
        <w:t xml:space="preserve"> порушена,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в </w:t>
      </w:r>
      <w:proofErr w:type="spellStart"/>
      <w:r w:rsidRPr="00D23631">
        <w:rPr>
          <w:color w:val="1E2A32"/>
          <w:lang w:val="ru-RU"/>
        </w:rPr>
        <w:t>редакції</w:t>
      </w:r>
      <w:proofErr w:type="spellEnd"/>
      <w:r w:rsidRPr="00D23631">
        <w:rPr>
          <w:color w:val="1E2A32"/>
          <w:lang w:val="ru-RU"/>
        </w:rPr>
        <w:t xml:space="preserve"> на дату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>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3629E4B1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67687DA8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2EA9763E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Неперевірюваний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опис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порожня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таблиця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несправний</w:t>
            </w:r>
            <w:proofErr w:type="spellEnd"/>
            <w:r w:rsidRPr="00D23631">
              <w:rPr>
                <w:lang w:val="ru-RU"/>
              </w:rPr>
              <w:t xml:space="preserve"> файл, </w:t>
            </w:r>
            <w:proofErr w:type="spellStart"/>
            <w:r w:rsidRPr="00D23631">
              <w:rPr>
                <w:lang w:val="ru-RU"/>
              </w:rPr>
              <w:t>джерело</w:t>
            </w:r>
            <w:proofErr w:type="spellEnd"/>
            <w:r w:rsidRPr="00D23631">
              <w:rPr>
                <w:lang w:val="ru-RU"/>
              </w:rPr>
              <w:t xml:space="preserve"> без </w:t>
            </w:r>
            <w:proofErr w:type="spellStart"/>
            <w:r w:rsidRPr="00D23631">
              <w:rPr>
                <w:lang w:val="ru-RU"/>
              </w:rPr>
              <w:t>дати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загальна</w:t>
            </w:r>
            <w:proofErr w:type="spellEnd"/>
            <w:r w:rsidRPr="00D23631">
              <w:rPr>
                <w:lang w:val="ru-RU"/>
              </w:rPr>
              <w:t xml:space="preserve"> фраза «110 </w:t>
            </w:r>
            <w:proofErr w:type="spellStart"/>
            <w:r w:rsidRPr="00D23631">
              <w:rPr>
                <w:lang w:val="ru-RU"/>
              </w:rPr>
              <w:t>фрагментів</w:t>
            </w:r>
            <w:proofErr w:type="spellEnd"/>
            <w:r w:rsidRPr="00D23631">
              <w:rPr>
                <w:lang w:val="ru-RU"/>
              </w:rPr>
              <w:t xml:space="preserve">» не </w:t>
            </w:r>
            <w:proofErr w:type="spellStart"/>
            <w:r w:rsidRPr="00D23631">
              <w:rPr>
                <w:lang w:val="ru-RU"/>
              </w:rPr>
              <w:t>повинні</w:t>
            </w:r>
            <w:proofErr w:type="spellEnd"/>
            <w:r w:rsidRPr="00D23631">
              <w:rPr>
                <w:lang w:val="ru-RU"/>
              </w:rPr>
              <w:t xml:space="preserve"> автоматично </w:t>
            </w:r>
            <w:proofErr w:type="spellStart"/>
            <w:r w:rsidRPr="00D23631">
              <w:rPr>
                <w:lang w:val="ru-RU"/>
              </w:rPr>
              <w:t>запускати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багатомісячне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провадження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00372EAD" w14:textId="77777777" w:rsidR="005F7F9E" w:rsidRPr="00D23631" w:rsidRDefault="005F7F9E">
      <w:pPr>
        <w:spacing w:after="20"/>
        <w:rPr>
          <w:lang w:val="ru-RU"/>
        </w:rPr>
      </w:pPr>
    </w:p>
    <w:p w14:paraId="60064430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06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Зафіксуйте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й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автентифікуйте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джерела</w:t>
      </w:r>
      <w:proofErr w:type="spellEnd"/>
    </w:p>
    <w:p w14:paraId="6B72DF1F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r w:rsidRPr="00D23631">
        <w:rPr>
          <w:color w:val="1E2A32"/>
          <w:lang w:val="ru-RU"/>
        </w:rPr>
        <w:t xml:space="preserve">У </w:t>
      </w:r>
      <w:proofErr w:type="spellStart"/>
      <w:r w:rsidRPr="00D23631">
        <w:rPr>
          <w:color w:val="1E2A32"/>
          <w:lang w:val="ru-RU"/>
        </w:rPr>
        <w:t>старих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академічних</w:t>
      </w:r>
      <w:proofErr w:type="spellEnd"/>
      <w:r w:rsidRPr="00D23631">
        <w:rPr>
          <w:color w:val="1E2A32"/>
          <w:lang w:val="ru-RU"/>
        </w:rPr>
        <w:t xml:space="preserve"> справах </w:t>
      </w:r>
      <w:proofErr w:type="spellStart"/>
      <w:r w:rsidRPr="00D23631">
        <w:rPr>
          <w:color w:val="1E2A32"/>
          <w:lang w:val="ru-RU"/>
        </w:rPr>
        <w:t>головна</w:t>
      </w:r>
      <w:proofErr w:type="spellEnd"/>
      <w:r w:rsidRPr="00D23631">
        <w:rPr>
          <w:color w:val="1E2A32"/>
          <w:lang w:val="ru-RU"/>
        </w:rPr>
        <w:t xml:space="preserve"> битва часто </w:t>
      </w:r>
      <w:proofErr w:type="spellStart"/>
      <w:r w:rsidRPr="00D23631">
        <w:rPr>
          <w:color w:val="1E2A32"/>
          <w:lang w:val="ru-RU"/>
        </w:rPr>
        <w:t>відбувається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навколо</w:t>
      </w:r>
      <w:proofErr w:type="spellEnd"/>
      <w:r w:rsidRPr="00D23631">
        <w:rPr>
          <w:color w:val="1E2A32"/>
          <w:lang w:val="ru-RU"/>
        </w:rPr>
        <w:t xml:space="preserve"> тексту, а </w:t>
      </w:r>
      <w:proofErr w:type="spellStart"/>
      <w:r w:rsidRPr="00D23631">
        <w:rPr>
          <w:color w:val="1E2A32"/>
          <w:lang w:val="ru-RU"/>
        </w:rPr>
        <w:t>навколо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походження</w:t>
      </w:r>
      <w:proofErr w:type="spellEnd"/>
      <w:r w:rsidRPr="00D23631">
        <w:rPr>
          <w:color w:val="1E2A32"/>
          <w:lang w:val="ru-RU"/>
        </w:rPr>
        <w:t xml:space="preserve"> документа.</w:t>
      </w:r>
    </w:p>
    <w:p w14:paraId="30E68FE4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Отримайте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бібліотечні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архівні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копії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заявлених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 xml:space="preserve">, а не </w:t>
      </w:r>
      <w:proofErr w:type="spellStart"/>
      <w:r w:rsidRPr="00D23631">
        <w:rPr>
          <w:color w:val="1E2A32"/>
          <w:lang w:val="ru-RU"/>
        </w:rPr>
        <w:t>покладайтеся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випадкові</w:t>
      </w:r>
      <w:proofErr w:type="spellEnd"/>
      <w:r w:rsidRPr="00D23631">
        <w:rPr>
          <w:color w:val="1E2A32"/>
          <w:lang w:val="ru-RU"/>
        </w:rPr>
        <w:t xml:space="preserve"> скани.</w:t>
      </w:r>
    </w:p>
    <w:p w14:paraId="182AD96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Зафіксуйте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контрольні</w:t>
      </w:r>
      <w:proofErr w:type="spellEnd"/>
      <w:r w:rsidRPr="00D23631">
        <w:rPr>
          <w:color w:val="1E2A32"/>
          <w:lang w:val="ru-RU"/>
        </w:rPr>
        <w:t xml:space="preserve"> хеш-</w:t>
      </w:r>
      <w:proofErr w:type="spellStart"/>
      <w:r w:rsidRPr="00D23631">
        <w:rPr>
          <w:color w:val="1E2A32"/>
          <w:lang w:val="ru-RU"/>
        </w:rPr>
        <w:t>суми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файлів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технічні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метадані</w:t>
      </w:r>
      <w:proofErr w:type="spellEnd"/>
      <w:r w:rsidRPr="00D23631">
        <w:rPr>
          <w:color w:val="1E2A32"/>
          <w:lang w:val="ru-RU"/>
        </w:rPr>
        <w:t xml:space="preserve">, дату доступу, </w:t>
      </w:r>
      <w:proofErr w:type="spellStart"/>
      <w:r w:rsidRPr="00D23631">
        <w:rPr>
          <w:color w:val="1E2A32"/>
          <w:lang w:val="ru-RU"/>
        </w:rPr>
        <w:t>версію</w:t>
      </w:r>
      <w:proofErr w:type="spellEnd"/>
      <w:r w:rsidRPr="00D23631">
        <w:rPr>
          <w:color w:val="1E2A32"/>
          <w:lang w:val="ru-RU"/>
        </w:rPr>
        <w:t xml:space="preserve"> </w:t>
      </w:r>
      <w:r>
        <w:rPr>
          <w:color w:val="1E2A32"/>
        </w:rPr>
        <w:t>OCR</w:t>
      </w:r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спосіб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отримання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копії</w:t>
      </w:r>
      <w:proofErr w:type="spellEnd"/>
      <w:r w:rsidRPr="00D23631">
        <w:rPr>
          <w:color w:val="1E2A32"/>
          <w:lang w:val="ru-RU"/>
        </w:rPr>
        <w:t>.</w:t>
      </w:r>
    </w:p>
    <w:p w14:paraId="3EE2E10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Перевірте</w:t>
      </w:r>
      <w:proofErr w:type="spellEnd"/>
      <w:r w:rsidRPr="00D23631">
        <w:rPr>
          <w:color w:val="1E2A32"/>
          <w:lang w:val="ru-RU"/>
        </w:rPr>
        <w:t xml:space="preserve"> каталоги, </w:t>
      </w:r>
      <w:r>
        <w:rPr>
          <w:color w:val="1E2A32"/>
        </w:rPr>
        <w:t>ISBN</w:t>
      </w:r>
      <w:r w:rsidRPr="00D23631">
        <w:rPr>
          <w:color w:val="1E2A32"/>
          <w:lang w:val="ru-RU"/>
        </w:rPr>
        <w:t>/</w:t>
      </w:r>
      <w:r>
        <w:rPr>
          <w:color w:val="1E2A32"/>
        </w:rPr>
        <w:t>ISSN</w:t>
      </w:r>
      <w:r w:rsidRPr="00D23631">
        <w:rPr>
          <w:color w:val="1E2A32"/>
          <w:lang w:val="ru-RU"/>
        </w:rPr>
        <w:t xml:space="preserve">, </w:t>
      </w:r>
      <w:r>
        <w:rPr>
          <w:color w:val="1E2A32"/>
        </w:rPr>
        <w:t>DOI</w:t>
      </w:r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видавничі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архівні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знімки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вебсторінок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доменну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історію</w:t>
      </w:r>
      <w:proofErr w:type="spellEnd"/>
      <w:r w:rsidRPr="00D23631">
        <w:rPr>
          <w:color w:val="1E2A32"/>
          <w:lang w:val="ru-RU"/>
        </w:rPr>
        <w:t>.</w:t>
      </w:r>
    </w:p>
    <w:p w14:paraId="20E0254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lastRenderedPageBreak/>
        <w:t xml:space="preserve">• </w:t>
      </w:r>
      <w:proofErr w:type="spellStart"/>
      <w:r w:rsidRPr="00D23631">
        <w:rPr>
          <w:b/>
          <w:color w:val="1E2A32"/>
          <w:lang w:val="ru-RU"/>
        </w:rPr>
        <w:t>Відрізняйте</w:t>
      </w:r>
      <w:proofErr w:type="spellEnd"/>
      <w:r w:rsidRPr="00D23631">
        <w:rPr>
          <w:color w:val="1E2A32"/>
          <w:lang w:val="ru-RU"/>
        </w:rPr>
        <w:t xml:space="preserve"> дату </w:t>
      </w:r>
      <w:proofErr w:type="spellStart"/>
      <w:r w:rsidRPr="00D23631">
        <w:rPr>
          <w:color w:val="1E2A32"/>
          <w:lang w:val="ru-RU"/>
        </w:rPr>
        <w:t>видання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оцифрування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завантаження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індексації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зміни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вебсторінки</w:t>
      </w:r>
      <w:proofErr w:type="spellEnd"/>
      <w:r w:rsidRPr="00D23631">
        <w:rPr>
          <w:color w:val="1E2A32"/>
          <w:lang w:val="ru-RU"/>
        </w:rPr>
        <w:t>.</w:t>
      </w:r>
    </w:p>
    <w:p w14:paraId="52041806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Якщо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існує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кількох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редакціях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порівнюйте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ту </w:t>
      </w:r>
      <w:proofErr w:type="spellStart"/>
      <w:r w:rsidRPr="00D23631">
        <w:rPr>
          <w:color w:val="1E2A32"/>
          <w:lang w:val="ru-RU"/>
        </w:rPr>
        <w:t>редакцію</w:t>
      </w:r>
      <w:proofErr w:type="spellEnd"/>
      <w:r w:rsidRPr="00D23631">
        <w:rPr>
          <w:color w:val="1E2A32"/>
          <w:lang w:val="ru-RU"/>
        </w:rPr>
        <w:t xml:space="preserve">, яка могла бути доступною </w:t>
      </w:r>
      <w:proofErr w:type="spellStart"/>
      <w:r w:rsidRPr="00D23631">
        <w:rPr>
          <w:color w:val="1E2A32"/>
          <w:lang w:val="ru-RU"/>
        </w:rPr>
        <w:t>авторові</w:t>
      </w:r>
      <w:proofErr w:type="spellEnd"/>
      <w:r w:rsidRPr="00D23631">
        <w:rPr>
          <w:color w:val="1E2A32"/>
          <w:lang w:val="ru-RU"/>
        </w:rPr>
        <w:t xml:space="preserve"> на час </w:t>
      </w:r>
      <w:proofErr w:type="spellStart"/>
      <w:r w:rsidRPr="00D23631">
        <w:rPr>
          <w:color w:val="1E2A32"/>
          <w:lang w:val="ru-RU"/>
        </w:rPr>
        <w:t>написання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2457E98C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021A6D3C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4ADD3C1C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Хронологічно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пізніше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джерело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може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доводити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запозичення</w:t>
            </w:r>
            <w:proofErr w:type="spellEnd"/>
            <w:r w:rsidRPr="00D23631">
              <w:rPr>
                <w:lang w:val="ru-RU"/>
              </w:rPr>
              <w:t xml:space="preserve"> з </w:t>
            </w:r>
            <w:proofErr w:type="spellStart"/>
            <w:r w:rsidRPr="00D23631">
              <w:rPr>
                <w:lang w:val="ru-RU"/>
              </w:rPr>
              <w:t>нього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Воно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може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свідчити</w:t>
            </w:r>
            <w:proofErr w:type="spellEnd"/>
            <w:r w:rsidRPr="00D23631">
              <w:rPr>
                <w:lang w:val="ru-RU"/>
              </w:rPr>
              <w:t xml:space="preserve"> про </w:t>
            </w:r>
            <w:proofErr w:type="spellStart"/>
            <w:r w:rsidRPr="00D23631">
              <w:rPr>
                <w:lang w:val="ru-RU"/>
              </w:rPr>
              <w:t>зворотне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запозичення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спільне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першоджерело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помилку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атрибуції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5BA77580" w14:textId="77777777" w:rsidR="005F7F9E" w:rsidRPr="00D23631" w:rsidRDefault="005F7F9E">
      <w:pPr>
        <w:spacing w:after="20"/>
        <w:rPr>
          <w:lang w:val="ru-RU"/>
        </w:rPr>
      </w:pPr>
    </w:p>
    <w:p w14:paraId="4253A0F1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07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Розділіть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текстову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схожість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і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юридичний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склад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плагіату</w:t>
      </w:r>
      <w:proofErr w:type="spellEnd"/>
    </w:p>
    <w:p w14:paraId="1D52178B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Антиплагіатна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програма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шукає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збіги</w:t>
      </w:r>
      <w:proofErr w:type="spellEnd"/>
      <w:r w:rsidRPr="00D23631">
        <w:rPr>
          <w:color w:val="1E2A32"/>
          <w:lang w:val="ru-RU"/>
        </w:rPr>
        <w:t xml:space="preserve">; вона не </w:t>
      </w:r>
      <w:proofErr w:type="spellStart"/>
      <w:r w:rsidRPr="00D23631">
        <w:rPr>
          <w:color w:val="1E2A32"/>
          <w:lang w:val="ru-RU"/>
        </w:rPr>
        <w:t>встановлює</w:t>
      </w:r>
      <w:proofErr w:type="spellEnd"/>
      <w:r w:rsidRPr="00D23631">
        <w:rPr>
          <w:color w:val="1E2A32"/>
          <w:lang w:val="ru-RU"/>
        </w:rPr>
        <w:t xml:space="preserve"> автора, вину та </w:t>
      </w:r>
      <w:proofErr w:type="spellStart"/>
      <w:r w:rsidRPr="00D23631">
        <w:rPr>
          <w:color w:val="1E2A32"/>
          <w:lang w:val="ru-RU"/>
        </w:rPr>
        <w:t>застосовний</w:t>
      </w:r>
      <w:proofErr w:type="spellEnd"/>
      <w:r w:rsidRPr="00D23631">
        <w:rPr>
          <w:color w:val="1E2A32"/>
          <w:lang w:val="ru-RU"/>
        </w:rPr>
        <w:t xml:space="preserve"> стандарт.</w:t>
      </w:r>
    </w:p>
    <w:p w14:paraId="715DE8BD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Відокремте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законодавчі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формулювання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назви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органів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усталені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конструкції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загальновідомі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визначення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методологічні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кліше</w:t>
      </w:r>
      <w:proofErr w:type="spellEnd"/>
      <w:r w:rsidRPr="00D23631">
        <w:rPr>
          <w:color w:val="1E2A32"/>
          <w:lang w:val="ru-RU"/>
        </w:rPr>
        <w:t>.</w:t>
      </w:r>
    </w:p>
    <w:p w14:paraId="3AB6922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Перевірте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міститься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посилання</w:t>
      </w:r>
      <w:proofErr w:type="spellEnd"/>
      <w:r w:rsidRPr="00D23631">
        <w:rPr>
          <w:color w:val="1E2A32"/>
          <w:lang w:val="ru-RU"/>
        </w:rPr>
        <w:t xml:space="preserve"> в </w:t>
      </w:r>
      <w:proofErr w:type="spellStart"/>
      <w:r w:rsidRPr="00D23631">
        <w:rPr>
          <w:color w:val="1E2A32"/>
          <w:lang w:val="ru-RU"/>
        </w:rPr>
        <w:t>попередньому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реченні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gramStart"/>
      <w:r w:rsidRPr="00D23631">
        <w:rPr>
          <w:color w:val="1E2A32"/>
          <w:lang w:val="ru-RU"/>
        </w:rPr>
        <w:t>на початку</w:t>
      </w:r>
      <w:proofErr w:type="gram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розділу</w:t>
      </w:r>
      <w:proofErr w:type="spellEnd"/>
      <w:r w:rsidRPr="00D23631">
        <w:rPr>
          <w:color w:val="1E2A32"/>
          <w:lang w:val="ru-RU"/>
        </w:rPr>
        <w:t xml:space="preserve">, у </w:t>
      </w:r>
      <w:proofErr w:type="spellStart"/>
      <w:r w:rsidRPr="00D23631">
        <w:rPr>
          <w:color w:val="1E2A32"/>
          <w:lang w:val="ru-RU"/>
        </w:rPr>
        <w:t>примітці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списку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>.</w:t>
      </w:r>
    </w:p>
    <w:p w14:paraId="0912710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З’ясуйте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обидва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тексти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відтворюють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спільне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раніше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опубліковане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>.</w:t>
      </w:r>
    </w:p>
    <w:p w14:paraId="238731F3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Враховуйте</w:t>
      </w:r>
      <w:proofErr w:type="spellEnd"/>
      <w:r w:rsidRPr="00D23631">
        <w:rPr>
          <w:color w:val="1E2A32"/>
          <w:lang w:val="ru-RU"/>
        </w:rPr>
        <w:t xml:space="preserve"> правила </w:t>
      </w:r>
      <w:proofErr w:type="spellStart"/>
      <w:r w:rsidRPr="00D23631">
        <w:rPr>
          <w:color w:val="1E2A32"/>
          <w:lang w:val="ru-RU"/>
        </w:rPr>
        <w:t>цитування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реально </w:t>
      </w:r>
      <w:proofErr w:type="spellStart"/>
      <w:r w:rsidRPr="00D23631">
        <w:rPr>
          <w:color w:val="1E2A32"/>
          <w:lang w:val="ru-RU"/>
        </w:rPr>
        <w:t>діяли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відповідній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галузі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році</w:t>
      </w:r>
      <w:proofErr w:type="spellEnd"/>
      <w:r w:rsidRPr="00D23631">
        <w:rPr>
          <w:color w:val="1E2A32"/>
          <w:lang w:val="ru-RU"/>
        </w:rPr>
        <w:t xml:space="preserve">, а не </w:t>
      </w:r>
      <w:proofErr w:type="spellStart"/>
      <w:r w:rsidRPr="00D23631">
        <w:rPr>
          <w:color w:val="1E2A32"/>
          <w:lang w:val="ru-RU"/>
        </w:rPr>
        <w:t>сучасні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редакційні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стандарти</w:t>
      </w:r>
      <w:proofErr w:type="spellEnd"/>
      <w:r w:rsidRPr="00D23631">
        <w:rPr>
          <w:color w:val="1E2A32"/>
          <w:lang w:val="ru-RU"/>
        </w:rPr>
        <w:t>.</w:t>
      </w:r>
    </w:p>
    <w:p w14:paraId="1493FC4A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Встановіть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збіг</w:t>
      </w:r>
      <w:proofErr w:type="spellEnd"/>
      <w:r w:rsidRPr="00D23631">
        <w:rPr>
          <w:color w:val="1E2A32"/>
          <w:lang w:val="ru-RU"/>
        </w:rPr>
        <w:t xml:space="preserve"> результатом </w:t>
      </w:r>
      <w:r>
        <w:rPr>
          <w:color w:val="1E2A32"/>
        </w:rPr>
        <w:t>OCR</w:t>
      </w:r>
      <w:r w:rsidRPr="00D23631">
        <w:rPr>
          <w:color w:val="1E2A32"/>
          <w:lang w:val="ru-RU"/>
        </w:rPr>
        <w:t>-</w:t>
      </w:r>
      <w:proofErr w:type="spellStart"/>
      <w:r w:rsidRPr="00D23631">
        <w:rPr>
          <w:color w:val="1E2A32"/>
          <w:lang w:val="ru-RU"/>
        </w:rPr>
        <w:t>помилки</w:t>
      </w:r>
      <w:proofErr w:type="spellEnd"/>
      <w:r w:rsidRPr="00D23631">
        <w:rPr>
          <w:color w:val="1E2A32"/>
          <w:lang w:val="ru-RU"/>
        </w:rPr>
        <w:t xml:space="preserve">, машинного перекладу, </w:t>
      </w:r>
      <w:proofErr w:type="spellStart"/>
      <w:r w:rsidRPr="00D23631">
        <w:rPr>
          <w:color w:val="1E2A32"/>
          <w:lang w:val="ru-RU"/>
        </w:rPr>
        <w:t>різних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транслітерацій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технічного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форматування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594BE8D1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0C426187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69A425D2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Програмний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відсоток</w:t>
            </w:r>
            <w:proofErr w:type="spellEnd"/>
            <w:r w:rsidRPr="00D23631">
              <w:rPr>
                <w:lang w:val="ru-RU"/>
              </w:rPr>
              <w:t xml:space="preserve"> — </w:t>
            </w:r>
            <w:proofErr w:type="spellStart"/>
            <w:r w:rsidRPr="00D23631">
              <w:rPr>
                <w:lang w:val="ru-RU"/>
              </w:rPr>
              <w:t>це</w:t>
            </w:r>
            <w:proofErr w:type="spellEnd"/>
            <w:r w:rsidRPr="00D23631">
              <w:rPr>
                <w:lang w:val="ru-RU"/>
              </w:rPr>
              <w:t xml:space="preserve"> сигнал для </w:t>
            </w:r>
            <w:proofErr w:type="spellStart"/>
            <w:r w:rsidRPr="00D23631">
              <w:rPr>
                <w:lang w:val="ru-RU"/>
              </w:rPr>
              <w:t>ручної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перевірки</w:t>
            </w:r>
            <w:proofErr w:type="spellEnd"/>
            <w:r w:rsidRPr="00D23631">
              <w:rPr>
                <w:lang w:val="ru-RU"/>
              </w:rPr>
              <w:t xml:space="preserve">, а не </w:t>
            </w:r>
            <w:proofErr w:type="spellStart"/>
            <w:r w:rsidRPr="00D23631">
              <w:rPr>
                <w:lang w:val="ru-RU"/>
              </w:rPr>
              <w:t>презумпція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академічного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плагіату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Правове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рішення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відповідати</w:t>
            </w:r>
            <w:proofErr w:type="spellEnd"/>
            <w:r w:rsidRPr="00D23631">
              <w:rPr>
                <w:lang w:val="ru-RU"/>
              </w:rPr>
              <w:t xml:space="preserve"> на </w:t>
            </w:r>
            <w:proofErr w:type="spellStart"/>
            <w:r w:rsidRPr="00D23631">
              <w:rPr>
                <w:lang w:val="ru-RU"/>
              </w:rPr>
              <w:t>питання</w:t>
            </w:r>
            <w:proofErr w:type="spellEnd"/>
            <w:r w:rsidRPr="00D23631">
              <w:rPr>
                <w:lang w:val="ru-RU"/>
              </w:rPr>
              <w:t xml:space="preserve"> «</w:t>
            </w:r>
            <w:proofErr w:type="spellStart"/>
            <w:r w:rsidRPr="00D23631">
              <w:rPr>
                <w:lang w:val="ru-RU"/>
              </w:rPr>
              <w:t>хто</w:t>
            </w:r>
            <w:proofErr w:type="spellEnd"/>
            <w:r w:rsidRPr="00D23631">
              <w:rPr>
                <w:lang w:val="ru-RU"/>
              </w:rPr>
              <w:t xml:space="preserve">, коли, з </w:t>
            </w:r>
            <w:proofErr w:type="spellStart"/>
            <w:r w:rsidRPr="00D23631">
              <w:rPr>
                <w:lang w:val="ru-RU"/>
              </w:rPr>
              <w:t>якого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джерела</w:t>
            </w:r>
            <w:proofErr w:type="spellEnd"/>
            <w:r w:rsidRPr="00D23631">
              <w:rPr>
                <w:lang w:val="ru-RU"/>
              </w:rPr>
              <w:t xml:space="preserve">, без </w:t>
            </w:r>
            <w:proofErr w:type="spellStart"/>
            <w:r w:rsidRPr="00D23631">
              <w:rPr>
                <w:lang w:val="ru-RU"/>
              </w:rPr>
              <w:t>якого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належного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посилання</w:t>
            </w:r>
            <w:proofErr w:type="spellEnd"/>
            <w:r w:rsidRPr="00D23631">
              <w:rPr>
                <w:lang w:val="ru-RU"/>
              </w:rPr>
              <w:t xml:space="preserve"> і </w:t>
            </w:r>
            <w:proofErr w:type="spellStart"/>
            <w:r w:rsidRPr="00D23631">
              <w:rPr>
                <w:lang w:val="ru-RU"/>
              </w:rPr>
              <w:t>всупереч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якій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нормі</w:t>
            </w:r>
            <w:proofErr w:type="spellEnd"/>
            <w:r w:rsidRPr="00D23631">
              <w:rPr>
                <w:lang w:val="ru-RU"/>
              </w:rPr>
              <w:t>».</w:t>
            </w:r>
          </w:p>
        </w:tc>
      </w:tr>
    </w:tbl>
    <w:p w14:paraId="502F799C" w14:textId="77777777" w:rsidR="005F7F9E" w:rsidRPr="00D23631" w:rsidRDefault="005F7F9E">
      <w:pPr>
        <w:spacing w:after="20"/>
        <w:rPr>
          <w:lang w:val="ru-RU"/>
        </w:rPr>
      </w:pPr>
    </w:p>
    <w:p w14:paraId="48592DCA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08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Створіть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фрагментну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контрматрицю</w:t>
      </w:r>
      <w:proofErr w:type="spellEnd"/>
    </w:p>
    <w:p w14:paraId="203E693D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Найпереконливіший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</w:t>
      </w:r>
      <w:proofErr w:type="spellEnd"/>
      <w:r w:rsidRPr="00D23631">
        <w:rPr>
          <w:color w:val="1E2A32"/>
          <w:lang w:val="ru-RU"/>
        </w:rPr>
        <w:t xml:space="preserve"> — не </w:t>
      </w:r>
      <w:proofErr w:type="spellStart"/>
      <w:r w:rsidRPr="00D23631">
        <w:rPr>
          <w:color w:val="1E2A32"/>
          <w:lang w:val="ru-RU"/>
        </w:rPr>
        <w:t>загальна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декларація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, а точна </w:t>
      </w:r>
      <w:proofErr w:type="spellStart"/>
      <w:r w:rsidRPr="00D23631">
        <w:rPr>
          <w:color w:val="1E2A32"/>
          <w:lang w:val="ru-RU"/>
        </w:rPr>
        <w:t>відповідь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кожний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епізод</w:t>
      </w:r>
      <w:proofErr w:type="spellEnd"/>
      <w:r w:rsidRPr="00D23631">
        <w:rPr>
          <w:color w:val="1E2A32"/>
          <w:lang w:val="ru-RU"/>
        </w:rPr>
        <w:t>.</w:t>
      </w:r>
    </w:p>
    <w:p w14:paraId="15580E3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>Для кожного фрагмента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зазначте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сторінку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заявлене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, дату, контекст і </w:t>
      </w:r>
      <w:proofErr w:type="spellStart"/>
      <w:r w:rsidRPr="00D23631">
        <w:rPr>
          <w:color w:val="1E2A32"/>
          <w:lang w:val="ru-RU"/>
        </w:rPr>
        <w:t>застосовну</w:t>
      </w:r>
      <w:proofErr w:type="spellEnd"/>
      <w:r w:rsidRPr="00D23631">
        <w:rPr>
          <w:color w:val="1E2A32"/>
          <w:lang w:val="ru-RU"/>
        </w:rPr>
        <w:t xml:space="preserve"> норму.</w:t>
      </w:r>
    </w:p>
    <w:p w14:paraId="6E274C7E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Класифікуйте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епізод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належне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цитування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спільне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пізніше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джерело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усталена</w:t>
      </w:r>
      <w:proofErr w:type="spellEnd"/>
      <w:r w:rsidRPr="00D23631">
        <w:rPr>
          <w:color w:val="1E2A32"/>
          <w:lang w:val="ru-RU"/>
        </w:rPr>
        <w:t xml:space="preserve"> формула; </w:t>
      </w:r>
      <w:proofErr w:type="spellStart"/>
      <w:r w:rsidRPr="00D23631">
        <w:rPr>
          <w:color w:val="1E2A32"/>
          <w:lang w:val="ru-RU"/>
        </w:rPr>
        <w:t>законодавчий</w:t>
      </w:r>
      <w:proofErr w:type="spellEnd"/>
      <w:r w:rsidRPr="00D23631">
        <w:rPr>
          <w:color w:val="1E2A32"/>
          <w:lang w:val="ru-RU"/>
        </w:rPr>
        <w:t xml:space="preserve"> текст; </w:t>
      </w:r>
      <w:r>
        <w:rPr>
          <w:color w:val="1E2A32"/>
        </w:rPr>
        <w:t>OCR</w:t>
      </w:r>
      <w:r w:rsidRPr="00D23631">
        <w:rPr>
          <w:color w:val="1E2A32"/>
          <w:lang w:val="ru-RU"/>
        </w:rPr>
        <w:t>-</w:t>
      </w:r>
      <w:proofErr w:type="spellStart"/>
      <w:r w:rsidRPr="00D23631">
        <w:rPr>
          <w:color w:val="1E2A32"/>
          <w:lang w:val="ru-RU"/>
        </w:rPr>
        <w:t>помилка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спірне</w:t>
      </w:r>
      <w:proofErr w:type="spellEnd"/>
      <w:r w:rsidRPr="00D23631">
        <w:rPr>
          <w:color w:val="1E2A32"/>
          <w:lang w:val="ru-RU"/>
        </w:rPr>
        <w:t xml:space="preserve"> авторство; </w:t>
      </w:r>
      <w:proofErr w:type="spellStart"/>
      <w:r w:rsidRPr="00D23631">
        <w:rPr>
          <w:color w:val="1E2A32"/>
          <w:lang w:val="ru-RU"/>
        </w:rPr>
        <w:t>реальний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ризик</w:t>
      </w:r>
      <w:proofErr w:type="spellEnd"/>
      <w:r w:rsidRPr="00D23631">
        <w:rPr>
          <w:color w:val="1E2A32"/>
          <w:lang w:val="ru-RU"/>
        </w:rPr>
        <w:t>.</w:t>
      </w:r>
    </w:p>
    <w:p w14:paraId="74AE742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>Додайте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підтвердження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копію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видання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архівну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довідку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експертне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пояснення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бібліографічний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запис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попередню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публікацію</w:t>
      </w:r>
      <w:proofErr w:type="spellEnd"/>
      <w:r w:rsidRPr="00D23631">
        <w:rPr>
          <w:color w:val="1E2A32"/>
          <w:lang w:val="ru-RU"/>
        </w:rPr>
        <w:t>.</w:t>
      </w:r>
    </w:p>
    <w:p w14:paraId="63AB226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 xml:space="preserve">Не </w:t>
      </w:r>
      <w:proofErr w:type="spellStart"/>
      <w:r w:rsidRPr="00D23631">
        <w:rPr>
          <w:b/>
          <w:color w:val="1E2A32"/>
          <w:lang w:val="ru-RU"/>
        </w:rPr>
        <w:t>приховуйте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слабкі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місця</w:t>
      </w:r>
      <w:proofErr w:type="spellEnd"/>
      <w:r w:rsidRPr="00D23631">
        <w:rPr>
          <w:color w:val="1E2A32"/>
          <w:lang w:val="ru-RU"/>
        </w:rPr>
        <w:t xml:space="preserve">. Для них </w:t>
      </w:r>
      <w:proofErr w:type="spellStart"/>
      <w:r w:rsidRPr="00D23631">
        <w:rPr>
          <w:color w:val="1E2A32"/>
          <w:lang w:val="ru-RU"/>
        </w:rPr>
        <w:t>готуйте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окрему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юридичну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умислу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істотності</w:t>
      </w:r>
      <w:proofErr w:type="spellEnd"/>
      <w:r w:rsidRPr="00D23631">
        <w:rPr>
          <w:color w:val="1E2A32"/>
          <w:lang w:val="ru-RU"/>
        </w:rPr>
        <w:t xml:space="preserve">, стандарту часу та </w:t>
      </w:r>
      <w:proofErr w:type="spellStart"/>
      <w:r w:rsidRPr="00D23631">
        <w:rPr>
          <w:color w:val="1E2A32"/>
          <w:lang w:val="ru-RU"/>
        </w:rPr>
        <w:t>пропорційності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наслідків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14:paraId="4DB0F25A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3754D89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4D04D6CA" w14:textId="77777777" w:rsidR="005F7F9E" w:rsidRDefault="00000000">
            <w:pPr>
              <w:spacing w:after="0" w:line="269" w:lineRule="auto"/>
              <w:jc w:val="both"/>
            </w:pPr>
            <w:proofErr w:type="spellStart"/>
            <w:r w:rsidRPr="00D23631">
              <w:rPr>
                <w:lang w:val="ru-RU"/>
              </w:rPr>
              <w:t>Комісії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легше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сприйняти</w:t>
            </w:r>
            <w:proofErr w:type="spellEnd"/>
            <w:r w:rsidRPr="00D23631">
              <w:rPr>
                <w:lang w:val="ru-RU"/>
              </w:rPr>
              <w:t xml:space="preserve"> сотню </w:t>
            </w:r>
            <w:proofErr w:type="spellStart"/>
            <w:r w:rsidRPr="00D23631">
              <w:rPr>
                <w:lang w:val="ru-RU"/>
              </w:rPr>
              <w:t>кольорових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збігів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ніж</w:t>
            </w:r>
            <w:proofErr w:type="spellEnd"/>
            <w:r w:rsidRPr="00D23631">
              <w:rPr>
                <w:lang w:val="ru-RU"/>
              </w:rPr>
              <w:t xml:space="preserve"> сотню </w:t>
            </w:r>
            <w:proofErr w:type="spellStart"/>
            <w:r w:rsidRPr="00D23631">
              <w:rPr>
                <w:lang w:val="ru-RU"/>
              </w:rPr>
              <w:t>окремих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правових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пояснень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>
              <w:t>Завдання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— </w:t>
            </w:r>
            <w:proofErr w:type="spellStart"/>
            <w:r>
              <w:t>повернути</w:t>
            </w:r>
            <w:proofErr w:type="spellEnd"/>
            <w:r>
              <w:t xml:space="preserve"> </w:t>
            </w:r>
            <w:proofErr w:type="spellStart"/>
            <w:r>
              <w:t>справу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враження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доказу</w:t>
            </w:r>
            <w:proofErr w:type="spellEnd"/>
            <w:r>
              <w:t>.</w:t>
            </w:r>
          </w:p>
        </w:tc>
      </w:tr>
    </w:tbl>
    <w:p w14:paraId="184E40E9" w14:textId="77777777" w:rsidR="005F7F9E" w:rsidRDefault="005F7F9E">
      <w:pPr>
        <w:spacing w:after="20"/>
      </w:pPr>
    </w:p>
    <w:p w14:paraId="0D1CF8CC" w14:textId="77777777" w:rsidR="005F7F9E" w:rsidRDefault="00000000">
      <w:pPr>
        <w:pStyle w:val="21"/>
        <w:spacing w:before="140" w:after="80"/>
      </w:pPr>
      <w:proofErr w:type="spellStart"/>
      <w:r>
        <w:rPr>
          <w:rFonts w:ascii="Liberation Sans" w:eastAsia="Liberation Sans" w:hAnsi="Liberation Sans"/>
          <w:color w:val="1F4E78"/>
          <w:sz w:val="25"/>
        </w:rPr>
        <w:t>Мінімальна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структура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фрагментної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матриці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2891"/>
      </w:tblGrid>
      <w:tr w:rsidR="005F7F9E" w14:paraId="2B142043" w14:textId="77777777">
        <w:trPr>
          <w:tblHeader/>
          <w:jc w:val="center"/>
        </w:trPr>
        <w:tc>
          <w:tcPr>
            <w:tcW w:w="1983" w:type="dxa"/>
            <w:shd w:val="clear" w:color="auto" w:fill="102A4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16EE5" w14:textId="77777777" w:rsidR="005F7F9E" w:rsidRDefault="00000000">
            <w:pPr>
              <w:spacing w:after="0"/>
              <w:jc w:val="center"/>
            </w:pPr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№</w:t>
            </w:r>
          </w:p>
        </w:tc>
        <w:tc>
          <w:tcPr>
            <w:tcW w:w="1983" w:type="dxa"/>
            <w:shd w:val="clear" w:color="auto" w:fill="102A4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8174B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Фрагмент</w:t>
            </w:r>
            <w:proofErr w:type="spellEnd"/>
          </w:p>
        </w:tc>
        <w:tc>
          <w:tcPr>
            <w:tcW w:w="1983" w:type="dxa"/>
            <w:shd w:val="clear" w:color="auto" w:fill="102A4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25264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Джерело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і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дата</w:t>
            </w:r>
            <w:proofErr w:type="spellEnd"/>
          </w:p>
        </w:tc>
        <w:tc>
          <w:tcPr>
            <w:tcW w:w="1983" w:type="dxa"/>
            <w:shd w:val="clear" w:color="auto" w:fill="102A4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F9E5E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Норма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на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дату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захисту</w:t>
            </w:r>
            <w:proofErr w:type="spellEnd"/>
          </w:p>
        </w:tc>
        <w:tc>
          <w:tcPr>
            <w:tcW w:w="1983" w:type="dxa"/>
            <w:shd w:val="clear" w:color="auto" w:fill="102A4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B6666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Висновок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захисту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та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7"/>
              </w:rPr>
              <w:t>доказ</w:t>
            </w:r>
            <w:proofErr w:type="spellEnd"/>
          </w:p>
        </w:tc>
      </w:tr>
      <w:tr w:rsidR="005F7F9E" w:rsidRPr="00D23631" w14:paraId="6F803C51" w14:textId="77777777">
        <w:trPr>
          <w:cantSplit/>
          <w:jc w:val="center"/>
        </w:trPr>
        <w:tc>
          <w:tcPr>
            <w:tcW w:w="68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E266F93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sz w:val="16"/>
              </w:rPr>
              <w:lastRenderedPageBreak/>
              <w:t>1</w:t>
            </w:r>
          </w:p>
        </w:tc>
        <w:tc>
          <w:tcPr>
            <w:tcW w:w="1814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3932DF2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sz w:val="16"/>
              </w:rPr>
              <w:t>Стор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. …,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абзац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…</w:t>
            </w:r>
          </w:p>
        </w:tc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0568B10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Назва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видання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сторінка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; дата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першої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публікації</w:t>
            </w:r>
            <w:proofErr w:type="spellEnd"/>
          </w:p>
        </w:tc>
        <w:tc>
          <w:tcPr>
            <w:tcW w:w="187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32198BD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Конкретний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акт і пункт 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редакції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на дату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захисту</w:t>
            </w:r>
            <w:proofErr w:type="spellEnd"/>
          </w:p>
        </w:tc>
        <w:tc>
          <w:tcPr>
            <w:tcW w:w="289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AED5FC8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Напр.: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джерело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опубліковано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пізніше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спільне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першоджерело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посилання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міститься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вступному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реченні</w:t>
            </w:r>
            <w:proofErr w:type="spellEnd"/>
          </w:p>
        </w:tc>
      </w:tr>
      <w:tr w:rsidR="005F7F9E" w:rsidRPr="00D23631" w14:paraId="68915DC0" w14:textId="77777777">
        <w:trPr>
          <w:cantSplit/>
          <w:jc w:val="center"/>
        </w:trPr>
        <w:tc>
          <w:tcPr>
            <w:tcW w:w="68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596E644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sz w:val="16"/>
              </w:rPr>
              <w:t>2</w:t>
            </w:r>
          </w:p>
        </w:tc>
        <w:tc>
          <w:tcPr>
            <w:tcW w:w="1814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90C7554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sz w:val="16"/>
              </w:rPr>
              <w:t>Стор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. …,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таблиця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…</w:t>
            </w:r>
          </w:p>
        </w:tc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DFDDAF3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sz w:val="16"/>
              </w:rPr>
              <w:t>Первинний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статистичний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масив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;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дата</w:t>
            </w:r>
            <w:proofErr w:type="spellEnd"/>
          </w:p>
        </w:tc>
        <w:tc>
          <w:tcPr>
            <w:tcW w:w="187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EC58865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Тодішні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правила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оформлення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таблиць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даних</w:t>
            </w:r>
            <w:proofErr w:type="spellEnd"/>
          </w:p>
        </w:tc>
        <w:tc>
          <w:tcPr>
            <w:tcW w:w="289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B0E8F04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Напр.: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відтворено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офіційні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дані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авторське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оформлення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відрізняється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джерело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зазначено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підписі</w:t>
            </w:r>
            <w:proofErr w:type="spellEnd"/>
          </w:p>
        </w:tc>
      </w:tr>
    </w:tbl>
    <w:p w14:paraId="2BC66BAA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09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Перевірте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незалежність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комісії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та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експертів</w:t>
      </w:r>
      <w:proofErr w:type="spellEnd"/>
    </w:p>
    <w:p w14:paraId="761D1539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Упереджений</w:t>
      </w:r>
      <w:proofErr w:type="spellEnd"/>
      <w:r w:rsidRPr="00D23631">
        <w:rPr>
          <w:color w:val="1E2A32"/>
          <w:lang w:val="ru-RU"/>
        </w:rPr>
        <w:t xml:space="preserve"> склад не </w:t>
      </w:r>
      <w:proofErr w:type="spellStart"/>
      <w:r w:rsidRPr="00D23631">
        <w:rPr>
          <w:color w:val="1E2A32"/>
          <w:lang w:val="ru-RU"/>
        </w:rPr>
        <w:t>стає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неупередженим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тому,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названий «</w:t>
      </w:r>
      <w:proofErr w:type="spellStart"/>
      <w:r w:rsidRPr="00D23631">
        <w:rPr>
          <w:color w:val="1E2A32"/>
          <w:lang w:val="ru-RU"/>
        </w:rPr>
        <w:t>академічною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комісією</w:t>
      </w:r>
      <w:proofErr w:type="spellEnd"/>
      <w:r w:rsidRPr="00D23631">
        <w:rPr>
          <w:color w:val="1E2A32"/>
          <w:lang w:val="ru-RU"/>
        </w:rPr>
        <w:t>».</w:t>
      </w:r>
    </w:p>
    <w:p w14:paraId="54C41BF3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Витребуйте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призначення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членів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їхні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повноваження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декларації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конфлікту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інтересів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протоколи</w:t>
      </w:r>
      <w:proofErr w:type="spellEnd"/>
      <w:r w:rsidRPr="00D23631">
        <w:rPr>
          <w:color w:val="1E2A32"/>
          <w:lang w:val="ru-RU"/>
        </w:rPr>
        <w:t>.</w:t>
      </w:r>
    </w:p>
    <w:p w14:paraId="027116DE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Перевірте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попередні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висловлювання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службові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конфлікти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підлеглість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спільні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проєкти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заявником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авторами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>.</w:t>
      </w:r>
    </w:p>
    <w:p w14:paraId="4786F11B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>Заявляйте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мотивований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відвід</w:t>
      </w:r>
      <w:proofErr w:type="spellEnd"/>
      <w:r w:rsidRPr="00D23631">
        <w:rPr>
          <w:color w:val="1E2A32"/>
          <w:lang w:val="ru-RU"/>
        </w:rPr>
        <w:t xml:space="preserve">, а не </w:t>
      </w:r>
      <w:proofErr w:type="spellStart"/>
      <w:r w:rsidRPr="00D23631">
        <w:rPr>
          <w:color w:val="1E2A32"/>
          <w:lang w:val="ru-RU"/>
        </w:rPr>
        <w:t>загальну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недовіру</w:t>
      </w:r>
      <w:proofErr w:type="spellEnd"/>
      <w:r w:rsidRPr="00D23631">
        <w:rPr>
          <w:color w:val="1E2A32"/>
          <w:lang w:val="ru-RU"/>
        </w:rPr>
        <w:t>.</w:t>
      </w:r>
    </w:p>
    <w:p w14:paraId="1EDC63F7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Вимагайте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зовнішніх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експертів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предметної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галузі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окремо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текстології</w:t>
      </w:r>
      <w:proofErr w:type="spellEnd"/>
      <w:r w:rsidRPr="00D23631">
        <w:rPr>
          <w:color w:val="1E2A32"/>
          <w:lang w:val="ru-RU"/>
        </w:rPr>
        <w:t>/</w:t>
      </w:r>
      <w:proofErr w:type="spellStart"/>
      <w:r w:rsidRPr="00D23631">
        <w:rPr>
          <w:color w:val="1E2A32"/>
          <w:lang w:val="ru-RU"/>
        </w:rPr>
        <w:t>академічного</w:t>
      </w:r>
      <w:proofErr w:type="spellEnd"/>
      <w:r w:rsidRPr="00D23631">
        <w:rPr>
          <w:color w:val="1E2A32"/>
          <w:lang w:val="ru-RU"/>
        </w:rPr>
        <w:t xml:space="preserve"> письма.</w:t>
      </w:r>
    </w:p>
    <w:p w14:paraId="07F3CC55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Ставте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експертам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питання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щодо</w:t>
      </w:r>
      <w:proofErr w:type="spellEnd"/>
      <w:r w:rsidRPr="00D23631">
        <w:rPr>
          <w:color w:val="1E2A32"/>
          <w:lang w:val="ru-RU"/>
        </w:rPr>
        <w:t xml:space="preserve"> авторства, </w:t>
      </w:r>
      <w:proofErr w:type="spellStart"/>
      <w:r w:rsidRPr="00D23631">
        <w:rPr>
          <w:color w:val="1E2A32"/>
          <w:lang w:val="ru-RU"/>
        </w:rPr>
        <w:t>хронології</w:t>
      </w:r>
      <w:proofErr w:type="spellEnd"/>
      <w:r w:rsidRPr="00D23631">
        <w:rPr>
          <w:color w:val="1E2A32"/>
          <w:lang w:val="ru-RU"/>
        </w:rPr>
        <w:t xml:space="preserve">, правил </w:t>
      </w:r>
      <w:proofErr w:type="spellStart"/>
      <w:r w:rsidRPr="00D23631">
        <w:rPr>
          <w:color w:val="1E2A32"/>
          <w:lang w:val="ru-RU"/>
        </w:rPr>
        <w:t>цитування</w:t>
      </w:r>
      <w:proofErr w:type="spellEnd"/>
      <w:r w:rsidRPr="00D23631">
        <w:rPr>
          <w:color w:val="1E2A32"/>
          <w:lang w:val="ru-RU"/>
        </w:rPr>
        <w:t xml:space="preserve"> та меж </w:t>
      </w:r>
      <w:proofErr w:type="spellStart"/>
      <w:r w:rsidRPr="00D23631">
        <w:rPr>
          <w:color w:val="1E2A32"/>
          <w:lang w:val="ru-RU"/>
        </w:rPr>
        <w:t>програмної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D8DFC26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2EF284F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28E2BD89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Конфлікт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інтересів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оцінюватися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лише</w:t>
            </w:r>
            <w:proofErr w:type="spellEnd"/>
            <w:r w:rsidRPr="00D23631">
              <w:rPr>
                <w:lang w:val="ru-RU"/>
              </w:rPr>
              <w:t xml:space="preserve"> як доведена особиста </w:t>
            </w:r>
            <w:proofErr w:type="spellStart"/>
            <w:r w:rsidRPr="00D23631">
              <w:rPr>
                <w:lang w:val="ru-RU"/>
              </w:rPr>
              <w:t>заінтересованість</w:t>
            </w:r>
            <w:proofErr w:type="spellEnd"/>
            <w:r w:rsidRPr="00D23631">
              <w:rPr>
                <w:lang w:val="ru-RU"/>
              </w:rPr>
              <w:t xml:space="preserve">, а й як </w:t>
            </w:r>
            <w:proofErr w:type="spellStart"/>
            <w:r w:rsidRPr="00D23631">
              <w:rPr>
                <w:lang w:val="ru-RU"/>
              </w:rPr>
              <w:t>обставина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що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об’єктивно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викликає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обґрунтований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сумнів</w:t>
            </w:r>
            <w:proofErr w:type="spellEnd"/>
            <w:r w:rsidRPr="00D23631">
              <w:rPr>
                <w:lang w:val="ru-RU"/>
              </w:rPr>
              <w:t xml:space="preserve"> у </w:t>
            </w:r>
            <w:proofErr w:type="spellStart"/>
            <w:r w:rsidRPr="00D23631">
              <w:rPr>
                <w:lang w:val="ru-RU"/>
              </w:rPr>
              <w:t>неупередженості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6B0F0D4D" w14:textId="77777777" w:rsidR="005F7F9E" w:rsidRPr="00D23631" w:rsidRDefault="005F7F9E">
      <w:pPr>
        <w:spacing w:after="20"/>
        <w:rPr>
          <w:lang w:val="ru-RU"/>
        </w:rPr>
      </w:pPr>
    </w:p>
    <w:p w14:paraId="3B7E3876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10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Реалізуйте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всі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процесуальні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права —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письмово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й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своєчасно</w:t>
      </w:r>
      <w:proofErr w:type="spellEnd"/>
    </w:p>
    <w:p w14:paraId="7448D983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Мовчання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рідко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сприймається</w:t>
      </w:r>
      <w:proofErr w:type="spellEnd"/>
      <w:r w:rsidRPr="00D23631">
        <w:rPr>
          <w:color w:val="1E2A32"/>
          <w:lang w:val="ru-RU"/>
        </w:rPr>
        <w:t xml:space="preserve"> як </w:t>
      </w:r>
      <w:proofErr w:type="spellStart"/>
      <w:r w:rsidRPr="00D23631">
        <w:rPr>
          <w:color w:val="1E2A32"/>
          <w:lang w:val="ru-RU"/>
        </w:rPr>
        <w:t>стратегія</w:t>
      </w:r>
      <w:proofErr w:type="spellEnd"/>
      <w:r w:rsidRPr="00D23631">
        <w:rPr>
          <w:color w:val="1E2A32"/>
          <w:lang w:val="ru-RU"/>
        </w:rPr>
        <w:t xml:space="preserve">. У </w:t>
      </w:r>
      <w:proofErr w:type="spellStart"/>
      <w:r w:rsidRPr="00D23631">
        <w:rPr>
          <w:color w:val="1E2A32"/>
          <w:lang w:val="ru-RU"/>
        </w:rPr>
        <w:t>протоколі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воно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частіше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виглядає</w:t>
      </w:r>
      <w:proofErr w:type="spellEnd"/>
      <w:r w:rsidRPr="00D23631">
        <w:rPr>
          <w:color w:val="1E2A32"/>
          <w:lang w:val="ru-RU"/>
        </w:rPr>
        <w:t xml:space="preserve"> як </w:t>
      </w:r>
      <w:proofErr w:type="spellStart"/>
      <w:r w:rsidRPr="00D23631">
        <w:rPr>
          <w:color w:val="1E2A32"/>
          <w:lang w:val="ru-RU"/>
        </w:rPr>
        <w:t>відсутність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заперечень</w:t>
      </w:r>
      <w:proofErr w:type="spellEnd"/>
      <w:r w:rsidRPr="00D23631">
        <w:rPr>
          <w:color w:val="1E2A32"/>
          <w:lang w:val="ru-RU"/>
        </w:rPr>
        <w:t>.</w:t>
      </w:r>
    </w:p>
    <w:p w14:paraId="29CD5DD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Ознайомтеся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усіма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матеріалами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включно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технічними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звітами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метаданими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проміжними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висновками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додатковими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поданнями</w:t>
      </w:r>
      <w:proofErr w:type="spellEnd"/>
      <w:r w:rsidRPr="00D23631">
        <w:rPr>
          <w:color w:val="1E2A32"/>
          <w:lang w:val="ru-RU"/>
        </w:rPr>
        <w:t>.</w:t>
      </w:r>
    </w:p>
    <w:p w14:paraId="4695E67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Просіть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розумний</w:t>
      </w:r>
      <w:proofErr w:type="spellEnd"/>
      <w:r w:rsidRPr="00D23631">
        <w:rPr>
          <w:color w:val="1E2A32"/>
          <w:lang w:val="ru-RU"/>
        </w:rPr>
        <w:t xml:space="preserve"> строк для </w:t>
      </w:r>
      <w:proofErr w:type="spellStart"/>
      <w:r w:rsidRPr="00D23631">
        <w:rPr>
          <w:color w:val="1E2A32"/>
          <w:lang w:val="ru-RU"/>
        </w:rPr>
        <w:t>відповіді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нові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матеріали</w:t>
      </w:r>
      <w:proofErr w:type="spellEnd"/>
      <w:r w:rsidRPr="00D23631">
        <w:rPr>
          <w:color w:val="1E2A32"/>
          <w:lang w:val="ru-RU"/>
        </w:rPr>
        <w:t>; не допускайте «</w:t>
      </w:r>
      <w:proofErr w:type="spellStart"/>
      <w:r w:rsidRPr="00D23631">
        <w:rPr>
          <w:color w:val="1E2A32"/>
          <w:lang w:val="ru-RU"/>
        </w:rPr>
        <w:t>доказів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засідання</w:t>
      </w:r>
      <w:proofErr w:type="spellEnd"/>
      <w:r w:rsidRPr="00D23631">
        <w:rPr>
          <w:color w:val="1E2A32"/>
          <w:lang w:val="ru-RU"/>
        </w:rPr>
        <w:t xml:space="preserve">»,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неможливо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перевірити</w:t>
      </w:r>
      <w:proofErr w:type="spellEnd"/>
      <w:r w:rsidRPr="00D23631">
        <w:rPr>
          <w:color w:val="1E2A32"/>
          <w:lang w:val="ru-RU"/>
        </w:rPr>
        <w:t>.</w:t>
      </w:r>
    </w:p>
    <w:p w14:paraId="7FB7F3AB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>Подайте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письмові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попередні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заперечення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щодо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компетенції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строків</w:t>
      </w:r>
      <w:proofErr w:type="spellEnd"/>
      <w:r w:rsidRPr="00D23631">
        <w:rPr>
          <w:color w:val="1E2A32"/>
          <w:lang w:val="ru-RU"/>
        </w:rPr>
        <w:t xml:space="preserve">, права в </w:t>
      </w:r>
      <w:proofErr w:type="spellStart"/>
      <w:r w:rsidRPr="00D23631">
        <w:rPr>
          <w:color w:val="1E2A32"/>
          <w:lang w:val="ru-RU"/>
        </w:rPr>
        <w:t>часі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допустимості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суті</w:t>
      </w:r>
      <w:proofErr w:type="spellEnd"/>
      <w:r w:rsidRPr="00D23631">
        <w:rPr>
          <w:color w:val="1E2A32"/>
          <w:lang w:val="ru-RU"/>
        </w:rPr>
        <w:t>.</w:t>
      </w:r>
    </w:p>
    <w:p w14:paraId="4F0BD20B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Беріть</w:t>
      </w:r>
      <w:proofErr w:type="spellEnd"/>
      <w:r w:rsidRPr="00D23631">
        <w:rPr>
          <w:b/>
          <w:color w:val="1E2A32"/>
          <w:lang w:val="ru-RU"/>
        </w:rPr>
        <w:t xml:space="preserve"> участь</w:t>
      </w:r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дослідженні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ставте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питання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експертам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долучайте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власні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висновки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рецензії</w:t>
      </w:r>
      <w:proofErr w:type="spellEnd"/>
      <w:r w:rsidRPr="00D23631">
        <w:rPr>
          <w:color w:val="1E2A32"/>
          <w:lang w:val="ru-RU"/>
        </w:rPr>
        <w:t>.</w:t>
      </w:r>
    </w:p>
    <w:p w14:paraId="1385D1A1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Вимагайте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відповіді</w:t>
      </w:r>
      <w:proofErr w:type="spellEnd"/>
      <w:r w:rsidRPr="00D23631">
        <w:rPr>
          <w:color w:val="1E2A32"/>
          <w:lang w:val="ru-RU"/>
        </w:rPr>
        <w:t xml:space="preserve"> в </w:t>
      </w:r>
      <w:proofErr w:type="spellStart"/>
      <w:r w:rsidRPr="00D23631">
        <w:rPr>
          <w:color w:val="1E2A32"/>
          <w:lang w:val="ru-RU"/>
        </w:rPr>
        <w:t>рішенні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кожний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істотний</w:t>
      </w:r>
      <w:proofErr w:type="spellEnd"/>
      <w:r w:rsidRPr="00D23631">
        <w:rPr>
          <w:color w:val="1E2A32"/>
          <w:lang w:val="ru-RU"/>
        </w:rPr>
        <w:t xml:space="preserve"> аргумент і </w:t>
      </w:r>
      <w:proofErr w:type="spellStart"/>
      <w:r w:rsidRPr="00D23631">
        <w:rPr>
          <w:color w:val="1E2A32"/>
          <w:lang w:val="ru-RU"/>
        </w:rPr>
        <w:t>кожний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спірний</w:t>
      </w:r>
      <w:proofErr w:type="spellEnd"/>
      <w:r w:rsidRPr="00D23631">
        <w:rPr>
          <w:color w:val="1E2A32"/>
          <w:lang w:val="ru-RU"/>
        </w:rPr>
        <w:t xml:space="preserve"> фрагмент.</w:t>
      </w:r>
    </w:p>
    <w:p w14:paraId="0FC7DAF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Забезпечте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належну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фіксацію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засідання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отримайте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копію</w:t>
      </w:r>
      <w:proofErr w:type="spellEnd"/>
      <w:r w:rsidRPr="00D23631">
        <w:rPr>
          <w:color w:val="1E2A32"/>
          <w:lang w:val="ru-RU"/>
        </w:rPr>
        <w:t xml:space="preserve"> протоколу.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4BDAAEC9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01280888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77DBF1DD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D23631">
              <w:rPr>
                <w:lang w:val="ru-RU"/>
              </w:rPr>
              <w:t xml:space="preserve">Сильна </w:t>
            </w:r>
            <w:proofErr w:type="spellStart"/>
            <w:r w:rsidRPr="00D23631">
              <w:rPr>
                <w:lang w:val="ru-RU"/>
              </w:rPr>
              <w:t>апеляція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будується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після</w:t>
            </w:r>
            <w:proofErr w:type="spellEnd"/>
            <w:r w:rsidRPr="00D23631">
              <w:rPr>
                <w:lang w:val="ru-RU"/>
              </w:rPr>
              <w:t xml:space="preserve"> негативного </w:t>
            </w:r>
            <w:proofErr w:type="spellStart"/>
            <w:r w:rsidRPr="00D23631">
              <w:rPr>
                <w:lang w:val="ru-RU"/>
              </w:rPr>
              <w:t>рішення</w:t>
            </w:r>
            <w:proofErr w:type="spellEnd"/>
            <w:r w:rsidRPr="00D23631">
              <w:rPr>
                <w:lang w:val="ru-RU"/>
              </w:rPr>
              <w:t xml:space="preserve">, а </w:t>
            </w:r>
            <w:proofErr w:type="spellStart"/>
            <w:r w:rsidRPr="00D23631">
              <w:rPr>
                <w:lang w:val="ru-RU"/>
              </w:rPr>
              <w:t>під</w:t>
            </w:r>
            <w:proofErr w:type="spellEnd"/>
            <w:r w:rsidRPr="00D23631">
              <w:rPr>
                <w:lang w:val="ru-RU"/>
              </w:rPr>
              <w:t xml:space="preserve"> час </w:t>
            </w:r>
            <w:proofErr w:type="spellStart"/>
            <w:r w:rsidRPr="00D23631">
              <w:rPr>
                <w:lang w:val="ru-RU"/>
              </w:rPr>
              <w:t>первинного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розгляду</w:t>
            </w:r>
            <w:proofErr w:type="spellEnd"/>
            <w:r w:rsidRPr="00D23631">
              <w:rPr>
                <w:lang w:val="ru-RU"/>
              </w:rPr>
              <w:t xml:space="preserve">: </w:t>
            </w:r>
            <w:proofErr w:type="spellStart"/>
            <w:r w:rsidRPr="00D23631">
              <w:rPr>
                <w:lang w:val="ru-RU"/>
              </w:rPr>
              <w:t>кожне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клопотання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відмова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новий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доказ</w:t>
            </w:r>
            <w:proofErr w:type="spellEnd"/>
            <w:r w:rsidRPr="00D23631">
              <w:rPr>
                <w:lang w:val="ru-RU"/>
              </w:rPr>
              <w:t xml:space="preserve"> і </w:t>
            </w:r>
            <w:proofErr w:type="spellStart"/>
            <w:r w:rsidRPr="00D23631">
              <w:rPr>
                <w:lang w:val="ru-RU"/>
              </w:rPr>
              <w:t>процесуальне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порушення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мають</w:t>
            </w:r>
            <w:proofErr w:type="spellEnd"/>
            <w:r w:rsidRPr="00D23631">
              <w:rPr>
                <w:lang w:val="ru-RU"/>
              </w:rPr>
              <w:t xml:space="preserve"> бути </w:t>
            </w:r>
            <w:proofErr w:type="spellStart"/>
            <w:r w:rsidRPr="00D23631">
              <w:rPr>
                <w:lang w:val="ru-RU"/>
              </w:rPr>
              <w:t>зафіксовані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1F7031DC" w14:textId="77777777" w:rsidR="005F7F9E" w:rsidRPr="00D23631" w:rsidRDefault="005F7F9E">
      <w:pPr>
        <w:spacing w:after="20"/>
        <w:rPr>
          <w:lang w:val="ru-RU"/>
        </w:rPr>
      </w:pPr>
    </w:p>
    <w:p w14:paraId="2E357A6C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lastRenderedPageBreak/>
        <w:t xml:space="preserve">11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Ведіть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паралельну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,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але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стриману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репутаційну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оборону</w:t>
      </w:r>
    </w:p>
    <w:p w14:paraId="54A64F3C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тиша</w:t>
      </w:r>
      <w:proofErr w:type="spellEnd"/>
      <w:r w:rsidRPr="00D23631">
        <w:rPr>
          <w:color w:val="1E2A32"/>
          <w:lang w:val="ru-RU"/>
        </w:rPr>
        <w:t xml:space="preserve"> не повинна </w:t>
      </w:r>
      <w:proofErr w:type="spellStart"/>
      <w:r w:rsidRPr="00D23631">
        <w:rPr>
          <w:color w:val="1E2A32"/>
          <w:lang w:val="ru-RU"/>
        </w:rPr>
        <w:t>перетворюватися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інформаційний</w:t>
      </w:r>
      <w:proofErr w:type="spellEnd"/>
      <w:r w:rsidRPr="00D23631">
        <w:rPr>
          <w:color w:val="1E2A32"/>
          <w:lang w:val="ru-RU"/>
        </w:rPr>
        <w:t xml:space="preserve"> вакуум, </w:t>
      </w:r>
      <w:proofErr w:type="spellStart"/>
      <w:r w:rsidRPr="00D23631">
        <w:rPr>
          <w:color w:val="1E2A32"/>
          <w:lang w:val="ru-RU"/>
        </w:rPr>
        <w:t>який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заповнює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опонент</w:t>
      </w:r>
      <w:proofErr w:type="spellEnd"/>
      <w:r w:rsidRPr="00D23631">
        <w:rPr>
          <w:color w:val="1E2A32"/>
          <w:lang w:val="ru-RU"/>
        </w:rPr>
        <w:t>.</w:t>
      </w:r>
    </w:p>
    <w:p w14:paraId="0B3A8E03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Поширте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коротку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нейтральну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заяву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отримано</w:t>
      </w:r>
      <w:proofErr w:type="spellEnd"/>
      <w:r w:rsidRPr="00D23631">
        <w:rPr>
          <w:color w:val="1E2A32"/>
          <w:lang w:val="ru-RU"/>
        </w:rPr>
        <w:t xml:space="preserve">; факт </w:t>
      </w:r>
      <w:proofErr w:type="spellStart"/>
      <w:r w:rsidRPr="00D23631">
        <w:rPr>
          <w:color w:val="1E2A32"/>
          <w:lang w:val="ru-RU"/>
        </w:rPr>
        <w:t>порушення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встановлено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матеріали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перевіряються</w:t>
      </w:r>
      <w:proofErr w:type="spellEnd"/>
      <w:r w:rsidRPr="00D23631">
        <w:rPr>
          <w:color w:val="1E2A32"/>
          <w:lang w:val="ru-RU"/>
        </w:rPr>
        <w:t xml:space="preserve">; особа </w:t>
      </w:r>
      <w:proofErr w:type="spellStart"/>
      <w:r w:rsidRPr="00D23631">
        <w:rPr>
          <w:color w:val="1E2A32"/>
          <w:lang w:val="ru-RU"/>
        </w:rPr>
        <w:t>користується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всіма</w:t>
      </w:r>
      <w:proofErr w:type="spellEnd"/>
      <w:r w:rsidRPr="00D23631">
        <w:rPr>
          <w:color w:val="1E2A32"/>
          <w:lang w:val="ru-RU"/>
        </w:rPr>
        <w:t xml:space="preserve"> правами та </w:t>
      </w:r>
      <w:proofErr w:type="spellStart"/>
      <w:r w:rsidRPr="00D23631">
        <w:rPr>
          <w:color w:val="1E2A32"/>
          <w:lang w:val="ru-RU"/>
        </w:rPr>
        <w:t>співпрацює</w:t>
      </w:r>
      <w:proofErr w:type="spellEnd"/>
      <w:r w:rsidRPr="00D23631">
        <w:rPr>
          <w:color w:val="1E2A32"/>
          <w:lang w:val="ru-RU"/>
        </w:rPr>
        <w:t xml:space="preserve"> з процедурою.</w:t>
      </w:r>
    </w:p>
    <w:p w14:paraId="6066BB11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 xml:space="preserve">Не </w:t>
      </w:r>
      <w:proofErr w:type="spellStart"/>
      <w:r w:rsidRPr="00D23631">
        <w:rPr>
          <w:b/>
          <w:color w:val="1E2A32"/>
          <w:lang w:val="ru-RU"/>
        </w:rPr>
        <w:t>публікуйте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детальну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фрагментну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дискусію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завершення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доказового</w:t>
      </w:r>
      <w:proofErr w:type="spellEnd"/>
      <w:r w:rsidRPr="00D23631">
        <w:rPr>
          <w:color w:val="1E2A32"/>
          <w:lang w:val="ru-RU"/>
        </w:rPr>
        <w:t xml:space="preserve"> аудиту.</w:t>
      </w:r>
    </w:p>
    <w:p w14:paraId="60235AE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Вимагайте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виправлення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неправдивих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фактичних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тверджень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відрізняйте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їх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оціночних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суджень</w:t>
      </w:r>
      <w:proofErr w:type="spellEnd"/>
      <w:r w:rsidRPr="00D23631">
        <w:rPr>
          <w:color w:val="1E2A32"/>
          <w:lang w:val="ru-RU"/>
        </w:rPr>
        <w:t>.</w:t>
      </w:r>
    </w:p>
    <w:p w14:paraId="476461E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Зберігайте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синхронізованої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кампанії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фінансування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реклами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однакових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текстів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передчасного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витоку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матеріалів</w:t>
      </w:r>
      <w:proofErr w:type="spellEnd"/>
      <w:r w:rsidRPr="00D23631">
        <w:rPr>
          <w:color w:val="1E2A32"/>
          <w:lang w:val="ru-RU"/>
        </w:rPr>
        <w:t>.</w:t>
      </w:r>
    </w:p>
    <w:p w14:paraId="710CEE6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 xml:space="preserve">Не </w:t>
      </w:r>
      <w:proofErr w:type="spellStart"/>
      <w:r w:rsidRPr="00D23631">
        <w:rPr>
          <w:b/>
          <w:color w:val="1E2A32"/>
          <w:lang w:val="ru-RU"/>
        </w:rPr>
        <w:t>переслідуйте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заявника</w:t>
      </w:r>
      <w:proofErr w:type="spellEnd"/>
      <w:r w:rsidRPr="00D23631">
        <w:rPr>
          <w:color w:val="1E2A32"/>
          <w:lang w:val="ru-RU"/>
        </w:rPr>
        <w:t xml:space="preserve"> за сам факт </w:t>
      </w:r>
      <w:proofErr w:type="spellStart"/>
      <w:r w:rsidRPr="00D23631">
        <w:rPr>
          <w:color w:val="1E2A32"/>
          <w:lang w:val="ru-RU"/>
        </w:rPr>
        <w:t>звернення</w:t>
      </w:r>
      <w:proofErr w:type="spellEnd"/>
      <w:r w:rsidRPr="00D23631">
        <w:rPr>
          <w:color w:val="1E2A32"/>
          <w:lang w:val="ru-RU"/>
        </w:rPr>
        <w:t xml:space="preserve"> до компетентного органу. </w:t>
      </w:r>
      <w:proofErr w:type="spellStart"/>
      <w:r w:rsidRPr="00D23631">
        <w:rPr>
          <w:color w:val="1E2A32"/>
          <w:lang w:val="ru-RU"/>
        </w:rPr>
        <w:t>Реагування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можливе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конкретні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неправомірні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дії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підроблення</w:t>
      </w:r>
      <w:proofErr w:type="spellEnd"/>
      <w:r w:rsidRPr="00D23631">
        <w:rPr>
          <w:color w:val="1E2A32"/>
          <w:lang w:val="ru-RU"/>
        </w:rPr>
        <w:t xml:space="preserve">, погрози, </w:t>
      </w:r>
      <w:proofErr w:type="spellStart"/>
      <w:r w:rsidRPr="00D23631">
        <w:rPr>
          <w:color w:val="1E2A32"/>
          <w:lang w:val="ru-RU"/>
        </w:rPr>
        <w:t>свідоме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поширення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неправдивих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фактів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незаконне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використання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тощо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74CA1F2F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1821C4B3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6283C930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Статті</w:t>
            </w:r>
            <w:proofErr w:type="spellEnd"/>
            <w:r w:rsidRPr="00D23631">
              <w:rPr>
                <w:lang w:val="ru-RU"/>
              </w:rPr>
              <w:t xml:space="preserve"> 277, 297 і 299 </w:t>
            </w:r>
            <w:proofErr w:type="spellStart"/>
            <w:r w:rsidRPr="00D23631">
              <w:rPr>
                <w:lang w:val="ru-RU"/>
              </w:rPr>
              <w:t>Цивільного</w:t>
            </w:r>
            <w:proofErr w:type="spellEnd"/>
            <w:r w:rsidRPr="00D23631">
              <w:rPr>
                <w:lang w:val="ru-RU"/>
              </w:rPr>
              <w:t xml:space="preserve"> кодексу </w:t>
            </w:r>
            <w:proofErr w:type="spellStart"/>
            <w:r w:rsidRPr="00D23631">
              <w:rPr>
                <w:lang w:val="ru-RU"/>
              </w:rPr>
              <w:t>України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дають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механізми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відповіді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спростування</w:t>
            </w:r>
            <w:proofErr w:type="spellEnd"/>
            <w:r w:rsidRPr="00D23631">
              <w:rPr>
                <w:lang w:val="ru-RU"/>
              </w:rPr>
              <w:t xml:space="preserve"> та </w:t>
            </w:r>
            <w:proofErr w:type="spellStart"/>
            <w:r w:rsidRPr="00D23631">
              <w:rPr>
                <w:lang w:val="ru-RU"/>
              </w:rPr>
              <w:t>захисту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честі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гідності</w:t>
            </w:r>
            <w:proofErr w:type="spellEnd"/>
            <w:r w:rsidRPr="00D23631">
              <w:rPr>
                <w:lang w:val="ru-RU"/>
              </w:rPr>
              <w:t xml:space="preserve"> й </w:t>
            </w:r>
            <w:proofErr w:type="spellStart"/>
            <w:r w:rsidRPr="00D23631">
              <w:rPr>
                <w:lang w:val="ru-RU"/>
              </w:rPr>
              <w:t>ділової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репутації</w:t>
            </w:r>
            <w:proofErr w:type="spellEnd"/>
            <w:r w:rsidRPr="00D23631">
              <w:rPr>
                <w:lang w:val="ru-RU"/>
              </w:rPr>
              <w:t xml:space="preserve">. Але </w:t>
            </w:r>
            <w:proofErr w:type="spellStart"/>
            <w:r w:rsidRPr="00D23631">
              <w:rPr>
                <w:lang w:val="ru-RU"/>
              </w:rPr>
              <w:t>кожна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публічна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вимога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бути </w:t>
            </w:r>
            <w:proofErr w:type="spellStart"/>
            <w:r w:rsidRPr="00D23631">
              <w:rPr>
                <w:lang w:val="ru-RU"/>
              </w:rPr>
              <w:t>юридично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вивіреною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щоб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захист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перетворився</w:t>
            </w:r>
            <w:proofErr w:type="spellEnd"/>
            <w:r w:rsidRPr="00D23631">
              <w:rPr>
                <w:lang w:val="ru-RU"/>
              </w:rPr>
              <w:t xml:space="preserve"> на </w:t>
            </w:r>
            <w:proofErr w:type="spellStart"/>
            <w:r w:rsidRPr="00D23631">
              <w:rPr>
                <w:lang w:val="ru-RU"/>
              </w:rPr>
              <w:t>зустрічний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репутаційний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ризик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091B4BBC" w14:textId="77777777" w:rsidR="005F7F9E" w:rsidRPr="00D23631" w:rsidRDefault="005F7F9E">
      <w:pPr>
        <w:spacing w:after="20"/>
        <w:rPr>
          <w:lang w:val="ru-RU"/>
        </w:rPr>
      </w:pPr>
    </w:p>
    <w:p w14:paraId="77350FEF" w14:textId="77777777" w:rsidR="005F7F9E" w:rsidRPr="00D23631" w:rsidRDefault="00000000">
      <w:pPr>
        <w:keepNext/>
        <w:pBdr>
          <w:top w:val="single" w:sz="6" w:space="0" w:color="102A43"/>
          <w:left w:val="single" w:sz="6" w:space="0" w:color="102A43"/>
          <w:bottom w:val="single" w:sz="6" w:space="0" w:color="102A43"/>
          <w:right w:val="single" w:sz="6" w:space="0" w:color="102A43"/>
        </w:pBdr>
        <w:shd w:val="clear" w:color="auto" w:fill="102A43"/>
        <w:spacing w:before="90" w:after="90"/>
        <w:ind w:left="180" w:right="180"/>
        <w:rPr>
          <w:lang w:val="ru-RU"/>
        </w:rPr>
      </w:pPr>
      <w:proofErr w:type="gramStart"/>
      <w:r w:rsidRPr="00D23631">
        <w:rPr>
          <w:rFonts w:ascii="Liberation Sans" w:eastAsia="Liberation Sans" w:hAnsi="Liberation Sans"/>
          <w:b/>
          <w:color w:val="C5A25D"/>
          <w:sz w:val="29"/>
          <w:lang w:val="ru-RU"/>
        </w:rPr>
        <w:t xml:space="preserve">12 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Заздалегідь</w:t>
      </w:r>
      <w:proofErr w:type="spellEnd"/>
      <w:proofErr w:type="gram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побудуйте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апеляційну</w:t>
      </w:r>
      <w:proofErr w:type="spellEnd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FFFFFF"/>
          <w:sz w:val="22"/>
          <w:lang w:val="ru-RU"/>
        </w:rPr>
        <w:t>архітектуру</w:t>
      </w:r>
      <w:proofErr w:type="spellEnd"/>
    </w:p>
    <w:p w14:paraId="49B13D35" w14:textId="77777777" w:rsidR="005F7F9E" w:rsidRPr="00D23631" w:rsidRDefault="00000000">
      <w:pPr>
        <w:pStyle w:val="Body"/>
        <w:keepNext/>
        <w:spacing w:after="80"/>
        <w:rPr>
          <w:lang w:val="ru-RU"/>
        </w:rPr>
      </w:pPr>
      <w:r w:rsidRPr="00D23631">
        <w:rPr>
          <w:color w:val="1E2A32"/>
          <w:lang w:val="ru-RU"/>
        </w:rPr>
        <w:t xml:space="preserve">Не </w:t>
      </w:r>
      <w:proofErr w:type="spellStart"/>
      <w:r w:rsidRPr="00D23631">
        <w:rPr>
          <w:color w:val="1E2A32"/>
          <w:lang w:val="ru-RU"/>
        </w:rPr>
        <w:t>чекайте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фінального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щоб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уперше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запитати</w:t>
      </w:r>
      <w:proofErr w:type="spellEnd"/>
      <w:r w:rsidRPr="00D23631">
        <w:rPr>
          <w:color w:val="1E2A32"/>
          <w:lang w:val="ru-RU"/>
        </w:rPr>
        <w:t xml:space="preserve">: «Куди і в </w:t>
      </w:r>
      <w:proofErr w:type="spellStart"/>
      <w:r w:rsidRPr="00D23631">
        <w:rPr>
          <w:color w:val="1E2A32"/>
          <w:lang w:val="ru-RU"/>
        </w:rPr>
        <w:t>який</w:t>
      </w:r>
      <w:proofErr w:type="spellEnd"/>
      <w:r w:rsidRPr="00D23631">
        <w:rPr>
          <w:color w:val="1E2A32"/>
          <w:lang w:val="ru-RU"/>
        </w:rPr>
        <w:t xml:space="preserve"> строк </w:t>
      </w:r>
      <w:proofErr w:type="spellStart"/>
      <w:r w:rsidRPr="00D23631">
        <w:rPr>
          <w:color w:val="1E2A32"/>
          <w:lang w:val="ru-RU"/>
        </w:rPr>
        <w:t>оскаржувати</w:t>
      </w:r>
      <w:proofErr w:type="spellEnd"/>
      <w:r w:rsidRPr="00D23631">
        <w:rPr>
          <w:color w:val="1E2A32"/>
          <w:lang w:val="ru-RU"/>
        </w:rPr>
        <w:t>?»</w:t>
      </w:r>
    </w:p>
    <w:p w14:paraId="2F85FDF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gramStart"/>
      <w:r w:rsidRPr="00D23631">
        <w:rPr>
          <w:b/>
          <w:color w:val="1E2A32"/>
          <w:lang w:val="ru-RU"/>
        </w:rPr>
        <w:t>У справах</w:t>
      </w:r>
      <w:proofErr w:type="gram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позбавлення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наукового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ступеня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апеляцію</w:t>
      </w:r>
      <w:proofErr w:type="spellEnd"/>
      <w:r w:rsidRPr="00D23631">
        <w:rPr>
          <w:color w:val="1E2A32"/>
          <w:lang w:val="ru-RU"/>
        </w:rPr>
        <w:t xml:space="preserve"> до НАЗЯВО: закон </w:t>
      </w:r>
      <w:proofErr w:type="spellStart"/>
      <w:r w:rsidRPr="00D23631">
        <w:rPr>
          <w:color w:val="1E2A32"/>
          <w:lang w:val="ru-RU"/>
        </w:rPr>
        <w:t>встановлює</w:t>
      </w:r>
      <w:proofErr w:type="spellEnd"/>
      <w:r w:rsidRPr="00D23631">
        <w:rPr>
          <w:color w:val="1E2A32"/>
          <w:lang w:val="ru-RU"/>
        </w:rPr>
        <w:t xml:space="preserve"> 30 </w:t>
      </w:r>
      <w:proofErr w:type="spellStart"/>
      <w:r w:rsidRPr="00D23631">
        <w:rPr>
          <w:color w:val="1E2A32"/>
          <w:lang w:val="ru-RU"/>
        </w:rPr>
        <w:t>календарних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днів</w:t>
      </w:r>
      <w:proofErr w:type="spellEnd"/>
      <w:r w:rsidRPr="00D23631">
        <w:rPr>
          <w:color w:val="1E2A32"/>
          <w:lang w:val="ru-RU"/>
        </w:rPr>
        <w:t xml:space="preserve"> для </w:t>
      </w:r>
      <w:proofErr w:type="spellStart"/>
      <w:r w:rsidRPr="00D23631">
        <w:rPr>
          <w:color w:val="1E2A32"/>
          <w:lang w:val="ru-RU"/>
        </w:rPr>
        <w:t>оскарження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позбавлення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відмови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позбавленні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бездіяльності</w:t>
      </w:r>
      <w:proofErr w:type="spellEnd"/>
      <w:r w:rsidRPr="00D23631">
        <w:rPr>
          <w:color w:val="1E2A32"/>
          <w:lang w:val="ru-RU"/>
        </w:rPr>
        <w:t>.</w:t>
      </w:r>
    </w:p>
    <w:p w14:paraId="426D7D52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Визначте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створюють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самостійні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наслідки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бути предметом </w:t>
      </w:r>
      <w:proofErr w:type="spellStart"/>
      <w:r w:rsidRPr="00D23631">
        <w:rPr>
          <w:color w:val="1E2A32"/>
          <w:lang w:val="ru-RU"/>
        </w:rPr>
        <w:t>адміністративного</w:t>
      </w:r>
      <w:proofErr w:type="spellEnd"/>
      <w:r w:rsidRPr="00D23631">
        <w:rPr>
          <w:color w:val="1E2A32"/>
          <w:lang w:val="ru-RU"/>
        </w:rPr>
        <w:t xml:space="preserve"> позову, а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проміжними</w:t>
      </w:r>
      <w:proofErr w:type="spellEnd"/>
      <w:r w:rsidRPr="00D23631">
        <w:rPr>
          <w:color w:val="1E2A32"/>
          <w:lang w:val="ru-RU"/>
        </w:rPr>
        <w:t>.</w:t>
      </w:r>
    </w:p>
    <w:p w14:paraId="7D6D854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b/>
          <w:color w:val="1E2A32"/>
          <w:lang w:val="ru-RU"/>
        </w:rPr>
        <w:t>За потреби</w:t>
      </w:r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забезпечення</w:t>
      </w:r>
      <w:proofErr w:type="spellEnd"/>
      <w:r w:rsidRPr="00D23631">
        <w:rPr>
          <w:color w:val="1E2A32"/>
          <w:lang w:val="ru-RU"/>
        </w:rPr>
        <w:t xml:space="preserve"> позову — </w:t>
      </w:r>
      <w:proofErr w:type="spellStart"/>
      <w:r w:rsidRPr="00D23631">
        <w:rPr>
          <w:color w:val="1E2A32"/>
          <w:lang w:val="ru-RU"/>
        </w:rPr>
        <w:t>зупинення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виконання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інших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незворотних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законні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підстави</w:t>
      </w:r>
      <w:proofErr w:type="spellEnd"/>
      <w:r w:rsidRPr="00D23631">
        <w:rPr>
          <w:color w:val="1E2A32"/>
          <w:lang w:val="ru-RU"/>
        </w:rPr>
        <w:t>.</w:t>
      </w:r>
    </w:p>
    <w:p w14:paraId="6D9F1AD5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Після</w:t>
      </w:r>
      <w:proofErr w:type="spellEnd"/>
      <w:r w:rsidRPr="00D23631">
        <w:rPr>
          <w:b/>
          <w:color w:val="1E2A32"/>
          <w:lang w:val="ru-RU"/>
        </w:rPr>
        <w:t xml:space="preserve"> остаточного</w:t>
      </w:r>
      <w:r w:rsidRPr="00D23631">
        <w:rPr>
          <w:color w:val="1E2A32"/>
          <w:lang w:val="ru-RU"/>
        </w:rPr>
        <w:t xml:space="preserve"> судового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проаналізуйте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можливість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конституційної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саме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застосована</w:t>
      </w:r>
      <w:proofErr w:type="spellEnd"/>
      <w:r w:rsidRPr="00D23631">
        <w:rPr>
          <w:color w:val="1E2A32"/>
          <w:lang w:val="ru-RU"/>
        </w:rPr>
        <w:t xml:space="preserve"> норма закону, на вашу думку, </w:t>
      </w:r>
      <w:proofErr w:type="spellStart"/>
      <w:r w:rsidRPr="00D23631">
        <w:rPr>
          <w:color w:val="1E2A32"/>
          <w:lang w:val="ru-RU"/>
        </w:rPr>
        <w:t>порушує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Конституцію</w:t>
      </w:r>
      <w:proofErr w:type="spellEnd"/>
      <w:r w:rsidRPr="00D23631">
        <w:rPr>
          <w:color w:val="1E2A32"/>
          <w:lang w:val="ru-RU"/>
        </w:rPr>
        <w:t>.</w:t>
      </w:r>
    </w:p>
    <w:p w14:paraId="0BD54B01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b/>
          <w:color w:val="1E2A32"/>
          <w:lang w:val="ru-RU"/>
        </w:rPr>
        <w:t>Після</w:t>
      </w:r>
      <w:proofErr w:type="spellEnd"/>
      <w:r w:rsidRPr="00D23631">
        <w:rPr>
          <w:b/>
          <w:color w:val="1E2A32"/>
          <w:lang w:val="ru-RU"/>
        </w:rPr>
        <w:t xml:space="preserve"> </w:t>
      </w:r>
      <w:proofErr w:type="spellStart"/>
      <w:r w:rsidRPr="00D23631">
        <w:rPr>
          <w:b/>
          <w:color w:val="1E2A32"/>
          <w:lang w:val="ru-RU"/>
        </w:rPr>
        <w:t>вичерпання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національних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засобів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оцініть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конвенційний</w:t>
      </w:r>
      <w:proofErr w:type="spellEnd"/>
      <w:r w:rsidRPr="00D23631">
        <w:rPr>
          <w:color w:val="1E2A32"/>
          <w:lang w:val="ru-RU"/>
        </w:rPr>
        <w:t xml:space="preserve"> трек: </w:t>
      </w:r>
      <w:proofErr w:type="spellStart"/>
      <w:r w:rsidRPr="00D23631">
        <w:rPr>
          <w:color w:val="1E2A32"/>
          <w:lang w:val="ru-RU"/>
        </w:rPr>
        <w:t>справедливий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розгляд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визначеність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професійна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репутація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ефективний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засіб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C9C2F1E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10AB0EF4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ПРАВОВИЙ АКЦЕНТ</w:t>
            </w:r>
          </w:p>
          <w:p w14:paraId="0D6952DA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Апеляція</w:t>
            </w:r>
            <w:proofErr w:type="spellEnd"/>
            <w:r w:rsidRPr="00D23631">
              <w:rPr>
                <w:lang w:val="ru-RU"/>
              </w:rPr>
              <w:t xml:space="preserve"> не повинна </w:t>
            </w:r>
            <w:proofErr w:type="spellStart"/>
            <w:r w:rsidRPr="00D23631">
              <w:rPr>
                <w:lang w:val="ru-RU"/>
              </w:rPr>
              <w:t>повторювати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первинні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пояснення</w:t>
            </w:r>
            <w:proofErr w:type="spellEnd"/>
            <w:r w:rsidRPr="00D23631">
              <w:rPr>
                <w:lang w:val="ru-RU"/>
              </w:rPr>
              <w:t xml:space="preserve">. Вона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показувати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помилку</w:t>
            </w:r>
            <w:proofErr w:type="spellEnd"/>
            <w:r w:rsidRPr="00D23631">
              <w:rPr>
                <w:lang w:val="ru-RU"/>
              </w:rPr>
              <w:t xml:space="preserve"> права, дефект </w:t>
            </w:r>
            <w:proofErr w:type="spellStart"/>
            <w:r w:rsidRPr="00D23631">
              <w:rPr>
                <w:lang w:val="ru-RU"/>
              </w:rPr>
              <w:t>доказу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порушення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процедури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конфлікт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інтересів</w:t>
            </w:r>
            <w:proofErr w:type="spellEnd"/>
            <w:r w:rsidRPr="00D23631">
              <w:rPr>
                <w:lang w:val="ru-RU"/>
              </w:rPr>
              <w:t xml:space="preserve">, </w:t>
            </w:r>
            <w:proofErr w:type="spellStart"/>
            <w:r w:rsidRPr="00D23631">
              <w:rPr>
                <w:lang w:val="ru-RU"/>
              </w:rPr>
              <w:t>непропорційність</w:t>
            </w:r>
            <w:proofErr w:type="spellEnd"/>
            <w:r w:rsidRPr="00D23631">
              <w:rPr>
                <w:lang w:val="ru-RU"/>
              </w:rPr>
              <w:t xml:space="preserve"> і </w:t>
            </w:r>
            <w:proofErr w:type="spellStart"/>
            <w:r w:rsidRPr="00D23631">
              <w:rPr>
                <w:lang w:val="ru-RU"/>
              </w:rPr>
              <w:t>відсутність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відповіді</w:t>
            </w:r>
            <w:proofErr w:type="spellEnd"/>
            <w:r w:rsidRPr="00D23631">
              <w:rPr>
                <w:lang w:val="ru-RU"/>
              </w:rPr>
              <w:t xml:space="preserve"> на </w:t>
            </w:r>
            <w:proofErr w:type="spellStart"/>
            <w:r w:rsidRPr="00D23631">
              <w:rPr>
                <w:lang w:val="ru-RU"/>
              </w:rPr>
              <w:t>істотні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аргументи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2EC85509" w14:textId="77777777" w:rsidR="005F7F9E" w:rsidRPr="00D23631" w:rsidRDefault="005F7F9E">
      <w:pPr>
        <w:spacing w:after="20"/>
        <w:rPr>
          <w:lang w:val="ru-RU"/>
        </w:rPr>
      </w:pPr>
    </w:p>
    <w:p w14:paraId="56730A84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5.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Дві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постанови Верховного Суду,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які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не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можна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читати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поза контекстом</w:t>
      </w:r>
    </w:p>
    <w:p w14:paraId="16675866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У </w:t>
      </w:r>
      <w:proofErr w:type="spellStart"/>
      <w:r w:rsidRPr="00D23631">
        <w:rPr>
          <w:color w:val="1E2A32"/>
          <w:lang w:val="ru-RU"/>
        </w:rPr>
        <w:t>червні</w:t>
      </w:r>
      <w:proofErr w:type="spellEnd"/>
      <w:r w:rsidRPr="00D23631">
        <w:rPr>
          <w:color w:val="1E2A32"/>
          <w:lang w:val="ru-RU"/>
        </w:rPr>
        <w:t xml:space="preserve"> 2025 року </w:t>
      </w:r>
      <w:proofErr w:type="spellStart"/>
      <w:r w:rsidRPr="00D23631">
        <w:rPr>
          <w:color w:val="1E2A32"/>
          <w:lang w:val="ru-RU"/>
        </w:rPr>
        <w:t>Касаційний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адміністративний</w:t>
      </w:r>
      <w:proofErr w:type="spellEnd"/>
      <w:r w:rsidRPr="00D23631">
        <w:rPr>
          <w:color w:val="1E2A32"/>
          <w:lang w:val="ru-RU"/>
        </w:rPr>
        <w:t xml:space="preserve"> суд у </w:t>
      </w:r>
      <w:proofErr w:type="spellStart"/>
      <w:r w:rsidRPr="00D23631">
        <w:rPr>
          <w:color w:val="1E2A32"/>
          <w:lang w:val="ru-RU"/>
        </w:rPr>
        <w:t>складі</w:t>
      </w:r>
      <w:proofErr w:type="spellEnd"/>
      <w:r w:rsidRPr="00D23631">
        <w:rPr>
          <w:color w:val="1E2A32"/>
          <w:lang w:val="ru-RU"/>
        </w:rPr>
        <w:t xml:space="preserve"> Верховного Суду </w:t>
      </w:r>
      <w:proofErr w:type="spellStart"/>
      <w:r w:rsidRPr="00D23631">
        <w:rPr>
          <w:color w:val="1E2A32"/>
          <w:lang w:val="ru-RU"/>
        </w:rPr>
        <w:t>сформулював</w:t>
      </w:r>
      <w:proofErr w:type="spellEnd"/>
      <w:r w:rsidRPr="00D23631">
        <w:rPr>
          <w:color w:val="1E2A32"/>
          <w:lang w:val="ru-RU"/>
        </w:rPr>
        <w:t xml:space="preserve"> два </w:t>
      </w:r>
      <w:proofErr w:type="spellStart"/>
      <w:r w:rsidRPr="00D23631">
        <w:rPr>
          <w:color w:val="1E2A32"/>
          <w:lang w:val="ru-RU"/>
        </w:rPr>
        <w:t>різні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підходи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старих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дисертацій</w:t>
      </w:r>
      <w:proofErr w:type="spellEnd"/>
      <w:r w:rsidRPr="00D23631">
        <w:rPr>
          <w:color w:val="1E2A32"/>
          <w:lang w:val="ru-RU"/>
        </w:rPr>
        <w:t xml:space="preserve">. Для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недостатньо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процитувати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зручну</w:t>
      </w:r>
      <w:proofErr w:type="spellEnd"/>
      <w:r w:rsidRPr="00D23631">
        <w:rPr>
          <w:color w:val="1E2A32"/>
          <w:lang w:val="ru-RU"/>
        </w:rPr>
        <w:t xml:space="preserve"> тезу. Треба </w:t>
      </w:r>
      <w:proofErr w:type="spellStart"/>
      <w:r w:rsidRPr="00D23631">
        <w:rPr>
          <w:color w:val="1E2A32"/>
          <w:lang w:val="ru-RU"/>
        </w:rPr>
        <w:t>встановити</w:t>
      </w:r>
      <w:proofErr w:type="spellEnd"/>
      <w:r w:rsidRPr="00D23631">
        <w:rPr>
          <w:color w:val="1E2A32"/>
          <w:lang w:val="ru-RU"/>
        </w:rPr>
        <w:t xml:space="preserve">, до </w:t>
      </w:r>
      <w:proofErr w:type="spellStart"/>
      <w:r w:rsidRPr="00D23631">
        <w:rPr>
          <w:color w:val="1E2A32"/>
          <w:lang w:val="ru-RU"/>
        </w:rPr>
        <w:t>якого</w:t>
      </w:r>
      <w:proofErr w:type="spellEnd"/>
      <w:r w:rsidRPr="00D23631">
        <w:rPr>
          <w:color w:val="1E2A32"/>
          <w:lang w:val="ru-RU"/>
        </w:rPr>
        <w:t xml:space="preserve"> фактичного й нормативного режиму </w:t>
      </w:r>
      <w:proofErr w:type="spellStart"/>
      <w:r w:rsidRPr="00D23631">
        <w:rPr>
          <w:color w:val="1E2A32"/>
          <w:lang w:val="ru-RU"/>
        </w:rPr>
        <w:t>належить</w:t>
      </w:r>
      <w:proofErr w:type="spellEnd"/>
      <w:r w:rsidRPr="00D23631">
        <w:rPr>
          <w:color w:val="1E2A32"/>
          <w:lang w:val="ru-RU"/>
        </w:rPr>
        <w:t xml:space="preserve"> конкретна справа.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05"/>
        <w:gridCol w:w="3798"/>
        <w:gridCol w:w="3798"/>
        <w:gridCol w:w="281"/>
      </w:tblGrid>
      <w:tr w:rsidR="005F7F9E" w14:paraId="7C90AEE6" w14:textId="77777777">
        <w:trPr>
          <w:gridAfter w:val="1"/>
          <w:wAfter w:w="281" w:type="dxa"/>
          <w:tblHeader/>
          <w:jc w:val="center"/>
        </w:trPr>
        <w:tc>
          <w:tcPr>
            <w:tcW w:w="3305" w:type="dxa"/>
            <w:shd w:val="clear" w:color="auto" w:fill="102A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710DB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Критерій</w:t>
            </w:r>
            <w:proofErr w:type="spellEnd"/>
          </w:p>
        </w:tc>
        <w:tc>
          <w:tcPr>
            <w:tcW w:w="3305" w:type="dxa"/>
            <w:shd w:val="clear" w:color="auto" w:fill="102A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E6632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Справа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 № 440/4500/24</w:t>
            </w: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br/>
              <w:t>25.06.2025</w:t>
            </w:r>
          </w:p>
        </w:tc>
        <w:tc>
          <w:tcPr>
            <w:tcW w:w="3305" w:type="dxa"/>
            <w:shd w:val="clear" w:color="auto" w:fill="102A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4E53" w14:textId="77777777" w:rsidR="005F7F9E" w:rsidRDefault="00000000">
            <w:pPr>
              <w:spacing w:after="0"/>
              <w:jc w:val="center"/>
            </w:pP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Справа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 № 560/8264/24</w:t>
            </w: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br/>
              <w:t>03.06.2025</w:t>
            </w:r>
          </w:p>
        </w:tc>
      </w:tr>
      <w:tr w:rsidR="005F7F9E" w:rsidRPr="00D23631" w14:paraId="66D3F362" w14:textId="77777777">
        <w:trPr>
          <w:gridAfter w:val="1"/>
          <w:wAfter w:w="281" w:type="dxa"/>
          <w:cantSplit/>
          <w:jc w:val="center"/>
        </w:trPr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2AB35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lastRenderedPageBreak/>
              <w:t>Факти</w:t>
            </w:r>
            <w:proofErr w:type="spellEnd"/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BF019E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Дисертація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захищена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у 2002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році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.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Застосовувався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старий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атестаційний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режим,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зокрема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Порядок № 644.</w:t>
            </w:r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AE03C9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Захист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відбувся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25.06.2014,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але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остаточне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рішення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Атестаційної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колегії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— 23.09.2014, уже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після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набрання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чинності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Законом «Про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вищу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освіту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» 2014 року.</w:t>
            </w:r>
          </w:p>
        </w:tc>
      </w:tr>
      <w:tr w:rsidR="005F7F9E" w:rsidRPr="00D23631" w14:paraId="1899F4F6" w14:textId="77777777">
        <w:trPr>
          <w:gridAfter w:val="1"/>
          <w:wAfter w:w="281" w:type="dxa"/>
          <w:cantSplit/>
          <w:jc w:val="center"/>
        </w:trPr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CEDBC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Головний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висновок</w:t>
            </w:r>
            <w:proofErr w:type="spellEnd"/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A93E29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Суд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наголосив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статтях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19 і 58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Конституції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відсутності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законодавчого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поняття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й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санкції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до 2014 року та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десятирічній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межі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пункту 46 Порядку № 644.</w:t>
            </w:r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25DED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Суд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розглянув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академічну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доброчесність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як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триваючі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правовідносини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та допустив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перевірку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незалежно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дати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за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умови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належної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процедури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.</w:t>
            </w:r>
          </w:p>
        </w:tc>
      </w:tr>
      <w:tr w:rsidR="005F7F9E" w:rsidRPr="00D23631" w14:paraId="0B3881F4" w14:textId="77777777">
        <w:trPr>
          <w:gridAfter w:val="1"/>
          <w:wAfter w:w="281" w:type="dxa"/>
          <w:cantSplit/>
          <w:jc w:val="center"/>
        </w:trPr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574D1F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Що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це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означає</w:t>
            </w:r>
            <w:proofErr w:type="spellEnd"/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36813E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sz w:val="16"/>
              </w:rPr>
              <w:t>Для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робіт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2002–2004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років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рішення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є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сильним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аргументом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проти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ретроактивної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санкції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та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відновлення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вже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спливлої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межі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6"/>
              </w:rPr>
              <w:t>перегляду</w:t>
            </w:r>
            <w:proofErr w:type="spellEnd"/>
            <w:r>
              <w:rPr>
                <w:rFonts w:ascii="Liberation Sans" w:eastAsia="Liberation Sans" w:hAnsi="Liberation Sans"/>
                <w:sz w:val="16"/>
              </w:rPr>
              <w:t>.</w:t>
            </w:r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08FF58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Рішення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можна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автоматично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переносити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gram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на роботу</w:t>
            </w:r>
            <w:proofErr w:type="gram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2004 року,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бо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юридично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значуще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остаточне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присудження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цій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справі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відбулося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в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іншому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— уже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законодавчо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оновленому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—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режимі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.</w:t>
            </w:r>
          </w:p>
        </w:tc>
      </w:tr>
      <w:tr w:rsidR="005F7F9E" w:rsidRPr="00D23631" w14:paraId="61C800CF" w14:textId="77777777">
        <w:trPr>
          <w:gridAfter w:val="1"/>
          <w:wAfter w:w="281" w:type="dxa"/>
          <w:cantSplit/>
          <w:jc w:val="center"/>
        </w:trPr>
        <w:tc>
          <w:tcPr>
            <w:tcW w:w="192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DE1CDA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Після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>Закону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6"/>
              </w:rPr>
              <w:t xml:space="preserve"> № 4742-IX</w:t>
            </w:r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058BF0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Сам факт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старої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дати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вже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завжди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блокує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дослідження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тексту,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адже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перехідні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положення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прямо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передбачили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перевірку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старих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робіт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. Але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старі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вимоги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, стара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законодавча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санкція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правова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визначеність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залишаються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ключовими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.</w:t>
            </w:r>
          </w:p>
        </w:tc>
        <w:tc>
          <w:tcPr>
            <w:tcW w:w="379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63BFC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Теза про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можливість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перевірки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підтримує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ширший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підхід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але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скасовує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імперативу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: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оцінювати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за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вимогами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на дату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і не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застосовувати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нову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міру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>відповідальності</w:t>
            </w:r>
            <w:proofErr w:type="spellEnd"/>
            <w:r w:rsidRPr="00D23631">
              <w:rPr>
                <w:rFonts w:ascii="Liberation Sans" w:eastAsia="Liberation Sans" w:hAnsi="Liberation Sans"/>
                <w:sz w:val="16"/>
                <w:lang w:val="ru-RU"/>
              </w:rPr>
              <w:t xml:space="preserve"> ретроспективно.</w:t>
            </w:r>
          </w:p>
        </w:tc>
      </w:tr>
      <w:tr w:rsidR="005F7F9E" w:rsidRPr="00D23631" w14:paraId="24CEDA25" w14:textId="77777777">
        <w:trPr>
          <w:cantSplit/>
          <w:jc w:val="center"/>
        </w:trPr>
        <w:tc>
          <w:tcPr>
            <w:tcW w:w="9915" w:type="dxa"/>
            <w:gridSpan w:val="4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50D3E79E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ПРАКТИЧНИЙ ВИСНОВОК</w:t>
            </w:r>
          </w:p>
          <w:p w14:paraId="6C697588" w14:textId="41DC4397" w:rsidR="005F7F9E" w:rsidRPr="00373FF8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373FF8">
              <w:rPr>
                <w:lang w:val="ru-RU"/>
              </w:rPr>
              <w:t xml:space="preserve">Для </w:t>
            </w:r>
            <w:proofErr w:type="spellStart"/>
            <w:r w:rsidRPr="00373FF8">
              <w:rPr>
                <w:lang w:val="ru-RU"/>
              </w:rPr>
              <w:t>дисертації</w:t>
            </w:r>
            <w:proofErr w:type="spellEnd"/>
            <w:r w:rsidR="00373FF8">
              <w:rPr>
                <w:lang w:val="uk-UA"/>
              </w:rPr>
              <w:t>, наприклад,</w:t>
            </w:r>
            <w:r w:rsidRPr="00373FF8">
              <w:rPr>
                <w:lang w:val="ru-RU"/>
              </w:rPr>
              <w:t xml:space="preserve"> 2004 року справа № 440/4500/24 є </w:t>
            </w:r>
            <w:proofErr w:type="spellStart"/>
            <w:r w:rsidRPr="00373FF8">
              <w:rPr>
                <w:lang w:val="ru-RU"/>
              </w:rPr>
              <w:t>ближчою</w:t>
            </w:r>
            <w:proofErr w:type="spellEnd"/>
            <w:r w:rsidRPr="00373FF8">
              <w:rPr>
                <w:lang w:val="ru-RU"/>
              </w:rPr>
              <w:t xml:space="preserve"> за часом і </w:t>
            </w:r>
            <w:proofErr w:type="spellStart"/>
            <w:r w:rsidRPr="00373FF8">
              <w:rPr>
                <w:lang w:val="ru-RU"/>
              </w:rPr>
              <w:t>нормативним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середовищем</w:t>
            </w:r>
            <w:proofErr w:type="spellEnd"/>
            <w:r w:rsidRPr="00373FF8">
              <w:rPr>
                <w:lang w:val="ru-RU"/>
              </w:rPr>
              <w:t xml:space="preserve">. Справа № 560/8264/24 не </w:t>
            </w:r>
            <w:proofErr w:type="spellStart"/>
            <w:r w:rsidRPr="00373FF8">
              <w:rPr>
                <w:lang w:val="ru-RU"/>
              </w:rPr>
              <w:t>може</w:t>
            </w:r>
            <w:proofErr w:type="spellEnd"/>
            <w:r w:rsidRPr="00373FF8">
              <w:rPr>
                <w:lang w:val="ru-RU"/>
              </w:rPr>
              <w:t xml:space="preserve"> бути </w:t>
            </w:r>
            <w:proofErr w:type="spellStart"/>
            <w:r w:rsidRPr="00373FF8">
              <w:rPr>
                <w:lang w:val="ru-RU"/>
              </w:rPr>
              <w:t>проігнорована</w:t>
            </w:r>
            <w:proofErr w:type="spellEnd"/>
            <w:r w:rsidRPr="00373FF8">
              <w:rPr>
                <w:lang w:val="ru-RU"/>
              </w:rPr>
              <w:t xml:space="preserve">, </w:t>
            </w:r>
            <w:proofErr w:type="spellStart"/>
            <w:r w:rsidRPr="00373FF8">
              <w:rPr>
                <w:lang w:val="ru-RU"/>
              </w:rPr>
              <w:t>але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потребує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відмежування</w:t>
            </w:r>
            <w:proofErr w:type="spellEnd"/>
            <w:r w:rsidRPr="00373FF8">
              <w:rPr>
                <w:lang w:val="ru-RU"/>
              </w:rPr>
              <w:t xml:space="preserve">: у </w:t>
            </w:r>
            <w:proofErr w:type="spellStart"/>
            <w:r w:rsidRPr="00373FF8">
              <w:rPr>
                <w:lang w:val="ru-RU"/>
              </w:rPr>
              <w:t>ній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остаточне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атестаційне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рішення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було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ухвалене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після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набрання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чинності</w:t>
            </w:r>
            <w:proofErr w:type="spellEnd"/>
            <w:r w:rsidRPr="00373FF8">
              <w:rPr>
                <w:lang w:val="ru-RU"/>
              </w:rPr>
              <w:t xml:space="preserve"> Законом 2014 року. </w:t>
            </w:r>
            <w:proofErr w:type="spellStart"/>
            <w:r w:rsidRPr="00373FF8">
              <w:rPr>
                <w:lang w:val="ru-RU"/>
              </w:rPr>
              <w:t>Комісія</w:t>
            </w:r>
            <w:proofErr w:type="spellEnd"/>
            <w:r w:rsidRPr="00373FF8">
              <w:rPr>
                <w:lang w:val="ru-RU"/>
              </w:rPr>
              <w:t xml:space="preserve"> повинна прямо </w:t>
            </w:r>
            <w:proofErr w:type="spellStart"/>
            <w:r w:rsidRPr="00373FF8">
              <w:rPr>
                <w:lang w:val="ru-RU"/>
              </w:rPr>
              <w:t>пояснити</w:t>
            </w:r>
            <w:proofErr w:type="spellEnd"/>
            <w:r w:rsidRPr="00373FF8">
              <w:rPr>
                <w:lang w:val="ru-RU"/>
              </w:rPr>
              <w:t xml:space="preserve">, </w:t>
            </w:r>
            <w:proofErr w:type="spellStart"/>
            <w:r w:rsidRPr="00373FF8">
              <w:rPr>
                <w:lang w:val="ru-RU"/>
              </w:rPr>
              <w:t>чому</w:t>
            </w:r>
            <w:proofErr w:type="spellEnd"/>
            <w:r w:rsidRPr="00373FF8">
              <w:rPr>
                <w:lang w:val="ru-RU"/>
              </w:rPr>
              <w:t xml:space="preserve"> вона </w:t>
            </w:r>
            <w:proofErr w:type="spellStart"/>
            <w:r w:rsidRPr="00373FF8">
              <w:rPr>
                <w:lang w:val="ru-RU"/>
              </w:rPr>
              <w:t>застосовує</w:t>
            </w:r>
            <w:proofErr w:type="spellEnd"/>
            <w:r w:rsidRPr="00373FF8">
              <w:rPr>
                <w:lang w:val="ru-RU"/>
              </w:rPr>
              <w:t xml:space="preserve"> один </w:t>
            </w:r>
            <w:proofErr w:type="spellStart"/>
            <w:r w:rsidRPr="00373FF8">
              <w:rPr>
                <w:lang w:val="ru-RU"/>
              </w:rPr>
              <w:t>підхід</w:t>
            </w:r>
            <w:proofErr w:type="spellEnd"/>
            <w:r w:rsidRPr="00373FF8">
              <w:rPr>
                <w:lang w:val="ru-RU"/>
              </w:rPr>
              <w:t xml:space="preserve"> і </w:t>
            </w:r>
            <w:proofErr w:type="spellStart"/>
            <w:r w:rsidRPr="00373FF8">
              <w:rPr>
                <w:lang w:val="ru-RU"/>
              </w:rPr>
              <w:t>чому</w:t>
            </w:r>
            <w:proofErr w:type="spellEnd"/>
            <w:r w:rsidRPr="00373FF8">
              <w:rPr>
                <w:lang w:val="ru-RU"/>
              </w:rPr>
              <w:t xml:space="preserve"> </w:t>
            </w:r>
            <w:proofErr w:type="spellStart"/>
            <w:r w:rsidRPr="00373FF8">
              <w:rPr>
                <w:lang w:val="ru-RU"/>
              </w:rPr>
              <w:t>інший</w:t>
            </w:r>
            <w:proofErr w:type="spellEnd"/>
            <w:r w:rsidRPr="00373FF8">
              <w:rPr>
                <w:lang w:val="ru-RU"/>
              </w:rPr>
              <w:t xml:space="preserve"> не є </w:t>
            </w:r>
            <w:proofErr w:type="spellStart"/>
            <w:r w:rsidRPr="00373FF8">
              <w:rPr>
                <w:lang w:val="ru-RU"/>
              </w:rPr>
              <w:t>належним</w:t>
            </w:r>
            <w:proofErr w:type="spellEnd"/>
            <w:r w:rsidRPr="00373FF8">
              <w:rPr>
                <w:lang w:val="ru-RU"/>
              </w:rPr>
              <w:t xml:space="preserve"> аналогом.</w:t>
            </w:r>
          </w:p>
        </w:tc>
      </w:tr>
    </w:tbl>
    <w:p w14:paraId="2E937AF5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6. </w:t>
      </w:r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«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Замовність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» як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доказова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гіпотеза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: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червоні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прапорці</w:t>
      </w:r>
      <w:proofErr w:type="spellEnd"/>
    </w:p>
    <w:p w14:paraId="6AE0E7B6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Жодна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наведених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нижче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обставин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окремо</w:t>
      </w:r>
      <w:proofErr w:type="spellEnd"/>
      <w:r w:rsidRPr="00D23631">
        <w:rPr>
          <w:color w:val="1E2A32"/>
          <w:lang w:val="ru-RU"/>
        </w:rPr>
        <w:t xml:space="preserve"> не доводить </w:t>
      </w:r>
      <w:proofErr w:type="spellStart"/>
      <w:r w:rsidRPr="00D23631">
        <w:rPr>
          <w:color w:val="1E2A32"/>
          <w:lang w:val="ru-RU"/>
        </w:rPr>
        <w:t>зловживання</w:t>
      </w:r>
      <w:proofErr w:type="spellEnd"/>
      <w:r w:rsidRPr="00D23631">
        <w:rPr>
          <w:color w:val="1E2A32"/>
          <w:lang w:val="ru-RU"/>
        </w:rPr>
        <w:t xml:space="preserve">. Але </w:t>
      </w:r>
      <w:proofErr w:type="spellStart"/>
      <w:r w:rsidRPr="00D23631">
        <w:rPr>
          <w:color w:val="1E2A32"/>
          <w:lang w:val="ru-RU"/>
        </w:rPr>
        <w:t>їхня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сукупність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обґрунтовувати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вимогу</w:t>
      </w:r>
      <w:proofErr w:type="spellEnd"/>
      <w:r w:rsidRPr="00D23631">
        <w:rPr>
          <w:color w:val="1E2A32"/>
          <w:lang w:val="ru-RU"/>
        </w:rPr>
        <w:t xml:space="preserve"> особливо </w:t>
      </w:r>
      <w:proofErr w:type="spellStart"/>
      <w:r w:rsidRPr="00D23631">
        <w:rPr>
          <w:color w:val="1E2A32"/>
          <w:lang w:val="ru-RU"/>
        </w:rPr>
        <w:t>ретельної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мотивів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джерел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витоків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інформації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конфліктів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інтересів</w:t>
      </w:r>
      <w:proofErr w:type="spellEnd"/>
      <w:r w:rsidRPr="00D23631">
        <w:rPr>
          <w:color w:val="1E2A32"/>
          <w:lang w:val="ru-RU"/>
        </w:rPr>
        <w:t>.</w:t>
      </w:r>
    </w:p>
    <w:p w14:paraId="512621B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Медійні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публікації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з’являються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офіційного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особи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про початок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>.</w:t>
      </w:r>
    </w:p>
    <w:p w14:paraId="3EE90370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Однакові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формулювання</w:t>
      </w:r>
      <w:proofErr w:type="spellEnd"/>
      <w:r w:rsidRPr="00D23631">
        <w:rPr>
          <w:color w:val="1E2A32"/>
          <w:lang w:val="ru-RU"/>
        </w:rPr>
        <w:t xml:space="preserve"> синхронно </w:t>
      </w:r>
      <w:proofErr w:type="spellStart"/>
      <w:r w:rsidRPr="00D23631">
        <w:rPr>
          <w:color w:val="1E2A32"/>
          <w:lang w:val="ru-RU"/>
        </w:rPr>
        <w:t>поширюють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різні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акаунти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сайти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організації</w:t>
      </w:r>
      <w:proofErr w:type="spellEnd"/>
      <w:r w:rsidRPr="00D23631">
        <w:rPr>
          <w:color w:val="1E2A32"/>
          <w:lang w:val="ru-RU"/>
        </w:rPr>
        <w:t>.</w:t>
      </w:r>
    </w:p>
    <w:p w14:paraId="0C35A6D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Подання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збігається</w:t>
      </w:r>
      <w:proofErr w:type="spellEnd"/>
      <w:r w:rsidRPr="00D23631">
        <w:rPr>
          <w:color w:val="1E2A32"/>
          <w:lang w:val="ru-RU"/>
        </w:rPr>
        <w:t xml:space="preserve"> з конкурсом, </w:t>
      </w:r>
      <w:proofErr w:type="spellStart"/>
      <w:r w:rsidRPr="00D23631">
        <w:rPr>
          <w:color w:val="1E2A32"/>
          <w:lang w:val="ru-RU"/>
        </w:rPr>
        <w:t>виборами</w:t>
      </w:r>
      <w:proofErr w:type="spellEnd"/>
      <w:r w:rsidRPr="00D23631">
        <w:rPr>
          <w:color w:val="1E2A32"/>
          <w:lang w:val="ru-RU"/>
        </w:rPr>
        <w:t xml:space="preserve"> ректора, </w:t>
      </w:r>
      <w:proofErr w:type="spellStart"/>
      <w:r w:rsidRPr="00D23631">
        <w:rPr>
          <w:color w:val="1E2A32"/>
          <w:lang w:val="ru-RU"/>
        </w:rPr>
        <w:t>призначенням</w:t>
      </w:r>
      <w:proofErr w:type="spellEnd"/>
      <w:r w:rsidRPr="00D23631">
        <w:rPr>
          <w:color w:val="1E2A32"/>
          <w:lang w:val="ru-RU"/>
        </w:rPr>
        <w:t xml:space="preserve">, судовою справою, </w:t>
      </w:r>
      <w:proofErr w:type="spellStart"/>
      <w:r w:rsidRPr="00D23631">
        <w:rPr>
          <w:color w:val="1E2A32"/>
          <w:lang w:val="ru-RU"/>
        </w:rPr>
        <w:t>дисциплінарним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конфліктом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публічною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позицією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вченого</w:t>
      </w:r>
      <w:proofErr w:type="spellEnd"/>
      <w:r w:rsidRPr="00D23631">
        <w:rPr>
          <w:color w:val="1E2A32"/>
          <w:lang w:val="ru-RU"/>
        </w:rPr>
        <w:t>.</w:t>
      </w:r>
    </w:p>
    <w:p w14:paraId="014F81EC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Заявник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вимагає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відставки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звільнення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анулювання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інших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статусів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ще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перевірки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матеріалів</w:t>
      </w:r>
      <w:proofErr w:type="spellEnd"/>
      <w:r w:rsidRPr="00D23631">
        <w:rPr>
          <w:color w:val="1E2A32"/>
          <w:lang w:val="ru-RU"/>
        </w:rPr>
        <w:t>.</w:t>
      </w:r>
    </w:p>
    <w:p w14:paraId="6237E418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Порівняльна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таблиця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містить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джерела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оприлюднені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пізніше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дисертацію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неіснуючі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бібліографічні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посилання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ознаки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машинної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генерації</w:t>
      </w:r>
      <w:proofErr w:type="spellEnd"/>
      <w:r w:rsidRPr="00D23631">
        <w:rPr>
          <w:color w:val="1E2A32"/>
          <w:lang w:val="ru-RU"/>
        </w:rPr>
        <w:t xml:space="preserve"> без </w:t>
      </w:r>
      <w:proofErr w:type="spellStart"/>
      <w:r w:rsidRPr="00D23631">
        <w:rPr>
          <w:color w:val="1E2A32"/>
          <w:lang w:val="ru-RU"/>
        </w:rPr>
        <w:t>верифікації</w:t>
      </w:r>
      <w:proofErr w:type="spellEnd"/>
      <w:r w:rsidRPr="00D23631">
        <w:rPr>
          <w:color w:val="1E2A32"/>
          <w:lang w:val="ru-RU"/>
        </w:rPr>
        <w:t>.</w:t>
      </w:r>
    </w:p>
    <w:p w14:paraId="153650C1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Після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спростування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окремих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епізодів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обсяг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звинувачень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постійно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змінюється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публічна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кампанія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триває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незмінно</w:t>
      </w:r>
      <w:proofErr w:type="spellEnd"/>
      <w:r w:rsidRPr="00D23631">
        <w:rPr>
          <w:color w:val="1E2A32"/>
          <w:lang w:val="ru-RU"/>
        </w:rPr>
        <w:t>.</w:t>
      </w:r>
    </w:p>
    <w:p w14:paraId="5FC4A77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proofErr w:type="spellStart"/>
      <w:r w:rsidRPr="00D23631">
        <w:rPr>
          <w:color w:val="1E2A32"/>
          <w:lang w:val="ru-RU"/>
        </w:rPr>
        <w:t>Матеріали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мали</w:t>
      </w:r>
      <w:proofErr w:type="spellEnd"/>
      <w:r w:rsidRPr="00D23631">
        <w:rPr>
          <w:color w:val="1E2A32"/>
          <w:lang w:val="ru-RU"/>
        </w:rPr>
        <w:t xml:space="preserve"> бути </w:t>
      </w:r>
      <w:proofErr w:type="spellStart"/>
      <w:r w:rsidRPr="00D23631">
        <w:rPr>
          <w:color w:val="1E2A32"/>
          <w:lang w:val="ru-RU"/>
        </w:rPr>
        <w:t>відомі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заявнику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з’являються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медіа</w:t>
      </w:r>
      <w:proofErr w:type="spellEnd"/>
      <w:r w:rsidRPr="00D23631">
        <w:rPr>
          <w:color w:val="1E2A32"/>
          <w:lang w:val="ru-RU"/>
        </w:rPr>
        <w:t xml:space="preserve"> без законного </w:t>
      </w:r>
      <w:proofErr w:type="spellStart"/>
      <w:r w:rsidRPr="00D23631">
        <w:rPr>
          <w:color w:val="1E2A32"/>
          <w:lang w:val="ru-RU"/>
        </w:rPr>
        <w:t>пояснення</w:t>
      </w:r>
      <w:proofErr w:type="spellEnd"/>
      <w:r w:rsidRPr="00D23631">
        <w:rPr>
          <w:color w:val="1E2A32"/>
          <w:lang w:val="ru-RU"/>
        </w:rPr>
        <w:t>.</w:t>
      </w:r>
    </w:p>
    <w:p w14:paraId="165A937F" w14:textId="77777777" w:rsidR="005F7F9E" w:rsidRPr="00D23631" w:rsidRDefault="00000000">
      <w:pPr>
        <w:pStyle w:val="Bullet"/>
        <w:ind w:left="369" w:hanging="181"/>
        <w:rPr>
          <w:lang w:val="ru-RU"/>
        </w:rPr>
      </w:pPr>
      <w:r w:rsidRPr="00D23631">
        <w:rPr>
          <w:b/>
          <w:color w:val="C5A25D"/>
          <w:lang w:val="ru-RU"/>
        </w:rPr>
        <w:t xml:space="preserve">• </w:t>
      </w:r>
      <w:r w:rsidRPr="00D23631">
        <w:rPr>
          <w:color w:val="1E2A32"/>
          <w:lang w:val="ru-RU"/>
        </w:rPr>
        <w:t xml:space="preserve">Скарга </w:t>
      </w:r>
      <w:proofErr w:type="spellStart"/>
      <w:r w:rsidRPr="00D23631">
        <w:rPr>
          <w:color w:val="1E2A32"/>
          <w:lang w:val="ru-RU"/>
        </w:rPr>
        <w:t>містить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явно </w:t>
      </w:r>
      <w:proofErr w:type="spellStart"/>
      <w:r w:rsidRPr="00D23631">
        <w:rPr>
          <w:color w:val="1E2A32"/>
          <w:lang w:val="ru-RU"/>
        </w:rPr>
        <w:t>виходять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компетенцію</w:t>
      </w:r>
      <w:proofErr w:type="spellEnd"/>
      <w:r w:rsidRPr="00D23631">
        <w:rPr>
          <w:color w:val="1E2A32"/>
          <w:lang w:val="ru-RU"/>
        </w:rPr>
        <w:t xml:space="preserve"> адресата,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максимальний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репутаційний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ефект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0D128E21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1F4E78"/>
              <w:bottom w:val="nil"/>
              <w:right w:val="nil"/>
            </w:tcBorders>
            <w:shd w:val="clear" w:color="auto" w:fill="F5F7FA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2BD9393E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102A43"/>
                <w:sz w:val="18"/>
                <w:lang w:val="ru-RU"/>
              </w:rPr>
              <w:lastRenderedPageBreak/>
              <w:t>ПРАВИЛО БЕЗПЕКИ</w:t>
            </w:r>
          </w:p>
          <w:p w14:paraId="4775CBA7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r w:rsidRPr="00D23631">
              <w:rPr>
                <w:lang w:val="ru-RU"/>
              </w:rPr>
              <w:t xml:space="preserve">Не </w:t>
            </w:r>
            <w:proofErr w:type="spellStart"/>
            <w:r w:rsidRPr="00D23631">
              <w:rPr>
                <w:lang w:val="ru-RU"/>
              </w:rPr>
              <w:t>називайте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скаргу</w:t>
            </w:r>
            <w:proofErr w:type="spellEnd"/>
            <w:r w:rsidRPr="00D23631">
              <w:rPr>
                <w:lang w:val="ru-RU"/>
              </w:rPr>
              <w:t xml:space="preserve"> «</w:t>
            </w:r>
            <w:proofErr w:type="spellStart"/>
            <w:r w:rsidRPr="00D23631">
              <w:rPr>
                <w:lang w:val="ru-RU"/>
              </w:rPr>
              <w:t>замовною</w:t>
            </w:r>
            <w:proofErr w:type="spellEnd"/>
            <w:r w:rsidRPr="00D23631">
              <w:rPr>
                <w:lang w:val="ru-RU"/>
              </w:rPr>
              <w:t xml:space="preserve">» у </w:t>
            </w:r>
            <w:proofErr w:type="spellStart"/>
            <w:r w:rsidRPr="00D23631">
              <w:rPr>
                <w:lang w:val="ru-RU"/>
              </w:rPr>
              <w:t>публічній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заяві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лише</w:t>
            </w:r>
            <w:proofErr w:type="spellEnd"/>
            <w:r w:rsidRPr="00D23631">
              <w:rPr>
                <w:lang w:val="ru-RU"/>
              </w:rPr>
              <w:t xml:space="preserve"> тому, </w:t>
            </w:r>
            <w:proofErr w:type="spellStart"/>
            <w:r w:rsidRPr="00D23631">
              <w:rPr>
                <w:lang w:val="ru-RU"/>
              </w:rPr>
              <w:t>що</w:t>
            </w:r>
            <w:proofErr w:type="spellEnd"/>
            <w:r w:rsidRPr="00D23631">
              <w:rPr>
                <w:lang w:val="ru-RU"/>
              </w:rPr>
              <w:t xml:space="preserve"> вона </w:t>
            </w:r>
            <w:proofErr w:type="spellStart"/>
            <w:r w:rsidRPr="00D23631">
              <w:rPr>
                <w:lang w:val="ru-RU"/>
              </w:rPr>
              <w:t>незручна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або</w:t>
            </w:r>
            <w:proofErr w:type="spellEnd"/>
            <w:r w:rsidRPr="00D23631">
              <w:rPr>
                <w:lang w:val="ru-RU"/>
              </w:rPr>
              <w:t xml:space="preserve"> подана </w:t>
            </w:r>
            <w:proofErr w:type="spellStart"/>
            <w:r w:rsidRPr="00D23631">
              <w:rPr>
                <w:lang w:val="ru-RU"/>
              </w:rPr>
              <w:t>опонентом</w:t>
            </w:r>
            <w:proofErr w:type="spellEnd"/>
            <w:r w:rsidRPr="00D23631">
              <w:rPr>
                <w:lang w:val="ru-RU"/>
              </w:rPr>
              <w:t xml:space="preserve">. У </w:t>
            </w:r>
            <w:proofErr w:type="spellStart"/>
            <w:r w:rsidRPr="00D23631">
              <w:rPr>
                <w:lang w:val="ru-RU"/>
              </w:rPr>
              <w:t>юридичному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документі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краще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писати</w:t>
            </w:r>
            <w:proofErr w:type="spellEnd"/>
            <w:r w:rsidRPr="00D23631">
              <w:rPr>
                <w:lang w:val="ru-RU"/>
              </w:rPr>
              <w:t xml:space="preserve"> про «</w:t>
            </w:r>
            <w:proofErr w:type="spellStart"/>
            <w:r w:rsidRPr="00D23631">
              <w:rPr>
                <w:lang w:val="ru-RU"/>
              </w:rPr>
              <w:t>ознаки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інструментального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використання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процедури</w:t>
            </w:r>
            <w:proofErr w:type="spellEnd"/>
            <w:r w:rsidRPr="00D23631">
              <w:rPr>
                <w:lang w:val="ru-RU"/>
              </w:rPr>
              <w:t>», «</w:t>
            </w:r>
            <w:proofErr w:type="spellStart"/>
            <w:r w:rsidRPr="00D23631">
              <w:rPr>
                <w:lang w:val="ru-RU"/>
              </w:rPr>
              <w:t>можливий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конфлікт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інтересів</w:t>
            </w:r>
            <w:proofErr w:type="spellEnd"/>
            <w:r w:rsidRPr="00D23631">
              <w:rPr>
                <w:lang w:val="ru-RU"/>
              </w:rPr>
              <w:t>», «</w:t>
            </w:r>
            <w:proofErr w:type="spellStart"/>
            <w:r w:rsidRPr="00D23631">
              <w:rPr>
                <w:lang w:val="ru-RU"/>
              </w:rPr>
              <w:t>скоординоване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поширення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інформації</w:t>
            </w:r>
            <w:proofErr w:type="spellEnd"/>
            <w:r w:rsidRPr="00D23631">
              <w:rPr>
                <w:lang w:val="ru-RU"/>
              </w:rPr>
              <w:t xml:space="preserve">» та </w:t>
            </w:r>
            <w:proofErr w:type="spellStart"/>
            <w:r w:rsidRPr="00D23631">
              <w:rPr>
                <w:lang w:val="ru-RU"/>
              </w:rPr>
              <w:t>наводити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конкретні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факти</w:t>
            </w:r>
            <w:proofErr w:type="spellEnd"/>
            <w:r w:rsidRPr="00D23631">
              <w:rPr>
                <w:lang w:val="ru-RU"/>
              </w:rPr>
              <w:t>.</w:t>
            </w:r>
          </w:p>
        </w:tc>
      </w:tr>
    </w:tbl>
    <w:p w14:paraId="1BE32DE8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7.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Скринька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Пандори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: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звернення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до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академічних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комісій</w:t>
      </w:r>
      <w:proofErr w:type="spellEnd"/>
    </w:p>
    <w:p w14:paraId="7564CD4F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Комісія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академічної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доброчесності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стоїть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перед конкретною </w:t>
      </w:r>
      <w:proofErr w:type="spellStart"/>
      <w:r w:rsidRPr="00D23631">
        <w:rPr>
          <w:color w:val="1E2A32"/>
          <w:lang w:val="ru-RU"/>
        </w:rPr>
        <w:t>скаргою</w:t>
      </w:r>
      <w:proofErr w:type="spellEnd"/>
      <w:r w:rsidRPr="00D23631">
        <w:rPr>
          <w:color w:val="1E2A32"/>
          <w:lang w:val="ru-RU"/>
        </w:rPr>
        <w:t xml:space="preserve">. Вона </w:t>
      </w:r>
      <w:proofErr w:type="spellStart"/>
      <w:r w:rsidRPr="00D23631">
        <w:rPr>
          <w:color w:val="1E2A32"/>
          <w:lang w:val="ru-RU"/>
        </w:rPr>
        <w:t>формує</w:t>
      </w:r>
      <w:proofErr w:type="spellEnd"/>
      <w:r w:rsidRPr="00D23631">
        <w:rPr>
          <w:color w:val="1E2A32"/>
          <w:lang w:val="ru-RU"/>
        </w:rPr>
        <w:t xml:space="preserve"> прецедент для </w:t>
      </w:r>
      <w:proofErr w:type="spellStart"/>
      <w:r w:rsidRPr="00D23631">
        <w:rPr>
          <w:color w:val="1E2A32"/>
          <w:lang w:val="ru-RU"/>
        </w:rPr>
        <w:t>всієї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академічної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спільноти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Сьогодні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повідомлення</w:t>
      </w:r>
      <w:proofErr w:type="spellEnd"/>
      <w:r w:rsidRPr="00D23631">
        <w:rPr>
          <w:color w:val="1E2A32"/>
          <w:lang w:val="ru-RU"/>
        </w:rPr>
        <w:t xml:space="preserve"> подано </w:t>
      </w:r>
      <w:proofErr w:type="spellStart"/>
      <w:r w:rsidRPr="00D23631">
        <w:rPr>
          <w:color w:val="1E2A32"/>
          <w:lang w:val="ru-RU"/>
        </w:rPr>
        <w:t>щодо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відомого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професора</w:t>
      </w:r>
      <w:proofErr w:type="spellEnd"/>
      <w:r w:rsidRPr="00D23631">
        <w:rPr>
          <w:color w:val="1E2A32"/>
          <w:lang w:val="ru-RU"/>
        </w:rPr>
        <w:t xml:space="preserve">, ректора, декана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завідувача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кафедри</w:t>
      </w:r>
      <w:proofErr w:type="spellEnd"/>
      <w:r w:rsidRPr="00D23631">
        <w:rPr>
          <w:color w:val="1E2A32"/>
          <w:lang w:val="ru-RU"/>
        </w:rPr>
        <w:t xml:space="preserve">. Завтра за </w:t>
      </w:r>
      <w:proofErr w:type="spellStart"/>
      <w:r w:rsidRPr="00D23631">
        <w:rPr>
          <w:color w:val="1E2A32"/>
          <w:lang w:val="ru-RU"/>
        </w:rPr>
        <w:t>тією</w:t>
      </w:r>
      <w:proofErr w:type="spellEnd"/>
      <w:r w:rsidRPr="00D23631">
        <w:rPr>
          <w:color w:val="1E2A32"/>
          <w:lang w:val="ru-RU"/>
        </w:rPr>
        <w:t xml:space="preserve"> самою </w:t>
      </w:r>
      <w:proofErr w:type="spellStart"/>
      <w:r w:rsidRPr="00D23631">
        <w:rPr>
          <w:color w:val="1E2A32"/>
          <w:lang w:val="ru-RU"/>
        </w:rPr>
        <w:t>моделлю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сотнями автоматично </w:t>
      </w:r>
      <w:proofErr w:type="spellStart"/>
      <w:r w:rsidRPr="00D23631">
        <w:rPr>
          <w:color w:val="1E2A32"/>
          <w:lang w:val="ru-RU"/>
        </w:rPr>
        <w:t>згенерованих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збігів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скаргу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подати </w:t>
      </w:r>
      <w:proofErr w:type="spellStart"/>
      <w:r w:rsidRPr="00D23631">
        <w:rPr>
          <w:color w:val="1E2A32"/>
          <w:lang w:val="ru-RU"/>
        </w:rPr>
        <w:t>щодо</w:t>
      </w:r>
      <w:proofErr w:type="spellEnd"/>
      <w:r w:rsidRPr="00D23631">
        <w:rPr>
          <w:color w:val="1E2A32"/>
          <w:lang w:val="ru-RU"/>
        </w:rPr>
        <w:t xml:space="preserve"> кожного члена </w:t>
      </w:r>
      <w:proofErr w:type="spellStart"/>
      <w:r w:rsidRPr="00D23631">
        <w:rPr>
          <w:color w:val="1E2A32"/>
          <w:lang w:val="ru-RU"/>
        </w:rPr>
        <w:t>самої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>.</w:t>
      </w:r>
    </w:p>
    <w:p w14:paraId="37253A19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не аргумент на </w:t>
      </w:r>
      <w:proofErr w:type="spellStart"/>
      <w:r w:rsidRPr="00D23631">
        <w:rPr>
          <w:color w:val="1E2A32"/>
          <w:lang w:val="ru-RU"/>
        </w:rPr>
        <w:t>користь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кругової</w:t>
      </w:r>
      <w:proofErr w:type="spellEnd"/>
      <w:r w:rsidRPr="00D23631">
        <w:rPr>
          <w:color w:val="1E2A32"/>
          <w:lang w:val="ru-RU"/>
        </w:rPr>
        <w:t xml:space="preserve"> поруки.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аргумент на </w:t>
      </w:r>
      <w:proofErr w:type="spellStart"/>
      <w:r w:rsidRPr="00D23631">
        <w:rPr>
          <w:color w:val="1E2A32"/>
          <w:lang w:val="ru-RU"/>
        </w:rPr>
        <w:t>користь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однакового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процесуального</w:t>
      </w:r>
      <w:proofErr w:type="spellEnd"/>
      <w:r w:rsidRPr="00D23631">
        <w:rPr>
          <w:color w:val="1E2A32"/>
          <w:lang w:val="ru-RU"/>
        </w:rPr>
        <w:t xml:space="preserve"> стандарту.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для </w:t>
      </w:r>
      <w:proofErr w:type="spellStart"/>
      <w:r w:rsidRPr="00D23631">
        <w:rPr>
          <w:color w:val="1E2A32"/>
          <w:lang w:val="ru-RU"/>
        </w:rPr>
        <w:t>відкриття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достатньо</w:t>
      </w:r>
      <w:proofErr w:type="spellEnd"/>
      <w:r w:rsidRPr="00D23631">
        <w:rPr>
          <w:color w:val="1E2A32"/>
          <w:lang w:val="ru-RU"/>
        </w:rPr>
        <w:t xml:space="preserve"> самого </w:t>
      </w:r>
      <w:proofErr w:type="spellStart"/>
      <w:r w:rsidRPr="00D23631">
        <w:rPr>
          <w:color w:val="1E2A32"/>
          <w:lang w:val="ru-RU"/>
        </w:rPr>
        <w:t>гучного</w:t>
      </w:r>
      <w:proofErr w:type="spellEnd"/>
      <w:r w:rsidRPr="00D23631">
        <w:rPr>
          <w:color w:val="1E2A32"/>
          <w:lang w:val="ru-RU"/>
        </w:rPr>
        <w:t xml:space="preserve"> заголовка, </w:t>
      </w:r>
      <w:proofErr w:type="spellStart"/>
      <w:r w:rsidRPr="00D23631">
        <w:rPr>
          <w:color w:val="1E2A32"/>
          <w:lang w:val="ru-RU"/>
        </w:rPr>
        <w:t>антиплагіатного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відсотка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політичної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доцільності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університет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відкриває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скриньку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Пандори</w:t>
      </w:r>
      <w:proofErr w:type="spellEnd"/>
      <w:r w:rsidRPr="00D23631">
        <w:rPr>
          <w:color w:val="1E2A32"/>
          <w:lang w:val="ru-RU"/>
        </w:rPr>
        <w:t xml:space="preserve">. У </w:t>
      </w:r>
      <w:proofErr w:type="spellStart"/>
      <w:r w:rsidRPr="00D23631">
        <w:rPr>
          <w:color w:val="1E2A32"/>
          <w:lang w:val="ru-RU"/>
        </w:rPr>
        <w:t>середовищі</w:t>
      </w:r>
      <w:proofErr w:type="spellEnd"/>
      <w:r w:rsidRPr="00D23631">
        <w:rPr>
          <w:color w:val="1E2A32"/>
          <w:lang w:val="ru-RU"/>
        </w:rPr>
        <w:t xml:space="preserve">, де </w:t>
      </w:r>
      <w:proofErr w:type="spellStart"/>
      <w:r w:rsidRPr="00D23631">
        <w:rPr>
          <w:color w:val="1E2A32"/>
          <w:lang w:val="ru-RU"/>
        </w:rPr>
        <w:t>більшість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учених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десятиліттями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працювали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різними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бібліографічними</w:t>
      </w:r>
      <w:proofErr w:type="spellEnd"/>
      <w:r w:rsidRPr="00D23631">
        <w:rPr>
          <w:color w:val="1E2A32"/>
          <w:lang w:val="ru-RU"/>
        </w:rPr>
        <w:t xml:space="preserve"> стандартами, де </w:t>
      </w:r>
      <w:proofErr w:type="spellStart"/>
      <w:r w:rsidRPr="00D23631">
        <w:rPr>
          <w:color w:val="1E2A32"/>
          <w:lang w:val="ru-RU"/>
        </w:rPr>
        <w:t>старі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тексти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оцифровуються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помилками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штучний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інтелект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здатний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години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створити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сотні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порівнянь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безпорогова</w:t>
      </w:r>
      <w:proofErr w:type="spellEnd"/>
      <w:r w:rsidRPr="00D23631">
        <w:rPr>
          <w:color w:val="1E2A32"/>
          <w:lang w:val="ru-RU"/>
        </w:rPr>
        <w:t xml:space="preserve"> процедура </w:t>
      </w:r>
      <w:proofErr w:type="spellStart"/>
      <w:r w:rsidRPr="00D23631">
        <w:rPr>
          <w:color w:val="1E2A32"/>
          <w:lang w:val="ru-RU"/>
        </w:rPr>
        <w:t>перетворюється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інструмент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взаємного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знищення</w:t>
      </w:r>
      <w:proofErr w:type="spellEnd"/>
      <w:r w:rsidRPr="00D23631">
        <w:rPr>
          <w:color w:val="1E2A32"/>
          <w:lang w:val="ru-RU"/>
        </w:rPr>
        <w:t>.</w:t>
      </w:r>
    </w:p>
    <w:p w14:paraId="2A32A83A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Особливо </w:t>
      </w:r>
      <w:proofErr w:type="spellStart"/>
      <w:r w:rsidRPr="00D23631">
        <w:rPr>
          <w:color w:val="1E2A32"/>
          <w:lang w:val="ru-RU"/>
        </w:rPr>
        <w:t>вразливими</w:t>
      </w:r>
      <w:proofErr w:type="spellEnd"/>
      <w:r w:rsidRPr="00D23631">
        <w:rPr>
          <w:color w:val="1E2A32"/>
          <w:lang w:val="ru-RU"/>
        </w:rPr>
        <w:t xml:space="preserve"> є </w:t>
      </w:r>
      <w:proofErr w:type="spellStart"/>
      <w:r w:rsidRPr="00D23631">
        <w:rPr>
          <w:color w:val="1E2A32"/>
          <w:lang w:val="ru-RU"/>
        </w:rPr>
        <w:t>науковці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займають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адміністративні</w:t>
      </w:r>
      <w:proofErr w:type="spellEnd"/>
      <w:r w:rsidRPr="00D23631">
        <w:rPr>
          <w:color w:val="1E2A32"/>
          <w:lang w:val="ru-RU"/>
        </w:rPr>
        <w:t xml:space="preserve"> посади. Сама </w:t>
      </w:r>
      <w:proofErr w:type="spellStart"/>
      <w:r w:rsidRPr="00D23631">
        <w:rPr>
          <w:color w:val="1E2A32"/>
          <w:lang w:val="ru-RU"/>
        </w:rPr>
        <w:t>тривалість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розгляду</w:t>
      </w:r>
      <w:proofErr w:type="spellEnd"/>
      <w:r w:rsidRPr="00D23631">
        <w:rPr>
          <w:color w:val="1E2A32"/>
          <w:lang w:val="ru-RU"/>
        </w:rPr>
        <w:t xml:space="preserve"> — до шести </w:t>
      </w:r>
      <w:proofErr w:type="spellStart"/>
      <w:r w:rsidRPr="00D23631">
        <w:rPr>
          <w:color w:val="1E2A32"/>
          <w:lang w:val="ru-RU"/>
        </w:rPr>
        <w:t>місяців</w:t>
      </w:r>
      <w:proofErr w:type="spellEnd"/>
      <w:r w:rsidRPr="00D23631">
        <w:rPr>
          <w:color w:val="1E2A32"/>
          <w:lang w:val="ru-RU"/>
        </w:rPr>
        <w:t xml:space="preserve"> —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бути </w:t>
      </w:r>
      <w:proofErr w:type="spellStart"/>
      <w:r w:rsidRPr="00D23631">
        <w:rPr>
          <w:color w:val="1E2A32"/>
          <w:lang w:val="ru-RU"/>
        </w:rPr>
        <w:t>використана</w:t>
      </w:r>
      <w:proofErr w:type="spellEnd"/>
      <w:r w:rsidRPr="00D23631">
        <w:rPr>
          <w:color w:val="1E2A32"/>
          <w:lang w:val="ru-RU"/>
        </w:rPr>
        <w:t xml:space="preserve"> як </w:t>
      </w:r>
      <w:proofErr w:type="spellStart"/>
      <w:r w:rsidRPr="00D23631">
        <w:rPr>
          <w:color w:val="1E2A32"/>
          <w:lang w:val="ru-RU"/>
        </w:rPr>
        <w:t>репутаційна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санкція</w:t>
      </w:r>
      <w:proofErr w:type="spellEnd"/>
      <w:r w:rsidRPr="00D23631">
        <w:rPr>
          <w:color w:val="1E2A32"/>
          <w:lang w:val="ru-RU"/>
        </w:rPr>
        <w:t xml:space="preserve"> без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достатньо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постійно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повторювати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«справа </w:t>
      </w:r>
      <w:proofErr w:type="spellStart"/>
      <w:r w:rsidRPr="00D23631">
        <w:rPr>
          <w:color w:val="1E2A32"/>
          <w:lang w:val="ru-RU"/>
        </w:rPr>
        <w:t>перебуває</w:t>
      </w:r>
      <w:proofErr w:type="spellEnd"/>
      <w:r w:rsidRPr="00D23631">
        <w:rPr>
          <w:color w:val="1E2A32"/>
          <w:lang w:val="ru-RU"/>
        </w:rPr>
        <w:t xml:space="preserve"> на </w:t>
      </w:r>
      <w:proofErr w:type="spellStart"/>
      <w:r w:rsidRPr="00D23631">
        <w:rPr>
          <w:color w:val="1E2A32"/>
          <w:lang w:val="ru-RU"/>
        </w:rPr>
        <w:t>розгляді</w:t>
      </w:r>
      <w:proofErr w:type="spellEnd"/>
      <w:r w:rsidRPr="00D23631">
        <w:rPr>
          <w:color w:val="1E2A32"/>
          <w:lang w:val="ru-RU"/>
        </w:rPr>
        <w:t xml:space="preserve">». </w:t>
      </w:r>
      <w:proofErr w:type="spellStart"/>
      <w:r w:rsidRPr="00D23631">
        <w:rPr>
          <w:color w:val="1E2A32"/>
          <w:lang w:val="ru-RU"/>
        </w:rPr>
        <w:t>Навіть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остаточна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відмова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позбавленні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ступеня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завжди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поверне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втрачені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можливості</w:t>
      </w:r>
      <w:proofErr w:type="spellEnd"/>
      <w:r w:rsidRPr="00D23631">
        <w:rPr>
          <w:color w:val="1E2A32"/>
          <w:lang w:val="ru-RU"/>
        </w:rPr>
        <w:t xml:space="preserve"> та не </w:t>
      </w:r>
      <w:proofErr w:type="spellStart"/>
      <w:r w:rsidRPr="00D23631">
        <w:rPr>
          <w:color w:val="1E2A32"/>
          <w:lang w:val="ru-RU"/>
        </w:rPr>
        <w:t>витіснить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пошукової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видачі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перші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звинувачення</w:t>
      </w:r>
      <w:proofErr w:type="spellEnd"/>
      <w:r w:rsidRPr="00D23631">
        <w:rPr>
          <w:color w:val="1E2A32"/>
          <w:lang w:val="ru-RU"/>
        </w:rPr>
        <w:t>.</w:t>
      </w:r>
    </w:p>
    <w:p w14:paraId="746C760F" w14:textId="77777777" w:rsidR="005F7F9E" w:rsidRPr="00D23631" w:rsidRDefault="00000000">
      <w:pPr>
        <w:pStyle w:val="21"/>
        <w:spacing w:before="140" w:after="80"/>
        <w:rPr>
          <w:lang w:val="ru-RU"/>
        </w:rPr>
      </w:pPr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Десять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запитань</w:t>
      </w:r>
      <w:proofErr w:type="spell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, на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які</w:t>
      </w:r>
      <w:proofErr w:type="spell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комісія</w:t>
      </w:r>
      <w:proofErr w:type="spell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має</w:t>
      </w:r>
      <w:proofErr w:type="spell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відповісти</w:t>
      </w:r>
      <w:proofErr w:type="spell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 </w:t>
      </w:r>
      <w:proofErr w:type="gram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до початку</w:t>
      </w:r>
      <w:proofErr w:type="gramEnd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F4E78"/>
          <w:sz w:val="25"/>
          <w:lang w:val="ru-RU"/>
        </w:rPr>
        <w:t>розгляду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030"/>
        <w:gridCol w:w="504"/>
      </w:tblGrid>
      <w:tr w:rsidR="005F7F9E" w:rsidRPr="00D23631" w14:paraId="7B5B6407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02A4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FA181A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1.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Компетенція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87BAAFC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належить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питання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цьому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закладу,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цьому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органові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саме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цій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процедурі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308FDD2E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C19629D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2.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Перевірюваність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E92DD3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є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конкретні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фактичні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дані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а не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припущення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риторика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або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лише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програмний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відсоток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28480C96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02A4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250C59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3.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Комплектність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57759F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надано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повну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роботу,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порівняльну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таблицю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автентичні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джерела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сторінки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належні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файли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4B9638A0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179654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4.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Право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 в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часі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6EF0B6C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Які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саме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вимоги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діяли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на дату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і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назвав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їх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заявник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5984A941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02A4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073ED8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5.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Санкція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02D3CF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була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запитувана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міра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відповідальності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визначена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законом на момент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діяння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0D1B52FD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15E0298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6.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Остаточність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E967536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існували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спеціальні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строки перегляду і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спливли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вони; як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це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співвідноситься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з правовою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визначеністю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725D4ACC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02A4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C4B7A7D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7.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Хронологія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джерел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6A711A9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могло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заявлене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джерело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реально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передувати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дисертації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14:paraId="088A5502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00B5C1D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8.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Неупередженість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ED97C82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sz w:val="18"/>
              </w:rPr>
              <w:t>Чи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відсутні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конфлікти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інтересів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,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попередні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висловлювання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й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адміністративна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залежність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>?</w:t>
            </w:r>
          </w:p>
        </w:tc>
      </w:tr>
      <w:tr w:rsidR="005F7F9E" w:rsidRPr="00D23631" w14:paraId="3CCA4063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02A43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DEBDD4E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9.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Репутаційні</w:t>
            </w:r>
            <w:proofErr w:type="spellEnd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запобіжники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C95E04A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Як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комісія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не допустить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витоку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передчасної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кваліфікації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змішування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скарги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з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вироком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7AB00B02" w14:textId="77777777">
        <w:trPr>
          <w:gridAfter w:val="1"/>
          <w:wAfter w:w="404" w:type="dxa"/>
          <w:cantSplit/>
          <w:jc w:val="center"/>
        </w:trPr>
        <w:tc>
          <w:tcPr>
            <w:tcW w:w="238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1F4E7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614F713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 xml:space="preserve">10. </w:t>
            </w:r>
            <w:proofErr w:type="spellStart"/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Мотивованість</w:t>
            </w:r>
            <w:proofErr w:type="spellEnd"/>
          </w:p>
        </w:tc>
        <w:tc>
          <w:tcPr>
            <w:tcW w:w="703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D5756F6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зможе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орган у пороговому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рішенні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чітко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пояснити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чому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матеріал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допущено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або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залишено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без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розгляду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?</w:t>
            </w:r>
          </w:p>
        </w:tc>
      </w:tr>
      <w:tr w:rsidR="005F7F9E" w:rsidRPr="00D23631" w14:paraId="099F7884" w14:textId="77777777">
        <w:trPr>
          <w:cantSplit/>
          <w:jc w:val="center"/>
        </w:trPr>
        <w:tc>
          <w:tcPr>
            <w:tcW w:w="9915" w:type="dxa"/>
            <w:gridSpan w:val="3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4EA33E4B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lastRenderedPageBreak/>
              <w:t>ЗВЕРНЕННЯ ДО ЧЛЕНІВ КОМІСІЙ</w:t>
            </w:r>
          </w:p>
          <w:p w14:paraId="679992BE" w14:textId="77777777" w:rsidR="005F7F9E" w:rsidRPr="00D23631" w:rsidRDefault="00000000">
            <w:pPr>
              <w:spacing w:after="0" w:line="269" w:lineRule="auto"/>
              <w:rPr>
                <w:lang w:val="ru-RU"/>
              </w:rPr>
            </w:pPr>
            <w:proofErr w:type="spellStart"/>
            <w:r w:rsidRPr="00D23631">
              <w:rPr>
                <w:i/>
                <w:lang w:val="ru-RU"/>
              </w:rPr>
              <w:t>Виважена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порогова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перевірка</w:t>
            </w:r>
            <w:proofErr w:type="spellEnd"/>
            <w:r w:rsidRPr="00D23631">
              <w:rPr>
                <w:i/>
                <w:lang w:val="ru-RU"/>
              </w:rPr>
              <w:t xml:space="preserve"> — не </w:t>
            </w:r>
            <w:proofErr w:type="spellStart"/>
            <w:r w:rsidRPr="00D23631">
              <w:rPr>
                <w:i/>
                <w:lang w:val="ru-RU"/>
              </w:rPr>
              <w:t>приховування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плагіату</w:t>
            </w:r>
            <w:proofErr w:type="spellEnd"/>
            <w:r w:rsidRPr="00D23631">
              <w:rPr>
                <w:i/>
                <w:lang w:val="ru-RU"/>
              </w:rPr>
              <w:t xml:space="preserve">. </w:t>
            </w:r>
            <w:proofErr w:type="spellStart"/>
            <w:r w:rsidRPr="00D23631">
              <w:rPr>
                <w:i/>
                <w:lang w:val="ru-RU"/>
              </w:rPr>
              <w:t>Це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захист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академічної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доброчесності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від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її</w:t>
            </w:r>
            <w:proofErr w:type="spellEnd"/>
            <w:r w:rsidRPr="00D23631">
              <w:rPr>
                <w:i/>
                <w:lang w:val="ru-RU"/>
              </w:rPr>
              <w:t xml:space="preserve"> ж </w:t>
            </w:r>
            <w:proofErr w:type="spellStart"/>
            <w:r w:rsidRPr="00D23631">
              <w:rPr>
                <w:i/>
                <w:lang w:val="ru-RU"/>
              </w:rPr>
              <w:t>інструменталізації</w:t>
            </w:r>
            <w:proofErr w:type="spellEnd"/>
            <w:r w:rsidRPr="00D23631">
              <w:rPr>
                <w:i/>
                <w:lang w:val="ru-RU"/>
              </w:rPr>
              <w:t xml:space="preserve">. </w:t>
            </w:r>
            <w:proofErr w:type="spellStart"/>
            <w:r w:rsidRPr="00D23631">
              <w:rPr>
                <w:i/>
                <w:lang w:val="ru-RU"/>
              </w:rPr>
              <w:t>Комісія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має</w:t>
            </w:r>
            <w:proofErr w:type="spellEnd"/>
            <w:r w:rsidRPr="00D23631">
              <w:rPr>
                <w:i/>
                <w:lang w:val="ru-RU"/>
              </w:rPr>
              <w:t xml:space="preserve"> бути </w:t>
            </w:r>
            <w:proofErr w:type="spellStart"/>
            <w:r w:rsidRPr="00D23631">
              <w:rPr>
                <w:i/>
                <w:lang w:val="ru-RU"/>
              </w:rPr>
              <w:t>достатньо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сміливою</w:t>
            </w:r>
            <w:proofErr w:type="spellEnd"/>
            <w:r w:rsidRPr="00D23631">
              <w:rPr>
                <w:i/>
                <w:lang w:val="ru-RU"/>
              </w:rPr>
              <w:t xml:space="preserve">, </w:t>
            </w:r>
            <w:proofErr w:type="spellStart"/>
            <w:r w:rsidRPr="00D23631">
              <w:rPr>
                <w:i/>
                <w:lang w:val="ru-RU"/>
              </w:rPr>
              <w:t>щоб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відкрити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обґрунтовану</w:t>
            </w:r>
            <w:proofErr w:type="spellEnd"/>
            <w:r w:rsidRPr="00D23631">
              <w:rPr>
                <w:i/>
                <w:lang w:val="ru-RU"/>
              </w:rPr>
              <w:t xml:space="preserve"> справу, і </w:t>
            </w:r>
            <w:proofErr w:type="spellStart"/>
            <w:r w:rsidRPr="00D23631">
              <w:rPr>
                <w:i/>
                <w:lang w:val="ru-RU"/>
              </w:rPr>
              <w:t>достатньо</w:t>
            </w:r>
            <w:proofErr w:type="spellEnd"/>
            <w:r w:rsidRPr="00D23631">
              <w:rPr>
                <w:i/>
                <w:lang w:val="ru-RU"/>
              </w:rPr>
              <w:t xml:space="preserve"> незалежною, </w:t>
            </w:r>
            <w:proofErr w:type="spellStart"/>
            <w:r w:rsidRPr="00D23631">
              <w:rPr>
                <w:i/>
                <w:lang w:val="ru-RU"/>
              </w:rPr>
              <w:t>щоб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залишити</w:t>
            </w:r>
            <w:proofErr w:type="spellEnd"/>
            <w:r w:rsidRPr="00D23631">
              <w:rPr>
                <w:i/>
                <w:lang w:val="ru-RU"/>
              </w:rPr>
              <w:t xml:space="preserve"> без </w:t>
            </w:r>
            <w:proofErr w:type="spellStart"/>
            <w:r w:rsidRPr="00D23631">
              <w:rPr>
                <w:i/>
                <w:lang w:val="ru-RU"/>
              </w:rPr>
              <w:t>розгляду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матеріал</w:t>
            </w:r>
            <w:proofErr w:type="spellEnd"/>
            <w:r w:rsidRPr="00D23631">
              <w:rPr>
                <w:i/>
                <w:lang w:val="ru-RU"/>
              </w:rPr>
              <w:t xml:space="preserve">, </w:t>
            </w:r>
            <w:proofErr w:type="spellStart"/>
            <w:r w:rsidRPr="00D23631">
              <w:rPr>
                <w:i/>
                <w:lang w:val="ru-RU"/>
              </w:rPr>
              <w:t>який</w:t>
            </w:r>
            <w:proofErr w:type="spellEnd"/>
            <w:r w:rsidRPr="00D23631">
              <w:rPr>
                <w:i/>
                <w:lang w:val="ru-RU"/>
              </w:rPr>
              <w:t xml:space="preserve"> не проходить </w:t>
            </w:r>
            <w:proofErr w:type="spellStart"/>
            <w:r w:rsidRPr="00D23631">
              <w:rPr>
                <w:i/>
                <w:lang w:val="ru-RU"/>
              </w:rPr>
              <w:t>доказового</w:t>
            </w:r>
            <w:proofErr w:type="spellEnd"/>
            <w:r w:rsidRPr="00D23631">
              <w:rPr>
                <w:i/>
                <w:lang w:val="ru-RU"/>
              </w:rPr>
              <w:t xml:space="preserve"> та правового </w:t>
            </w:r>
            <w:proofErr w:type="spellStart"/>
            <w:r w:rsidRPr="00D23631">
              <w:rPr>
                <w:i/>
                <w:lang w:val="ru-RU"/>
              </w:rPr>
              <w:t>мінімуму</w:t>
            </w:r>
            <w:proofErr w:type="spellEnd"/>
            <w:r w:rsidRPr="00D23631">
              <w:rPr>
                <w:i/>
                <w:lang w:val="ru-RU"/>
              </w:rPr>
              <w:t>.</w:t>
            </w:r>
          </w:p>
        </w:tc>
      </w:tr>
    </w:tbl>
    <w:p w14:paraId="45DF0C3C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8.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Безстрокова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перевірка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: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майбутнє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конституційне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питання</w:t>
      </w:r>
      <w:proofErr w:type="spellEnd"/>
    </w:p>
    <w:p w14:paraId="18E5410D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>Закон № 4742-</w:t>
      </w:r>
      <w:r>
        <w:rPr>
          <w:color w:val="1E2A32"/>
        </w:rPr>
        <w:t>IX</w:t>
      </w:r>
      <w:r w:rsidRPr="00D23631">
        <w:rPr>
          <w:color w:val="1E2A32"/>
          <w:lang w:val="ru-RU"/>
        </w:rPr>
        <w:t xml:space="preserve"> прямо </w:t>
      </w:r>
      <w:proofErr w:type="spellStart"/>
      <w:r w:rsidRPr="00D23631">
        <w:rPr>
          <w:color w:val="1E2A32"/>
          <w:lang w:val="ru-RU"/>
        </w:rPr>
        <w:t>передбачив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можливість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перевіряти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дисертації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захищені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його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набрання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чинності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але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зобов’язав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застосовувати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вимоги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чинні</w:t>
      </w:r>
      <w:proofErr w:type="spellEnd"/>
      <w:r w:rsidRPr="00D23631">
        <w:rPr>
          <w:color w:val="1E2A32"/>
          <w:lang w:val="ru-RU"/>
        </w:rPr>
        <w:t xml:space="preserve"> на день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, та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ту </w:t>
      </w:r>
      <w:proofErr w:type="spellStart"/>
      <w:r w:rsidRPr="00D23631">
        <w:rPr>
          <w:color w:val="1E2A32"/>
          <w:lang w:val="ru-RU"/>
        </w:rPr>
        <w:t>міру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відповідальності</w:t>
      </w:r>
      <w:proofErr w:type="spellEnd"/>
      <w:r w:rsidRPr="00D23631">
        <w:rPr>
          <w:color w:val="1E2A32"/>
          <w:lang w:val="ru-RU"/>
        </w:rPr>
        <w:t xml:space="preserve">, яка </w:t>
      </w:r>
      <w:proofErr w:type="spellStart"/>
      <w:r w:rsidRPr="00D23631">
        <w:rPr>
          <w:color w:val="1E2A32"/>
          <w:lang w:val="ru-RU"/>
        </w:rPr>
        <w:t>тоді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була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визначена</w:t>
      </w:r>
      <w:proofErr w:type="spellEnd"/>
      <w:r w:rsidRPr="00D23631">
        <w:rPr>
          <w:color w:val="1E2A32"/>
          <w:lang w:val="ru-RU"/>
        </w:rPr>
        <w:t xml:space="preserve"> законом.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компроміс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між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очищенням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академічного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запису</w:t>
      </w:r>
      <w:proofErr w:type="spellEnd"/>
      <w:r w:rsidRPr="00D23631">
        <w:rPr>
          <w:color w:val="1E2A32"/>
          <w:lang w:val="ru-RU"/>
        </w:rPr>
        <w:t xml:space="preserve"> і забороною ретроактивного </w:t>
      </w:r>
      <w:proofErr w:type="spellStart"/>
      <w:r w:rsidRPr="00D23631">
        <w:rPr>
          <w:color w:val="1E2A32"/>
          <w:lang w:val="ru-RU"/>
        </w:rPr>
        <w:t>покарання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Проте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він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усунув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усіх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питань</w:t>
      </w:r>
      <w:proofErr w:type="spellEnd"/>
      <w:r w:rsidRPr="00D23631">
        <w:rPr>
          <w:color w:val="1E2A32"/>
          <w:lang w:val="ru-RU"/>
        </w:rPr>
        <w:t>.</w:t>
      </w:r>
    </w:p>
    <w:p w14:paraId="2DFD4EBD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правозастосування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перетворить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цю</w:t>
      </w:r>
      <w:proofErr w:type="spellEnd"/>
      <w:r w:rsidRPr="00D23631">
        <w:rPr>
          <w:color w:val="1E2A32"/>
          <w:lang w:val="ru-RU"/>
        </w:rPr>
        <w:t xml:space="preserve"> норму на </w:t>
      </w:r>
      <w:proofErr w:type="spellStart"/>
      <w:r w:rsidRPr="00D23631">
        <w:rPr>
          <w:color w:val="1E2A32"/>
          <w:lang w:val="ru-RU"/>
        </w:rPr>
        <w:t>безстрокове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відновлення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завершених</w:t>
      </w:r>
      <w:proofErr w:type="spellEnd"/>
      <w:r w:rsidRPr="00D23631">
        <w:rPr>
          <w:color w:val="1E2A32"/>
          <w:lang w:val="ru-RU"/>
        </w:rPr>
        <w:t xml:space="preserve"> процедур і </w:t>
      </w:r>
      <w:proofErr w:type="spellStart"/>
      <w:r w:rsidRPr="00D23631">
        <w:rPr>
          <w:color w:val="1E2A32"/>
          <w:lang w:val="ru-RU"/>
        </w:rPr>
        <w:t>спливлих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строків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постати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питання</w:t>
      </w:r>
      <w:proofErr w:type="spell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відповідність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статтям</w:t>
      </w:r>
      <w:proofErr w:type="spellEnd"/>
      <w:r w:rsidRPr="00D23631">
        <w:rPr>
          <w:color w:val="1E2A32"/>
          <w:lang w:val="ru-RU"/>
        </w:rPr>
        <w:t xml:space="preserve"> 8, 19 і 58 </w:t>
      </w:r>
      <w:proofErr w:type="spellStart"/>
      <w:r w:rsidRPr="00D23631">
        <w:rPr>
          <w:color w:val="1E2A32"/>
          <w:lang w:val="ru-RU"/>
        </w:rPr>
        <w:t>Конституції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України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визначеність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передбачуваність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дія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органів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в межах </w:t>
      </w:r>
      <w:proofErr w:type="spellStart"/>
      <w:r w:rsidRPr="00D23631">
        <w:rPr>
          <w:color w:val="1E2A32"/>
          <w:lang w:val="ru-RU"/>
        </w:rPr>
        <w:t>повноважень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незворотність</w:t>
      </w:r>
      <w:proofErr w:type="spellEnd"/>
      <w:r w:rsidRPr="00D23631">
        <w:rPr>
          <w:color w:val="1E2A32"/>
          <w:lang w:val="ru-RU"/>
        </w:rPr>
        <w:t xml:space="preserve"> норм,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погіршують</w:t>
      </w:r>
      <w:proofErr w:type="spellEnd"/>
      <w:r w:rsidRPr="00D23631">
        <w:rPr>
          <w:color w:val="1E2A32"/>
          <w:lang w:val="ru-RU"/>
        </w:rPr>
        <w:t xml:space="preserve"> становище особи. </w:t>
      </w:r>
      <w:proofErr w:type="spellStart"/>
      <w:r w:rsidRPr="00D23631">
        <w:rPr>
          <w:color w:val="1E2A32"/>
          <w:lang w:val="ru-RU"/>
        </w:rPr>
        <w:t>Окремо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виникає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питання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ефективності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 через десятки </w:t>
      </w:r>
      <w:proofErr w:type="spellStart"/>
      <w:r w:rsidRPr="00D23631">
        <w:rPr>
          <w:color w:val="1E2A32"/>
          <w:lang w:val="ru-RU"/>
        </w:rPr>
        <w:t>років</w:t>
      </w:r>
      <w:proofErr w:type="spellEnd"/>
      <w:r w:rsidRPr="00D23631">
        <w:rPr>
          <w:color w:val="1E2A32"/>
          <w:lang w:val="ru-RU"/>
        </w:rPr>
        <w:t xml:space="preserve">, коли </w:t>
      </w:r>
      <w:proofErr w:type="spellStart"/>
      <w:r w:rsidRPr="00D23631">
        <w:rPr>
          <w:color w:val="1E2A32"/>
          <w:lang w:val="ru-RU"/>
        </w:rPr>
        <w:t>робочі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матеріали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знищені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свідки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недоступні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первинні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видання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втрачені</w:t>
      </w:r>
      <w:proofErr w:type="spellEnd"/>
      <w:r w:rsidRPr="00D23631">
        <w:rPr>
          <w:color w:val="1E2A32"/>
          <w:lang w:val="ru-RU"/>
        </w:rPr>
        <w:t xml:space="preserve">, а </w:t>
      </w:r>
      <w:proofErr w:type="spellStart"/>
      <w:r w:rsidRPr="00D23631">
        <w:rPr>
          <w:color w:val="1E2A32"/>
          <w:lang w:val="ru-RU"/>
        </w:rPr>
        <w:t>стандарти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цитування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докорінно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змінилися</w:t>
      </w:r>
      <w:proofErr w:type="spellEnd"/>
      <w:r w:rsidRPr="00D23631">
        <w:rPr>
          <w:color w:val="1E2A32"/>
          <w:lang w:val="ru-RU"/>
        </w:rPr>
        <w:t>.</w:t>
      </w:r>
    </w:p>
    <w:p w14:paraId="69C27948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Порівняння</w:t>
      </w:r>
      <w:proofErr w:type="spellEnd"/>
      <w:r w:rsidRPr="00D23631">
        <w:rPr>
          <w:color w:val="1E2A32"/>
          <w:lang w:val="ru-RU"/>
        </w:rPr>
        <w:t xml:space="preserve"> з </w:t>
      </w:r>
      <w:proofErr w:type="spellStart"/>
      <w:r w:rsidRPr="00D23631">
        <w:rPr>
          <w:color w:val="1E2A32"/>
          <w:lang w:val="ru-RU"/>
        </w:rPr>
        <w:t>кримінальним</w:t>
      </w:r>
      <w:proofErr w:type="spellEnd"/>
      <w:r w:rsidRPr="00D23631">
        <w:rPr>
          <w:color w:val="1E2A32"/>
          <w:lang w:val="ru-RU"/>
        </w:rPr>
        <w:t xml:space="preserve"> правом не є прямою </w:t>
      </w:r>
      <w:proofErr w:type="spellStart"/>
      <w:r w:rsidRPr="00D23631">
        <w:rPr>
          <w:color w:val="1E2A32"/>
          <w:lang w:val="ru-RU"/>
        </w:rPr>
        <w:t>юридичною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аналогією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академічна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відповідальність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іншу</w:t>
      </w:r>
      <w:proofErr w:type="spellEnd"/>
      <w:r w:rsidRPr="00D23631">
        <w:rPr>
          <w:color w:val="1E2A32"/>
          <w:lang w:val="ru-RU"/>
        </w:rPr>
        <w:t xml:space="preserve"> природу. </w:t>
      </w:r>
      <w:proofErr w:type="spellStart"/>
      <w:r w:rsidRPr="00D23631">
        <w:rPr>
          <w:color w:val="1E2A32"/>
          <w:lang w:val="ru-RU"/>
        </w:rPr>
        <w:t>Проте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воно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гостро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показує</w:t>
      </w:r>
      <w:proofErr w:type="spellEnd"/>
      <w:r w:rsidRPr="00D23631">
        <w:rPr>
          <w:color w:val="1E2A32"/>
          <w:lang w:val="ru-RU"/>
        </w:rPr>
        <w:t xml:space="preserve"> проблему </w:t>
      </w:r>
      <w:proofErr w:type="spellStart"/>
      <w:r w:rsidRPr="00D23631">
        <w:rPr>
          <w:color w:val="1E2A32"/>
          <w:lang w:val="ru-RU"/>
        </w:rPr>
        <w:t>пропорційності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Кримінальний</w:t>
      </w:r>
      <w:proofErr w:type="spellEnd"/>
      <w:r w:rsidRPr="00D23631">
        <w:rPr>
          <w:color w:val="1E2A32"/>
          <w:lang w:val="ru-RU"/>
        </w:rPr>
        <w:t xml:space="preserve"> кодекс за </w:t>
      </w:r>
      <w:proofErr w:type="spellStart"/>
      <w:r w:rsidRPr="00D23631">
        <w:rPr>
          <w:color w:val="1E2A32"/>
          <w:lang w:val="ru-RU"/>
        </w:rPr>
        <w:t>загальним</w:t>
      </w:r>
      <w:proofErr w:type="spellEnd"/>
      <w:r w:rsidRPr="00D23631">
        <w:rPr>
          <w:color w:val="1E2A32"/>
          <w:lang w:val="ru-RU"/>
        </w:rPr>
        <w:t xml:space="preserve"> правилом </w:t>
      </w:r>
      <w:proofErr w:type="spellStart"/>
      <w:r w:rsidRPr="00D23631">
        <w:rPr>
          <w:color w:val="1E2A32"/>
          <w:lang w:val="ru-RU"/>
        </w:rPr>
        <w:t>знає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п’ятнадцятирічний</w:t>
      </w:r>
      <w:proofErr w:type="spellEnd"/>
      <w:r w:rsidRPr="00D23631">
        <w:rPr>
          <w:color w:val="1E2A32"/>
          <w:lang w:val="ru-RU"/>
        </w:rPr>
        <w:t xml:space="preserve"> строк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навіть</w:t>
      </w:r>
      <w:proofErr w:type="spellEnd"/>
      <w:r w:rsidRPr="00D23631">
        <w:rPr>
          <w:color w:val="1E2A32"/>
          <w:lang w:val="ru-RU"/>
        </w:rPr>
        <w:t xml:space="preserve"> для особливо тяжких </w:t>
      </w:r>
      <w:proofErr w:type="spellStart"/>
      <w:r w:rsidRPr="00D23631">
        <w:rPr>
          <w:color w:val="1E2A32"/>
          <w:lang w:val="ru-RU"/>
        </w:rPr>
        <w:t>злочинів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із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визначеними</w:t>
      </w:r>
      <w:proofErr w:type="spellEnd"/>
      <w:r w:rsidRPr="00D23631">
        <w:rPr>
          <w:color w:val="1E2A32"/>
          <w:lang w:val="ru-RU"/>
        </w:rPr>
        <w:t xml:space="preserve"> законом </w:t>
      </w:r>
      <w:proofErr w:type="spellStart"/>
      <w:r w:rsidRPr="00D23631">
        <w:rPr>
          <w:color w:val="1E2A32"/>
          <w:lang w:val="ru-RU"/>
        </w:rPr>
        <w:t>винятками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академічний</w:t>
      </w:r>
      <w:proofErr w:type="spellEnd"/>
      <w:r w:rsidRPr="00D23631">
        <w:rPr>
          <w:color w:val="1E2A32"/>
          <w:lang w:val="ru-RU"/>
        </w:rPr>
        <w:t xml:space="preserve"> статус 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переглядати</w:t>
      </w:r>
      <w:proofErr w:type="spellEnd"/>
      <w:r w:rsidRPr="00D23631">
        <w:rPr>
          <w:color w:val="1E2A32"/>
          <w:lang w:val="ru-RU"/>
        </w:rPr>
        <w:t xml:space="preserve"> через </w:t>
      </w:r>
      <w:proofErr w:type="spellStart"/>
      <w:r w:rsidRPr="00D23631">
        <w:rPr>
          <w:color w:val="1E2A32"/>
          <w:lang w:val="ru-RU"/>
        </w:rPr>
        <w:t>двадцять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тридцять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сорок </w:t>
      </w:r>
      <w:proofErr w:type="spellStart"/>
      <w:r w:rsidRPr="00D23631">
        <w:rPr>
          <w:color w:val="1E2A32"/>
          <w:lang w:val="ru-RU"/>
        </w:rPr>
        <w:t>років</w:t>
      </w:r>
      <w:proofErr w:type="spellEnd"/>
      <w:r w:rsidRPr="00D23631">
        <w:rPr>
          <w:color w:val="1E2A32"/>
          <w:lang w:val="ru-RU"/>
        </w:rPr>
        <w:t xml:space="preserve">, закон </w:t>
      </w:r>
      <w:proofErr w:type="spellStart"/>
      <w:r w:rsidRPr="00D23631">
        <w:rPr>
          <w:color w:val="1E2A32"/>
          <w:lang w:val="ru-RU"/>
        </w:rPr>
        <w:t>має</w:t>
      </w:r>
      <w:proofErr w:type="spellEnd"/>
      <w:r w:rsidRPr="00D23631">
        <w:rPr>
          <w:color w:val="1E2A32"/>
          <w:lang w:val="ru-RU"/>
        </w:rPr>
        <w:t xml:space="preserve"> бути </w:t>
      </w:r>
      <w:proofErr w:type="spellStart"/>
      <w:r w:rsidRPr="00D23631">
        <w:rPr>
          <w:color w:val="1E2A32"/>
          <w:lang w:val="ru-RU"/>
        </w:rPr>
        <w:t>винятково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чітким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щодо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підстав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доказового</w:t>
      </w:r>
      <w:proofErr w:type="spellEnd"/>
      <w:r w:rsidRPr="00D23631">
        <w:rPr>
          <w:color w:val="1E2A32"/>
          <w:lang w:val="ru-RU"/>
        </w:rPr>
        <w:t xml:space="preserve"> стандарту, </w:t>
      </w:r>
      <w:proofErr w:type="spellStart"/>
      <w:r w:rsidRPr="00D23631">
        <w:rPr>
          <w:color w:val="1E2A32"/>
          <w:lang w:val="ru-RU"/>
        </w:rPr>
        <w:t>санкції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процесуальних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гарантій</w:t>
      </w:r>
      <w:proofErr w:type="spellEnd"/>
      <w:r w:rsidRPr="00D23631">
        <w:rPr>
          <w:color w:val="1E2A32"/>
          <w:lang w:val="ru-RU"/>
        </w:rPr>
        <w:t>.</w:t>
      </w:r>
    </w:p>
    <w:p w14:paraId="64B3AA14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Тому в </w:t>
      </w:r>
      <w:proofErr w:type="spellStart"/>
      <w:r w:rsidRPr="00D23631">
        <w:rPr>
          <w:color w:val="1E2A32"/>
          <w:lang w:val="ru-RU"/>
        </w:rPr>
        <w:t>перспективі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окремі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положення</w:t>
      </w:r>
      <w:proofErr w:type="spellEnd"/>
      <w:r w:rsidRPr="00D23631">
        <w:rPr>
          <w:color w:val="1E2A32"/>
          <w:lang w:val="ru-RU"/>
        </w:rPr>
        <w:t xml:space="preserve"> Закону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імовірніше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їхнє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тлумачення</w:t>
      </w:r>
      <w:proofErr w:type="spellEnd"/>
      <w:r w:rsidRPr="00D23631">
        <w:rPr>
          <w:color w:val="1E2A32"/>
          <w:lang w:val="ru-RU"/>
        </w:rPr>
        <w:t xml:space="preserve"> судами </w:t>
      </w:r>
      <w:proofErr w:type="spellStart"/>
      <w:r w:rsidRPr="00D23631">
        <w:rPr>
          <w:color w:val="1E2A32"/>
          <w:lang w:val="ru-RU"/>
        </w:rPr>
        <w:t>можуть</w:t>
      </w:r>
      <w:proofErr w:type="spellEnd"/>
      <w:r w:rsidRPr="00D23631">
        <w:rPr>
          <w:color w:val="1E2A32"/>
          <w:lang w:val="ru-RU"/>
        </w:rPr>
        <w:t xml:space="preserve"> стати предметом </w:t>
      </w:r>
      <w:proofErr w:type="spellStart"/>
      <w:r w:rsidRPr="00D23631">
        <w:rPr>
          <w:color w:val="1E2A32"/>
          <w:lang w:val="ru-RU"/>
        </w:rPr>
        <w:t>конституційної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після</w:t>
      </w:r>
      <w:proofErr w:type="spellEnd"/>
      <w:r w:rsidRPr="00D23631">
        <w:rPr>
          <w:color w:val="1E2A32"/>
          <w:lang w:val="ru-RU"/>
        </w:rPr>
        <w:t xml:space="preserve"> остаточного судового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Йдеться</w:t>
      </w:r>
      <w:proofErr w:type="spellEnd"/>
      <w:r w:rsidRPr="00D23631">
        <w:rPr>
          <w:color w:val="1E2A32"/>
          <w:lang w:val="ru-RU"/>
        </w:rPr>
        <w:t xml:space="preserve"> не про право на </w:t>
      </w:r>
      <w:proofErr w:type="spellStart"/>
      <w:r w:rsidRPr="00D23631">
        <w:rPr>
          <w:color w:val="1E2A32"/>
          <w:lang w:val="ru-RU"/>
        </w:rPr>
        <w:t>плагіат</w:t>
      </w:r>
      <w:proofErr w:type="spellEnd"/>
      <w:r w:rsidRPr="00D23631">
        <w:rPr>
          <w:color w:val="1E2A32"/>
          <w:lang w:val="ru-RU"/>
        </w:rPr>
        <w:t xml:space="preserve"> і не про «</w:t>
      </w:r>
      <w:proofErr w:type="spellStart"/>
      <w:r w:rsidRPr="00D23631">
        <w:rPr>
          <w:color w:val="1E2A32"/>
          <w:lang w:val="ru-RU"/>
        </w:rPr>
        <w:t>імунітет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давності</w:t>
      </w:r>
      <w:proofErr w:type="spellEnd"/>
      <w:r w:rsidRPr="00D23631">
        <w:rPr>
          <w:color w:val="1E2A32"/>
          <w:lang w:val="ru-RU"/>
        </w:rPr>
        <w:t xml:space="preserve">», а про </w:t>
      </w:r>
      <w:proofErr w:type="spellStart"/>
      <w:r w:rsidRPr="00D23631">
        <w:rPr>
          <w:color w:val="1E2A32"/>
          <w:lang w:val="ru-RU"/>
        </w:rPr>
        <w:t>інше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чи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держава без </w:t>
      </w:r>
      <w:proofErr w:type="spellStart"/>
      <w:r w:rsidRPr="00D23631">
        <w:rPr>
          <w:color w:val="1E2A32"/>
          <w:lang w:val="ru-RU"/>
        </w:rPr>
        <w:t>чіткої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межі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передбачуваного</w:t>
      </w:r>
      <w:proofErr w:type="spellEnd"/>
      <w:r w:rsidRPr="00D23631">
        <w:rPr>
          <w:color w:val="1E2A32"/>
          <w:lang w:val="ru-RU"/>
        </w:rPr>
        <w:t xml:space="preserve"> закону </w:t>
      </w:r>
      <w:proofErr w:type="spellStart"/>
      <w:r w:rsidRPr="00D23631">
        <w:rPr>
          <w:color w:val="1E2A32"/>
          <w:lang w:val="ru-RU"/>
        </w:rPr>
        <w:t>відновлювати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каральні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наслідки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завершених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десятиліття</w:t>
      </w:r>
      <w:proofErr w:type="spellEnd"/>
      <w:r w:rsidRPr="00D23631">
        <w:rPr>
          <w:color w:val="1E2A32"/>
          <w:lang w:val="ru-RU"/>
        </w:rPr>
        <w:t xml:space="preserve"> тому </w:t>
      </w:r>
      <w:proofErr w:type="spellStart"/>
      <w:r w:rsidRPr="00D23631">
        <w:rPr>
          <w:color w:val="1E2A32"/>
          <w:lang w:val="ru-RU"/>
        </w:rPr>
        <w:t>правовідносин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B5ADED0" w14:textId="77777777">
        <w:trPr>
          <w:cantSplit/>
          <w:jc w:val="center"/>
        </w:trPr>
        <w:tc>
          <w:tcPr>
            <w:tcW w:w="9915" w:type="dxa"/>
            <w:tcBorders>
              <w:top w:val="nil"/>
              <w:left w:val="single" w:sz="18" w:space="0" w:color="1F4E78"/>
              <w:bottom w:val="nil"/>
              <w:right w:val="nil"/>
            </w:tcBorders>
            <w:shd w:val="clear" w:color="auto" w:fill="EAF2F8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5B90A2D2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102A43"/>
                <w:sz w:val="18"/>
                <w:lang w:val="ru-RU"/>
              </w:rPr>
              <w:t>КЛЮЧОВЕ РОЗМЕЖУВАННЯ</w:t>
            </w:r>
          </w:p>
          <w:p w14:paraId="56C33F29" w14:textId="77777777" w:rsidR="005F7F9E" w:rsidRPr="00D23631" w:rsidRDefault="00000000">
            <w:pPr>
              <w:spacing w:after="0" w:line="269" w:lineRule="auto"/>
              <w:jc w:val="both"/>
              <w:rPr>
                <w:lang w:val="ru-RU"/>
              </w:rPr>
            </w:pPr>
            <w:proofErr w:type="spellStart"/>
            <w:r w:rsidRPr="00D23631">
              <w:rPr>
                <w:lang w:val="ru-RU"/>
              </w:rPr>
              <w:t>Перевірити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історичний</w:t>
            </w:r>
            <w:proofErr w:type="spellEnd"/>
            <w:r w:rsidRPr="00D23631">
              <w:rPr>
                <w:lang w:val="ru-RU"/>
              </w:rPr>
              <w:t xml:space="preserve"> текст, </w:t>
            </w:r>
            <w:proofErr w:type="spellStart"/>
            <w:r w:rsidRPr="00D23631">
              <w:rPr>
                <w:lang w:val="ru-RU"/>
              </w:rPr>
              <w:t>встановити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науковий</w:t>
            </w:r>
            <w:proofErr w:type="spellEnd"/>
            <w:r w:rsidRPr="00D23631">
              <w:rPr>
                <w:lang w:val="ru-RU"/>
              </w:rPr>
              <w:t xml:space="preserve"> факт, </w:t>
            </w:r>
            <w:proofErr w:type="spellStart"/>
            <w:r w:rsidRPr="00D23631">
              <w:rPr>
                <w:lang w:val="ru-RU"/>
              </w:rPr>
              <w:t>врахувати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старі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запозичення</w:t>
            </w:r>
            <w:proofErr w:type="spellEnd"/>
            <w:r w:rsidRPr="00D23631">
              <w:rPr>
                <w:lang w:val="ru-RU"/>
              </w:rPr>
              <w:t xml:space="preserve"> у </w:t>
            </w:r>
            <w:proofErr w:type="spellStart"/>
            <w:r w:rsidRPr="00D23631">
              <w:rPr>
                <w:lang w:val="ru-RU"/>
              </w:rPr>
              <w:t>поточній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діяльності</w:t>
            </w:r>
            <w:proofErr w:type="spellEnd"/>
            <w:r w:rsidRPr="00D23631">
              <w:rPr>
                <w:lang w:val="ru-RU"/>
              </w:rPr>
              <w:t xml:space="preserve"> та </w:t>
            </w:r>
            <w:proofErr w:type="spellStart"/>
            <w:r w:rsidRPr="00D23631">
              <w:rPr>
                <w:lang w:val="ru-RU"/>
              </w:rPr>
              <w:t>позбавити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вже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присудженого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ступеня</w:t>
            </w:r>
            <w:proofErr w:type="spellEnd"/>
            <w:r w:rsidRPr="00D23631">
              <w:rPr>
                <w:lang w:val="ru-RU"/>
              </w:rPr>
              <w:t xml:space="preserve"> — </w:t>
            </w:r>
            <w:proofErr w:type="spellStart"/>
            <w:r w:rsidRPr="00D23631">
              <w:rPr>
                <w:lang w:val="ru-RU"/>
              </w:rPr>
              <w:t>це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чотири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різні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правові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дії</w:t>
            </w:r>
            <w:proofErr w:type="spellEnd"/>
            <w:r w:rsidRPr="00D23631">
              <w:rPr>
                <w:lang w:val="ru-RU"/>
              </w:rPr>
              <w:t xml:space="preserve">. </w:t>
            </w:r>
            <w:proofErr w:type="spellStart"/>
            <w:r w:rsidRPr="00D23631">
              <w:rPr>
                <w:lang w:val="ru-RU"/>
              </w:rPr>
              <w:t>Комісія</w:t>
            </w:r>
            <w:proofErr w:type="spellEnd"/>
            <w:r w:rsidRPr="00D23631">
              <w:rPr>
                <w:lang w:val="ru-RU"/>
              </w:rPr>
              <w:t xml:space="preserve"> не </w:t>
            </w:r>
            <w:proofErr w:type="spellStart"/>
            <w:r w:rsidRPr="00D23631">
              <w:rPr>
                <w:lang w:val="ru-RU"/>
              </w:rPr>
              <w:t>має</w:t>
            </w:r>
            <w:proofErr w:type="spellEnd"/>
            <w:r w:rsidRPr="00D23631">
              <w:rPr>
                <w:lang w:val="ru-RU"/>
              </w:rPr>
              <w:t xml:space="preserve"> права </w:t>
            </w:r>
            <w:proofErr w:type="spellStart"/>
            <w:r w:rsidRPr="00D23631">
              <w:rPr>
                <w:lang w:val="ru-RU"/>
              </w:rPr>
              <w:t>зливати</w:t>
            </w:r>
            <w:proofErr w:type="spellEnd"/>
            <w:r w:rsidRPr="00D23631">
              <w:rPr>
                <w:lang w:val="ru-RU"/>
              </w:rPr>
              <w:t xml:space="preserve"> </w:t>
            </w:r>
            <w:proofErr w:type="spellStart"/>
            <w:r w:rsidRPr="00D23631">
              <w:rPr>
                <w:lang w:val="ru-RU"/>
              </w:rPr>
              <w:t>їх</w:t>
            </w:r>
            <w:proofErr w:type="spellEnd"/>
            <w:r w:rsidRPr="00D23631">
              <w:rPr>
                <w:lang w:val="ru-RU"/>
              </w:rPr>
              <w:t xml:space="preserve"> в одну </w:t>
            </w:r>
            <w:proofErr w:type="spellStart"/>
            <w:r w:rsidRPr="00D23631">
              <w:rPr>
                <w:lang w:val="ru-RU"/>
              </w:rPr>
              <w:t>автоматичну</w:t>
            </w:r>
            <w:proofErr w:type="spellEnd"/>
            <w:r w:rsidRPr="00D23631">
              <w:rPr>
                <w:lang w:val="ru-RU"/>
              </w:rPr>
              <w:t xml:space="preserve"> формулу.</w:t>
            </w:r>
          </w:p>
        </w:tc>
      </w:tr>
    </w:tbl>
    <w:p w14:paraId="0822A004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9.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Чого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робити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не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можна</w:t>
      </w:r>
      <w:proofErr w:type="spellEnd"/>
    </w:p>
    <w:p w14:paraId="336173C0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визнавати</w:t>
      </w:r>
      <w:proofErr w:type="spellEnd"/>
      <w:r w:rsidRPr="00D23631">
        <w:rPr>
          <w:b/>
          <w:color w:val="102A43"/>
          <w:lang w:val="ru-RU"/>
        </w:rPr>
        <w:t xml:space="preserve"> «для спокою» те, </w:t>
      </w:r>
      <w:proofErr w:type="spellStart"/>
      <w:r w:rsidRPr="00D23631">
        <w:rPr>
          <w:b/>
          <w:color w:val="102A43"/>
          <w:lang w:val="ru-RU"/>
        </w:rPr>
        <w:t>чого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ви</w:t>
      </w:r>
      <w:proofErr w:type="spellEnd"/>
      <w:r w:rsidRPr="00D23631">
        <w:rPr>
          <w:b/>
          <w:color w:val="102A43"/>
          <w:lang w:val="ru-RU"/>
        </w:rPr>
        <w:t xml:space="preserve"> не </w:t>
      </w:r>
      <w:proofErr w:type="spellStart"/>
      <w:r w:rsidRPr="00D23631">
        <w:rPr>
          <w:b/>
          <w:color w:val="102A43"/>
          <w:lang w:val="ru-RU"/>
        </w:rPr>
        <w:t>перевірили</w:t>
      </w:r>
      <w:proofErr w:type="spellEnd"/>
      <w:r w:rsidRPr="00D23631">
        <w:rPr>
          <w:b/>
          <w:color w:val="102A43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Навіть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побутова</w:t>
      </w:r>
      <w:proofErr w:type="spellEnd"/>
      <w:r w:rsidRPr="00D23631">
        <w:rPr>
          <w:color w:val="1E2A32"/>
          <w:lang w:val="ru-RU"/>
        </w:rPr>
        <w:t xml:space="preserve"> фраза «</w:t>
      </w:r>
      <w:proofErr w:type="spellStart"/>
      <w:r w:rsidRPr="00D23631">
        <w:rPr>
          <w:color w:val="1E2A32"/>
          <w:lang w:val="ru-RU"/>
        </w:rPr>
        <w:t>можливо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десь</w:t>
      </w:r>
      <w:proofErr w:type="spellEnd"/>
      <w:r w:rsidRPr="00D23631">
        <w:rPr>
          <w:color w:val="1E2A32"/>
          <w:lang w:val="ru-RU"/>
        </w:rPr>
        <w:t xml:space="preserve"> не поставив </w:t>
      </w:r>
      <w:proofErr w:type="spellStart"/>
      <w:r w:rsidRPr="00D23631">
        <w:rPr>
          <w:color w:val="1E2A32"/>
          <w:lang w:val="ru-RU"/>
        </w:rPr>
        <w:t>посилання</w:t>
      </w:r>
      <w:proofErr w:type="spellEnd"/>
      <w:r w:rsidRPr="00D23631">
        <w:rPr>
          <w:color w:val="1E2A32"/>
          <w:lang w:val="ru-RU"/>
        </w:rPr>
        <w:t xml:space="preserve">» </w:t>
      </w:r>
      <w:proofErr w:type="spellStart"/>
      <w:r w:rsidRPr="00D23631">
        <w:rPr>
          <w:color w:val="1E2A32"/>
          <w:lang w:val="ru-RU"/>
        </w:rPr>
        <w:t>може</w:t>
      </w:r>
      <w:proofErr w:type="spellEnd"/>
      <w:r w:rsidRPr="00D23631">
        <w:rPr>
          <w:color w:val="1E2A32"/>
          <w:lang w:val="ru-RU"/>
        </w:rPr>
        <w:t xml:space="preserve"> стати </w:t>
      </w:r>
      <w:proofErr w:type="spellStart"/>
      <w:r w:rsidRPr="00D23631">
        <w:rPr>
          <w:color w:val="1E2A32"/>
          <w:lang w:val="ru-RU"/>
        </w:rPr>
        <w:t>центральним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доказом</w:t>
      </w:r>
      <w:proofErr w:type="spellEnd"/>
      <w:r w:rsidRPr="00D23631">
        <w:rPr>
          <w:color w:val="1E2A32"/>
          <w:lang w:val="ru-RU"/>
        </w:rPr>
        <w:t>.</w:t>
      </w:r>
    </w:p>
    <w:p w14:paraId="3CA24C5D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воювати</w:t>
      </w:r>
      <w:proofErr w:type="spellEnd"/>
      <w:r w:rsidRPr="00D23631">
        <w:rPr>
          <w:b/>
          <w:color w:val="102A43"/>
          <w:lang w:val="ru-RU"/>
        </w:rPr>
        <w:t xml:space="preserve"> з </w:t>
      </w:r>
      <w:proofErr w:type="spellStart"/>
      <w:r w:rsidRPr="00D23631">
        <w:rPr>
          <w:b/>
          <w:color w:val="102A43"/>
          <w:lang w:val="ru-RU"/>
        </w:rPr>
        <w:t>усією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академічною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спільнотою</w:t>
      </w:r>
      <w:proofErr w:type="spellEnd"/>
      <w:r w:rsidRPr="00D23631">
        <w:rPr>
          <w:b/>
          <w:color w:val="102A43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Загальні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звинувачення</w:t>
      </w:r>
      <w:proofErr w:type="spellEnd"/>
      <w:r w:rsidRPr="00D23631">
        <w:rPr>
          <w:color w:val="1E2A32"/>
          <w:lang w:val="ru-RU"/>
        </w:rPr>
        <w:t xml:space="preserve"> «у </w:t>
      </w:r>
      <w:proofErr w:type="spellStart"/>
      <w:r w:rsidRPr="00D23631">
        <w:rPr>
          <w:color w:val="1E2A32"/>
          <w:lang w:val="ru-RU"/>
        </w:rPr>
        <w:t>всіх</w:t>
      </w:r>
      <w:proofErr w:type="spellEnd"/>
      <w:r w:rsidRPr="00D23631">
        <w:rPr>
          <w:color w:val="1E2A32"/>
          <w:lang w:val="ru-RU"/>
        </w:rPr>
        <w:t xml:space="preserve"> так» не </w:t>
      </w:r>
      <w:proofErr w:type="spellStart"/>
      <w:r w:rsidRPr="00D23631">
        <w:rPr>
          <w:color w:val="1E2A32"/>
          <w:lang w:val="ru-RU"/>
        </w:rPr>
        <w:t>захищають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підривають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довіру</w:t>
      </w:r>
      <w:proofErr w:type="spellEnd"/>
      <w:r w:rsidRPr="00D23631">
        <w:rPr>
          <w:color w:val="1E2A32"/>
          <w:lang w:val="ru-RU"/>
        </w:rPr>
        <w:t>.</w:t>
      </w:r>
    </w:p>
    <w:p w14:paraId="39586DCB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тиснути</w:t>
      </w:r>
      <w:proofErr w:type="spellEnd"/>
      <w:r w:rsidRPr="00D23631">
        <w:rPr>
          <w:b/>
          <w:color w:val="102A43"/>
          <w:lang w:val="ru-RU"/>
        </w:rPr>
        <w:t xml:space="preserve"> на </w:t>
      </w:r>
      <w:proofErr w:type="spellStart"/>
      <w:r w:rsidRPr="00D23631">
        <w:rPr>
          <w:b/>
          <w:color w:val="102A43"/>
          <w:lang w:val="ru-RU"/>
        </w:rPr>
        <w:t>комісію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адміністративними</w:t>
      </w:r>
      <w:proofErr w:type="spellEnd"/>
      <w:r w:rsidRPr="00D23631">
        <w:rPr>
          <w:b/>
          <w:color w:val="102A43"/>
          <w:lang w:val="ru-RU"/>
        </w:rPr>
        <w:t xml:space="preserve"> ресурсами. </w:t>
      </w:r>
      <w:r w:rsidRPr="00D23631">
        <w:rPr>
          <w:color w:val="1E2A32"/>
          <w:lang w:val="ru-RU"/>
        </w:rPr>
        <w:t xml:space="preserve">Будь-яке </w:t>
      </w:r>
      <w:proofErr w:type="spellStart"/>
      <w:r w:rsidRPr="00D23631">
        <w:rPr>
          <w:color w:val="1E2A32"/>
          <w:lang w:val="ru-RU"/>
        </w:rPr>
        <w:t>втручання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посилює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підозру</w:t>
      </w:r>
      <w:proofErr w:type="spellEnd"/>
      <w:r w:rsidRPr="00D23631">
        <w:rPr>
          <w:color w:val="1E2A32"/>
          <w:lang w:val="ru-RU"/>
        </w:rPr>
        <w:t xml:space="preserve"> й </w:t>
      </w:r>
      <w:proofErr w:type="spellStart"/>
      <w:r w:rsidRPr="00D23631">
        <w:rPr>
          <w:color w:val="1E2A32"/>
          <w:lang w:val="ru-RU"/>
        </w:rPr>
        <w:t>створює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окремі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ризики</w:t>
      </w:r>
      <w:proofErr w:type="spellEnd"/>
      <w:r w:rsidRPr="00D23631">
        <w:rPr>
          <w:color w:val="1E2A32"/>
          <w:lang w:val="ru-RU"/>
        </w:rPr>
        <w:t>.</w:t>
      </w:r>
    </w:p>
    <w:p w14:paraId="1078CEB4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знищувати</w:t>
      </w:r>
      <w:proofErr w:type="spellEnd"/>
      <w:r w:rsidRPr="00D23631">
        <w:rPr>
          <w:b/>
          <w:color w:val="102A43"/>
          <w:lang w:val="ru-RU"/>
        </w:rPr>
        <w:t xml:space="preserve"> та не </w:t>
      </w:r>
      <w:proofErr w:type="spellStart"/>
      <w:r w:rsidRPr="00D23631">
        <w:rPr>
          <w:b/>
          <w:color w:val="102A43"/>
          <w:lang w:val="ru-RU"/>
        </w:rPr>
        <w:t>переписувати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цифрові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матеріали</w:t>
      </w:r>
      <w:proofErr w:type="spellEnd"/>
      <w:r w:rsidRPr="00D23631">
        <w:rPr>
          <w:b/>
          <w:color w:val="102A43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Автентичність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важливіша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косметичне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виправлення</w:t>
      </w:r>
      <w:proofErr w:type="spellEnd"/>
      <w:r w:rsidRPr="00D23631">
        <w:rPr>
          <w:color w:val="1E2A32"/>
          <w:lang w:val="ru-RU"/>
        </w:rPr>
        <w:t>.</w:t>
      </w:r>
    </w:p>
    <w:p w14:paraId="059E8D96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звинувачувати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заявника</w:t>
      </w:r>
      <w:proofErr w:type="spellEnd"/>
      <w:r w:rsidRPr="00D23631">
        <w:rPr>
          <w:b/>
          <w:color w:val="102A43"/>
          <w:lang w:val="ru-RU"/>
        </w:rPr>
        <w:t xml:space="preserve"> у </w:t>
      </w:r>
      <w:proofErr w:type="spellStart"/>
      <w:r w:rsidRPr="00D23631">
        <w:rPr>
          <w:b/>
          <w:color w:val="102A43"/>
          <w:lang w:val="ru-RU"/>
        </w:rPr>
        <w:t>злочині</w:t>
      </w:r>
      <w:proofErr w:type="spellEnd"/>
      <w:r w:rsidRPr="00D23631">
        <w:rPr>
          <w:b/>
          <w:color w:val="102A43"/>
          <w:lang w:val="ru-RU"/>
        </w:rPr>
        <w:t xml:space="preserve"> без </w:t>
      </w:r>
      <w:proofErr w:type="spellStart"/>
      <w:r w:rsidRPr="00D23631">
        <w:rPr>
          <w:b/>
          <w:color w:val="102A43"/>
          <w:lang w:val="ru-RU"/>
        </w:rPr>
        <w:t>доказів</w:t>
      </w:r>
      <w:proofErr w:type="spellEnd"/>
      <w:r w:rsidRPr="00D23631">
        <w:rPr>
          <w:b/>
          <w:color w:val="102A43"/>
          <w:lang w:val="ru-RU"/>
        </w:rPr>
        <w:t xml:space="preserve">. </w:t>
      </w:r>
      <w:r w:rsidRPr="00D23631">
        <w:rPr>
          <w:color w:val="1E2A32"/>
          <w:lang w:val="ru-RU"/>
        </w:rPr>
        <w:t xml:space="preserve">Право на </w:t>
      </w:r>
      <w:proofErr w:type="spellStart"/>
      <w:r w:rsidRPr="00D23631">
        <w:rPr>
          <w:color w:val="1E2A32"/>
          <w:lang w:val="ru-RU"/>
        </w:rPr>
        <w:t>звернення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захищається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Конституцією</w:t>
      </w:r>
      <w:proofErr w:type="spellEnd"/>
      <w:r w:rsidRPr="00D23631">
        <w:rPr>
          <w:color w:val="1E2A32"/>
          <w:lang w:val="ru-RU"/>
        </w:rPr>
        <w:t xml:space="preserve">; </w:t>
      </w:r>
      <w:proofErr w:type="spellStart"/>
      <w:r w:rsidRPr="00D23631">
        <w:rPr>
          <w:color w:val="1E2A32"/>
          <w:lang w:val="ru-RU"/>
        </w:rPr>
        <w:t>відповідальність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можлива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конкретні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неправомірні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дії</w:t>
      </w:r>
      <w:proofErr w:type="spellEnd"/>
      <w:r w:rsidRPr="00D23631">
        <w:rPr>
          <w:color w:val="1E2A32"/>
          <w:lang w:val="ru-RU"/>
        </w:rPr>
        <w:t>.</w:t>
      </w:r>
    </w:p>
    <w:p w14:paraId="2EAA5DD4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lastRenderedPageBreak/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покладатися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лише</w:t>
      </w:r>
      <w:proofErr w:type="spellEnd"/>
      <w:r w:rsidRPr="00D23631">
        <w:rPr>
          <w:b/>
          <w:color w:val="102A43"/>
          <w:lang w:val="ru-RU"/>
        </w:rPr>
        <w:t xml:space="preserve"> на </w:t>
      </w:r>
      <w:proofErr w:type="spellStart"/>
      <w:r w:rsidRPr="00D23631">
        <w:rPr>
          <w:b/>
          <w:color w:val="102A43"/>
          <w:lang w:val="ru-RU"/>
        </w:rPr>
        <w:t>титули</w:t>
      </w:r>
      <w:proofErr w:type="spellEnd"/>
      <w:r w:rsidRPr="00D23631">
        <w:rPr>
          <w:b/>
          <w:color w:val="102A43"/>
          <w:lang w:val="ru-RU"/>
        </w:rPr>
        <w:t xml:space="preserve"> й </w:t>
      </w:r>
      <w:proofErr w:type="spellStart"/>
      <w:r w:rsidRPr="00D23631">
        <w:rPr>
          <w:b/>
          <w:color w:val="102A43"/>
          <w:lang w:val="ru-RU"/>
        </w:rPr>
        <w:t>репутацію</w:t>
      </w:r>
      <w:proofErr w:type="spellEnd"/>
      <w:r w:rsidRPr="00D23631">
        <w:rPr>
          <w:b/>
          <w:color w:val="102A43"/>
          <w:lang w:val="ru-RU"/>
        </w:rPr>
        <w:t xml:space="preserve">. </w:t>
      </w:r>
      <w:r w:rsidRPr="00D23631">
        <w:rPr>
          <w:color w:val="1E2A32"/>
          <w:lang w:val="ru-RU"/>
        </w:rPr>
        <w:t xml:space="preserve">Авторитет не </w:t>
      </w:r>
      <w:proofErr w:type="spellStart"/>
      <w:r w:rsidRPr="00D23631">
        <w:rPr>
          <w:color w:val="1E2A32"/>
          <w:lang w:val="ru-RU"/>
        </w:rPr>
        <w:t>замінює</w:t>
      </w:r>
      <w:proofErr w:type="spellEnd"/>
      <w:r w:rsidRPr="00D23631">
        <w:rPr>
          <w:color w:val="1E2A32"/>
          <w:lang w:val="ru-RU"/>
        </w:rPr>
        <w:t xml:space="preserve"> фрагментного </w:t>
      </w:r>
      <w:proofErr w:type="spellStart"/>
      <w:r w:rsidRPr="00D23631">
        <w:rPr>
          <w:color w:val="1E2A32"/>
          <w:lang w:val="ru-RU"/>
        </w:rPr>
        <w:t>аналізу</w:t>
      </w:r>
      <w:proofErr w:type="spellEnd"/>
      <w:r w:rsidRPr="00D23631">
        <w:rPr>
          <w:color w:val="1E2A32"/>
          <w:lang w:val="ru-RU"/>
        </w:rPr>
        <w:t xml:space="preserve">, так само як </w:t>
      </w:r>
      <w:proofErr w:type="spellStart"/>
      <w:r w:rsidRPr="00D23631">
        <w:rPr>
          <w:color w:val="1E2A32"/>
          <w:lang w:val="ru-RU"/>
        </w:rPr>
        <w:t>скарга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скасовує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презумпції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доброчесності</w:t>
      </w:r>
      <w:proofErr w:type="spellEnd"/>
      <w:r w:rsidRPr="00D23631">
        <w:rPr>
          <w:color w:val="1E2A32"/>
          <w:lang w:val="ru-RU"/>
        </w:rPr>
        <w:t>.</w:t>
      </w:r>
    </w:p>
    <w:p w14:paraId="58DE598B" w14:textId="77777777" w:rsidR="005F7F9E" w:rsidRPr="00D23631" w:rsidRDefault="00000000">
      <w:pPr>
        <w:pStyle w:val="Bullet"/>
        <w:spacing w:after="80"/>
        <w:ind w:left="170"/>
        <w:rPr>
          <w:lang w:val="ru-RU"/>
        </w:rPr>
      </w:pPr>
      <w:r w:rsidRPr="00D23631">
        <w:rPr>
          <w:b/>
          <w:color w:val="9F2D2D"/>
          <w:sz w:val="21"/>
          <w:lang w:val="ru-RU"/>
        </w:rPr>
        <w:t xml:space="preserve">✕ </w:t>
      </w:r>
      <w:r w:rsidRPr="00D23631">
        <w:rPr>
          <w:b/>
          <w:color w:val="102A43"/>
          <w:lang w:val="ru-RU"/>
        </w:rPr>
        <w:t xml:space="preserve">Не </w:t>
      </w:r>
      <w:proofErr w:type="spellStart"/>
      <w:r w:rsidRPr="00D23631">
        <w:rPr>
          <w:b/>
          <w:color w:val="102A43"/>
          <w:lang w:val="ru-RU"/>
        </w:rPr>
        <w:t>чекати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фінального</w:t>
      </w:r>
      <w:proofErr w:type="spellEnd"/>
      <w:r w:rsidRPr="00D23631">
        <w:rPr>
          <w:b/>
          <w:color w:val="102A43"/>
          <w:lang w:val="ru-RU"/>
        </w:rPr>
        <w:t xml:space="preserve"> </w:t>
      </w:r>
      <w:proofErr w:type="spellStart"/>
      <w:r w:rsidRPr="00D23631">
        <w:rPr>
          <w:b/>
          <w:color w:val="102A43"/>
          <w:lang w:val="ru-RU"/>
        </w:rPr>
        <w:t>рішення</w:t>
      </w:r>
      <w:proofErr w:type="spellEnd"/>
      <w:r w:rsidRPr="00D23631">
        <w:rPr>
          <w:b/>
          <w:color w:val="102A43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Після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нього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виправити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невнесені</w:t>
      </w:r>
      <w:proofErr w:type="spellEnd"/>
      <w:r w:rsidRPr="00D23631">
        <w:rPr>
          <w:color w:val="1E2A32"/>
          <w:lang w:val="ru-RU"/>
        </w:rPr>
        <w:t xml:space="preserve"> </w:t>
      </w:r>
      <w:proofErr w:type="gramStart"/>
      <w:r w:rsidRPr="00D23631">
        <w:rPr>
          <w:color w:val="1E2A32"/>
          <w:lang w:val="ru-RU"/>
        </w:rPr>
        <w:t>до протоколу</w:t>
      </w:r>
      <w:proofErr w:type="gram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аргументи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значно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складніше</w:t>
      </w:r>
      <w:proofErr w:type="spellEnd"/>
      <w:r w:rsidRPr="00D23631">
        <w:rPr>
          <w:color w:val="1E2A32"/>
          <w:lang w:val="ru-RU"/>
        </w:rPr>
        <w:t>.</w:t>
      </w:r>
    </w:p>
    <w:p w14:paraId="651E06EE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10.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Що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робить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спеціалізований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адвокат у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такій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справі</w:t>
      </w:r>
      <w:proofErr w:type="spellEnd"/>
    </w:p>
    <w:p w14:paraId="4BFCC5B5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Правова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допомога</w:t>
      </w:r>
      <w:proofErr w:type="spellEnd"/>
      <w:r w:rsidRPr="00D23631">
        <w:rPr>
          <w:color w:val="1E2A32"/>
          <w:lang w:val="ru-RU"/>
        </w:rPr>
        <w:t xml:space="preserve"> </w:t>
      </w:r>
      <w:proofErr w:type="gramStart"/>
      <w:r w:rsidRPr="00D23631">
        <w:rPr>
          <w:color w:val="1E2A32"/>
          <w:lang w:val="ru-RU"/>
        </w:rPr>
        <w:t>у справах</w:t>
      </w:r>
      <w:proofErr w:type="gramEnd"/>
      <w:r w:rsidRPr="00D23631">
        <w:rPr>
          <w:color w:val="1E2A32"/>
          <w:lang w:val="ru-RU"/>
        </w:rPr>
        <w:t xml:space="preserve"> про </w:t>
      </w:r>
      <w:proofErr w:type="spellStart"/>
      <w:r w:rsidRPr="00D23631">
        <w:rPr>
          <w:color w:val="1E2A32"/>
          <w:lang w:val="ru-RU"/>
        </w:rPr>
        <w:t>академічний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плагіат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зводиться</w:t>
      </w:r>
      <w:proofErr w:type="spellEnd"/>
      <w:r w:rsidRPr="00D23631">
        <w:rPr>
          <w:color w:val="1E2A32"/>
          <w:lang w:val="ru-RU"/>
        </w:rPr>
        <w:t xml:space="preserve"> до </w:t>
      </w:r>
      <w:proofErr w:type="spellStart"/>
      <w:r w:rsidRPr="00D23631">
        <w:rPr>
          <w:color w:val="1E2A32"/>
          <w:lang w:val="ru-RU"/>
        </w:rPr>
        <w:t>написання</w:t>
      </w:r>
      <w:proofErr w:type="spellEnd"/>
      <w:r w:rsidRPr="00D23631">
        <w:rPr>
          <w:color w:val="1E2A32"/>
          <w:lang w:val="ru-RU"/>
        </w:rPr>
        <w:t xml:space="preserve"> одного </w:t>
      </w:r>
      <w:proofErr w:type="spellStart"/>
      <w:r w:rsidRPr="00D23631">
        <w:rPr>
          <w:color w:val="1E2A32"/>
          <w:lang w:val="ru-RU"/>
        </w:rPr>
        <w:t>заперечення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Це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міждисциплінарний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проєкт</w:t>
      </w:r>
      <w:proofErr w:type="spellEnd"/>
      <w:r w:rsidRPr="00D23631">
        <w:rPr>
          <w:color w:val="1E2A32"/>
          <w:lang w:val="ru-RU"/>
        </w:rPr>
        <w:t xml:space="preserve">, у </w:t>
      </w:r>
      <w:proofErr w:type="spellStart"/>
      <w:r w:rsidRPr="00D23631">
        <w:rPr>
          <w:color w:val="1E2A32"/>
          <w:lang w:val="ru-RU"/>
        </w:rPr>
        <w:t>якому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мають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працювати</w:t>
      </w:r>
      <w:proofErr w:type="spellEnd"/>
      <w:r w:rsidRPr="00D23631">
        <w:rPr>
          <w:color w:val="1E2A32"/>
          <w:lang w:val="ru-RU"/>
        </w:rPr>
        <w:t xml:space="preserve"> право, </w:t>
      </w:r>
      <w:proofErr w:type="spellStart"/>
      <w:r w:rsidRPr="00D23631">
        <w:rPr>
          <w:color w:val="1E2A32"/>
          <w:lang w:val="ru-RU"/>
        </w:rPr>
        <w:t>текстологія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бібліографія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цифрова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криміналістика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кризові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комунікації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350"/>
        <w:gridCol w:w="504"/>
      </w:tblGrid>
      <w:tr w:rsidR="005F7F9E" w:rsidRPr="00D23631" w14:paraId="2515039F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3B398426" w14:textId="77777777" w:rsidR="005F7F9E" w:rsidRDefault="00000000">
            <w:pPr>
              <w:spacing w:after="0"/>
            </w:pPr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Експрес-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аудит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перших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24–72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годин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88F8604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процесуальний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статус,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ризики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строки,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комунікація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збереження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доказів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6C5E69C4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3238BF22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Темпоральна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правова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матриця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4609430F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визначення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законодавства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на дату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створення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захисту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остаточного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присудження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теперішнього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розгляду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21D0DB5A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7D0C83CD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 xml:space="preserve">Аудит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>скарги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>цифрових</w:t>
            </w:r>
            <w:proofErr w:type="spellEnd"/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b/>
                <w:color w:val="102A43"/>
                <w:sz w:val="18"/>
                <w:lang w:val="ru-RU"/>
              </w:rPr>
              <w:t>файлів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64295C90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КЕП,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метадані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r>
              <w:rPr>
                <w:rFonts w:ascii="Liberation Sans" w:eastAsia="Liberation Sans" w:hAnsi="Liberation Sans"/>
                <w:sz w:val="18"/>
              </w:rPr>
              <w:t>OCR</w:t>
            </w: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повнота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додатків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хронологія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джерел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автентичність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видань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0099F99C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647BD9C5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Фрагментна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контртаблиця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7E5E3EBE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правова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текстологічна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відповідь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щодо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кожного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заявленого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епізоду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46071407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E098F71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Представництво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перед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комісією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3FD0BD9D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клопотання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відводи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питання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експертам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участь у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засіданнях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контроль протоколу й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мотивування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0DAF1566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18982690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Апеляційний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і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судовий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захист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00C29DF" w14:textId="77777777" w:rsidR="005F7F9E" w:rsidRPr="00D23631" w:rsidRDefault="00000000">
            <w:pPr>
              <w:spacing w:after="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НАЗЯВО,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адміністративний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суд,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забезпечення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позову,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конституційна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скарга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конвенційна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перспектива.</w:t>
            </w:r>
          </w:p>
        </w:tc>
      </w:tr>
      <w:tr w:rsidR="005F7F9E" w:rsidRPr="00D23631" w14:paraId="2597D581" w14:textId="77777777">
        <w:trPr>
          <w:gridAfter w:val="1"/>
          <w:wAfter w:w="404" w:type="dxa"/>
          <w:cantSplit/>
          <w:jc w:val="center"/>
        </w:trPr>
        <w:tc>
          <w:tcPr>
            <w:tcW w:w="3061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EAF2F8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10D4A52D" w14:textId="77777777" w:rsidR="005F7F9E" w:rsidRDefault="00000000">
            <w:pPr>
              <w:spacing w:after="0"/>
            </w:pP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Репутаційний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18"/>
              </w:rPr>
              <w:t>протокол</w:t>
            </w:r>
            <w:proofErr w:type="spellEnd"/>
          </w:p>
        </w:tc>
        <w:tc>
          <w:tcPr>
            <w:tcW w:w="6350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48D16EE3" w14:textId="77777777" w:rsidR="005F7F9E" w:rsidRPr="00D23631" w:rsidRDefault="00000000">
            <w:pPr>
              <w:spacing w:after="0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юридично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безпечна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публічна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позиція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спростування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неправдивих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фактів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документування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інформаційної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кампанії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.</w:t>
            </w:r>
          </w:p>
        </w:tc>
      </w:tr>
      <w:tr w:rsidR="005F7F9E" w:rsidRPr="00D23631" w14:paraId="0910545F" w14:textId="77777777">
        <w:trPr>
          <w:cantSplit/>
          <w:jc w:val="center"/>
        </w:trPr>
        <w:tc>
          <w:tcPr>
            <w:tcW w:w="9915" w:type="dxa"/>
            <w:gridSpan w:val="3"/>
            <w:tcBorders>
              <w:top w:val="nil"/>
              <w:left w:val="single" w:sz="18" w:space="0" w:color="C5A25D"/>
              <w:bottom w:val="nil"/>
              <w:right w:val="nil"/>
            </w:tcBorders>
            <w:shd w:val="clear" w:color="auto" w:fill="F5EBD4"/>
            <w:tcMar>
              <w:top w:w="160" w:type="dxa"/>
              <w:left w:w="210" w:type="dxa"/>
              <w:bottom w:w="150" w:type="dxa"/>
              <w:right w:w="210" w:type="dxa"/>
            </w:tcMar>
          </w:tcPr>
          <w:p w14:paraId="4CE683F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aps/>
                <w:color w:val="7B2636"/>
                <w:sz w:val="18"/>
                <w:lang w:val="ru-RU"/>
              </w:rPr>
              <w:t>КОЛИ ЗВЕРТАТИСЯ ПО ДОПОМОГУ</w:t>
            </w:r>
          </w:p>
          <w:p w14:paraId="4260725E" w14:textId="77777777" w:rsidR="005F7F9E" w:rsidRPr="00D23631" w:rsidRDefault="00000000">
            <w:pPr>
              <w:spacing w:after="0" w:line="269" w:lineRule="auto"/>
              <w:rPr>
                <w:lang w:val="ru-RU"/>
              </w:rPr>
            </w:pPr>
            <w:r w:rsidRPr="00D23631">
              <w:rPr>
                <w:i/>
                <w:lang w:val="ru-RU"/>
              </w:rPr>
              <w:t xml:space="preserve">Не </w:t>
            </w:r>
            <w:proofErr w:type="spellStart"/>
            <w:r w:rsidRPr="00D23631">
              <w:rPr>
                <w:i/>
                <w:lang w:val="ru-RU"/>
              </w:rPr>
              <w:t>після</w:t>
            </w:r>
            <w:proofErr w:type="spellEnd"/>
            <w:r w:rsidRPr="00D23631">
              <w:rPr>
                <w:i/>
                <w:lang w:val="ru-RU"/>
              </w:rPr>
              <w:t xml:space="preserve"> того, як </w:t>
            </w:r>
            <w:proofErr w:type="spellStart"/>
            <w:r w:rsidRPr="00D23631">
              <w:rPr>
                <w:i/>
                <w:lang w:val="ru-RU"/>
              </w:rPr>
              <w:t>рішення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оприлюднено</w:t>
            </w:r>
            <w:proofErr w:type="spellEnd"/>
            <w:r w:rsidRPr="00D23631">
              <w:rPr>
                <w:i/>
                <w:lang w:val="ru-RU"/>
              </w:rPr>
              <w:t xml:space="preserve">, а </w:t>
            </w:r>
            <w:proofErr w:type="spellStart"/>
            <w:r w:rsidRPr="00D23631">
              <w:rPr>
                <w:i/>
                <w:lang w:val="ru-RU"/>
              </w:rPr>
              <w:t>одразу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після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першого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офіційного</w:t>
            </w:r>
            <w:proofErr w:type="spellEnd"/>
            <w:r w:rsidRPr="00D23631">
              <w:rPr>
                <w:i/>
                <w:lang w:val="ru-RU"/>
              </w:rPr>
              <w:t xml:space="preserve"> листа — </w:t>
            </w:r>
            <w:proofErr w:type="spellStart"/>
            <w:r w:rsidRPr="00D23631">
              <w:rPr>
                <w:i/>
                <w:lang w:val="ru-RU"/>
              </w:rPr>
              <w:t>або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навіть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після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достовірної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інформації</w:t>
            </w:r>
            <w:proofErr w:type="spellEnd"/>
            <w:r w:rsidRPr="00D23631">
              <w:rPr>
                <w:i/>
                <w:lang w:val="ru-RU"/>
              </w:rPr>
              <w:t xml:space="preserve"> про </w:t>
            </w:r>
            <w:proofErr w:type="spellStart"/>
            <w:r w:rsidRPr="00D23631">
              <w:rPr>
                <w:i/>
                <w:lang w:val="ru-RU"/>
              </w:rPr>
              <w:t>підготовку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скарги</w:t>
            </w:r>
            <w:proofErr w:type="spellEnd"/>
            <w:r w:rsidRPr="00D23631">
              <w:rPr>
                <w:i/>
                <w:lang w:val="ru-RU"/>
              </w:rPr>
              <w:t xml:space="preserve">. </w:t>
            </w:r>
            <w:proofErr w:type="spellStart"/>
            <w:r w:rsidRPr="00D23631">
              <w:rPr>
                <w:i/>
                <w:lang w:val="ru-RU"/>
              </w:rPr>
              <w:t>Ранній</w:t>
            </w:r>
            <w:proofErr w:type="spellEnd"/>
            <w:r w:rsidRPr="00D23631">
              <w:rPr>
                <w:i/>
                <w:lang w:val="ru-RU"/>
              </w:rPr>
              <w:t xml:space="preserve"> аудит </w:t>
            </w:r>
            <w:proofErr w:type="spellStart"/>
            <w:r w:rsidRPr="00D23631">
              <w:rPr>
                <w:i/>
                <w:lang w:val="ru-RU"/>
              </w:rPr>
              <w:t>дає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змогу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зберегти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докази</w:t>
            </w:r>
            <w:proofErr w:type="spellEnd"/>
            <w:r w:rsidRPr="00D23631">
              <w:rPr>
                <w:i/>
                <w:lang w:val="ru-RU"/>
              </w:rPr>
              <w:t xml:space="preserve">, </w:t>
            </w:r>
            <w:proofErr w:type="spellStart"/>
            <w:r w:rsidRPr="00D23631">
              <w:rPr>
                <w:i/>
                <w:lang w:val="ru-RU"/>
              </w:rPr>
              <w:t>сформувати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єдину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позицію</w:t>
            </w:r>
            <w:proofErr w:type="spellEnd"/>
            <w:r w:rsidRPr="00D23631">
              <w:rPr>
                <w:i/>
                <w:lang w:val="ru-RU"/>
              </w:rPr>
              <w:t xml:space="preserve"> та не </w:t>
            </w:r>
            <w:proofErr w:type="spellStart"/>
            <w:r w:rsidRPr="00D23631">
              <w:rPr>
                <w:i/>
                <w:lang w:val="ru-RU"/>
              </w:rPr>
              <w:t>допустити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процесуальних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помилок</w:t>
            </w:r>
            <w:proofErr w:type="spellEnd"/>
            <w:r w:rsidRPr="00D23631">
              <w:rPr>
                <w:i/>
                <w:lang w:val="ru-RU"/>
              </w:rPr>
              <w:t xml:space="preserve">, </w:t>
            </w:r>
            <w:proofErr w:type="spellStart"/>
            <w:r w:rsidRPr="00D23631">
              <w:rPr>
                <w:i/>
                <w:lang w:val="ru-RU"/>
              </w:rPr>
              <w:t>які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пізніше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неможливо</w:t>
            </w:r>
            <w:proofErr w:type="spellEnd"/>
            <w:r w:rsidRPr="00D23631">
              <w:rPr>
                <w:i/>
                <w:lang w:val="ru-RU"/>
              </w:rPr>
              <w:t xml:space="preserve"> </w:t>
            </w:r>
            <w:proofErr w:type="spellStart"/>
            <w:r w:rsidRPr="00D23631">
              <w:rPr>
                <w:i/>
                <w:lang w:val="ru-RU"/>
              </w:rPr>
              <w:t>виправити</w:t>
            </w:r>
            <w:proofErr w:type="spellEnd"/>
            <w:r w:rsidRPr="00D23631">
              <w:rPr>
                <w:i/>
                <w:lang w:val="ru-RU"/>
              </w:rPr>
              <w:t>.</w:t>
            </w:r>
          </w:p>
        </w:tc>
      </w:tr>
    </w:tbl>
    <w:p w14:paraId="52817A48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11.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Практичний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чек-лист: 24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години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, 7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днів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, 30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днів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05"/>
        <w:gridCol w:w="3305"/>
        <w:gridCol w:w="3305"/>
      </w:tblGrid>
      <w:tr w:rsidR="005F7F9E" w14:paraId="7495763E" w14:textId="77777777">
        <w:trPr>
          <w:tblHeader/>
          <w:jc w:val="center"/>
        </w:trPr>
        <w:tc>
          <w:tcPr>
            <w:tcW w:w="3305" w:type="dxa"/>
            <w:shd w:val="clear" w:color="auto" w:fill="102A43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C3CF7B8" w14:textId="77777777" w:rsidR="005F7F9E" w:rsidRDefault="00000000">
            <w:pPr>
              <w:spacing w:after="0"/>
              <w:jc w:val="center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ПЕРШІ 24 ГОДИНИ</w:t>
            </w:r>
          </w:p>
        </w:tc>
        <w:tc>
          <w:tcPr>
            <w:tcW w:w="3305" w:type="dxa"/>
            <w:shd w:val="clear" w:color="auto" w:fill="1F4E78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9F82655" w14:textId="77777777" w:rsidR="005F7F9E" w:rsidRDefault="00000000">
            <w:pPr>
              <w:spacing w:after="0"/>
              <w:jc w:val="center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ПЕРШІ 7 ДНІВ</w:t>
            </w:r>
          </w:p>
        </w:tc>
        <w:tc>
          <w:tcPr>
            <w:tcW w:w="3305" w:type="dxa"/>
            <w:shd w:val="clear" w:color="auto" w:fill="102A43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FE37894" w14:textId="77777777" w:rsidR="005F7F9E" w:rsidRDefault="00000000">
            <w:pPr>
              <w:spacing w:after="0"/>
              <w:jc w:val="center"/>
            </w:pPr>
            <w:r>
              <w:rPr>
                <w:rFonts w:ascii="Liberation Sans" w:eastAsia="Liberation Sans" w:hAnsi="Liberation Sans"/>
                <w:b/>
                <w:color w:val="FFFFFF"/>
                <w:sz w:val="18"/>
              </w:rPr>
              <w:t>ДО 30 ДНІВ</w:t>
            </w:r>
          </w:p>
        </w:tc>
      </w:tr>
      <w:tr w:rsidR="005F7F9E" w:rsidRPr="00D23631" w14:paraId="294C7718" w14:textId="77777777">
        <w:trPr>
          <w:cantSplit/>
          <w:jc w:val="center"/>
        </w:trPr>
        <w:tc>
          <w:tcPr>
            <w:tcW w:w="311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4E6165F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не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коментувати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суть без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матеріалів</w:t>
            </w:r>
            <w:proofErr w:type="spellEnd"/>
          </w:p>
          <w:p w14:paraId="29F4F8EE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отримати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повний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пакет</w:t>
            </w:r>
          </w:p>
          <w:p w14:paraId="35FE81B4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зберегти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оригінали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й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метадані</w:t>
            </w:r>
            <w:proofErr w:type="spellEnd"/>
          </w:p>
          <w:p w14:paraId="7FC2958D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визначити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координатора</w:t>
            </w:r>
          </w:p>
          <w:p w14:paraId="66F04725" w14:textId="77777777" w:rsidR="005F7F9E" w:rsidRDefault="00000000">
            <w:pPr>
              <w:spacing w:after="60"/>
            </w:pPr>
            <w:r>
              <w:rPr>
                <w:rFonts w:ascii="Liberation Sans" w:eastAsia="Liberation Sans" w:hAnsi="Liberation Sans"/>
                <w:b/>
                <w:color w:val="C5A25D"/>
                <w:sz w:val="20"/>
              </w:rPr>
              <w:t xml:space="preserve">□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зафіксувати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медійну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хвилю</w:t>
            </w:r>
            <w:proofErr w:type="spellEnd"/>
          </w:p>
        </w:tc>
        <w:tc>
          <w:tcPr>
            <w:tcW w:w="311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AE6392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встановити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процесуальний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статус</w:t>
            </w:r>
          </w:p>
          <w:p w14:paraId="5D2A3C91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подати запит на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матеріали</w:t>
            </w:r>
            <w:proofErr w:type="spellEnd"/>
          </w:p>
          <w:p w14:paraId="38626C81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побудувати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часову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карту права</w:t>
            </w:r>
          </w:p>
          <w:p w14:paraId="32E964EF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перевірити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склад і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конфлікти</w:t>
            </w:r>
            <w:proofErr w:type="spellEnd"/>
          </w:p>
          <w:p w14:paraId="3ED1F705" w14:textId="77777777" w:rsidR="005F7F9E" w:rsidRDefault="00000000">
            <w:pPr>
              <w:spacing w:after="60"/>
            </w:pPr>
            <w:r>
              <w:rPr>
                <w:rFonts w:ascii="Liberation Sans" w:eastAsia="Liberation Sans" w:hAnsi="Liberation Sans"/>
                <w:b/>
                <w:color w:val="C5A25D"/>
                <w:sz w:val="20"/>
              </w:rPr>
              <w:t xml:space="preserve">□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почати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фрагментну</w:t>
            </w:r>
            <w:proofErr w:type="spellEnd"/>
            <w:r>
              <w:rPr>
                <w:rFonts w:ascii="Liberation Sans" w:eastAsia="Liberation Sans" w:hAnsi="Liberation Sans"/>
                <w:sz w:val="18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sz w:val="18"/>
              </w:rPr>
              <w:t>матрицю</w:t>
            </w:r>
            <w:proofErr w:type="spellEnd"/>
          </w:p>
        </w:tc>
        <w:tc>
          <w:tcPr>
            <w:tcW w:w="3118" w:type="dxa"/>
            <w:tcBorders>
              <w:top w:val="single" w:sz="3" w:space="0" w:color="E7ECF0"/>
              <w:left w:val="single" w:sz="3" w:space="0" w:color="E7ECF0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7FE5EA0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завершити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правовий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висновок</w:t>
            </w:r>
            <w:proofErr w:type="spellEnd"/>
          </w:p>
          <w:p w14:paraId="1480D181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подати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заперечення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й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відводи</w:t>
            </w:r>
            <w:proofErr w:type="spellEnd"/>
          </w:p>
          <w:p w14:paraId="2CF2103D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залучити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експертів</w:t>
            </w:r>
            <w:proofErr w:type="spellEnd"/>
          </w:p>
          <w:p w14:paraId="5D65CDD9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затвердити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комунікаційний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протокол</w:t>
            </w:r>
          </w:p>
          <w:p w14:paraId="2596E7EF" w14:textId="77777777" w:rsidR="005F7F9E" w:rsidRPr="00D23631" w:rsidRDefault="00000000">
            <w:pPr>
              <w:spacing w:after="60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0"/>
                <w:lang w:val="ru-RU"/>
              </w:rPr>
              <w:t xml:space="preserve">□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підготувати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апеляційний</w:t>
            </w:r>
            <w:proofErr w:type="spellEnd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sz w:val="18"/>
                <w:lang w:val="ru-RU"/>
              </w:rPr>
              <w:t>сценарій</w:t>
            </w:r>
            <w:proofErr w:type="spellEnd"/>
          </w:p>
        </w:tc>
      </w:tr>
    </w:tbl>
    <w:p w14:paraId="7581A131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t xml:space="preserve">12.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Висновок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: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захищати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треба і науку, і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людину</w:t>
      </w:r>
      <w:proofErr w:type="spellEnd"/>
    </w:p>
    <w:p w14:paraId="0911CDF7" w14:textId="77777777" w:rsidR="005F7F9E" w:rsidRPr="00D23631" w:rsidRDefault="00000000">
      <w:pPr>
        <w:pStyle w:val="Body"/>
        <w:ind w:firstLine="312"/>
        <w:rPr>
          <w:lang w:val="ru-RU"/>
        </w:rPr>
      </w:pPr>
      <w:proofErr w:type="spellStart"/>
      <w:r w:rsidRPr="00D23631">
        <w:rPr>
          <w:color w:val="1E2A32"/>
          <w:lang w:val="ru-RU"/>
        </w:rPr>
        <w:t>Академічна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доброчесність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втрачає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сенс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стає</w:t>
      </w:r>
      <w:proofErr w:type="spellEnd"/>
      <w:r w:rsidRPr="00D23631">
        <w:rPr>
          <w:color w:val="1E2A32"/>
          <w:lang w:val="ru-RU"/>
        </w:rPr>
        <w:t xml:space="preserve"> приводом для </w:t>
      </w:r>
      <w:proofErr w:type="spellStart"/>
      <w:r w:rsidRPr="00D23631">
        <w:rPr>
          <w:color w:val="1E2A32"/>
          <w:lang w:val="ru-RU"/>
        </w:rPr>
        <w:t>презумпції</w:t>
      </w:r>
      <w:proofErr w:type="spellEnd"/>
      <w:r w:rsidRPr="00D23631">
        <w:rPr>
          <w:color w:val="1E2A32"/>
          <w:lang w:val="ru-RU"/>
        </w:rPr>
        <w:t xml:space="preserve"> вини, ретроактивного </w:t>
      </w:r>
      <w:proofErr w:type="spellStart"/>
      <w:r w:rsidRPr="00D23631">
        <w:rPr>
          <w:color w:val="1E2A32"/>
          <w:lang w:val="ru-RU"/>
        </w:rPr>
        <w:t>покарання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або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інформаційного</w:t>
      </w:r>
      <w:proofErr w:type="spellEnd"/>
      <w:r w:rsidRPr="00D23631">
        <w:rPr>
          <w:color w:val="1E2A32"/>
          <w:lang w:val="ru-RU"/>
        </w:rPr>
        <w:t xml:space="preserve"> самосуду. Так само вона </w:t>
      </w:r>
      <w:proofErr w:type="spellStart"/>
      <w:r w:rsidRPr="00D23631">
        <w:rPr>
          <w:color w:val="1E2A32"/>
          <w:lang w:val="ru-RU"/>
        </w:rPr>
        <w:t>втрачає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сенс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якщо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комісія</w:t>
      </w:r>
      <w:proofErr w:type="spellEnd"/>
      <w:r w:rsidRPr="00D23631">
        <w:rPr>
          <w:color w:val="1E2A32"/>
          <w:lang w:val="ru-RU"/>
        </w:rPr>
        <w:t xml:space="preserve"> формально </w:t>
      </w:r>
      <w:proofErr w:type="spellStart"/>
      <w:r w:rsidRPr="00D23631">
        <w:rPr>
          <w:color w:val="1E2A32"/>
          <w:lang w:val="ru-RU"/>
        </w:rPr>
        <w:t>прикриває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lastRenderedPageBreak/>
        <w:t>очевидні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порушення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Правильний</w:t>
      </w:r>
      <w:proofErr w:type="spellEnd"/>
      <w:r w:rsidRPr="00D23631">
        <w:rPr>
          <w:color w:val="1E2A32"/>
          <w:lang w:val="ru-RU"/>
        </w:rPr>
        <w:t xml:space="preserve"> шлях проходить </w:t>
      </w:r>
      <w:proofErr w:type="spellStart"/>
      <w:r w:rsidRPr="00D23631">
        <w:rPr>
          <w:color w:val="1E2A32"/>
          <w:lang w:val="ru-RU"/>
        </w:rPr>
        <w:t>між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цими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крайнощами</w:t>
      </w:r>
      <w:proofErr w:type="spellEnd"/>
      <w:r w:rsidRPr="00D23631">
        <w:rPr>
          <w:color w:val="1E2A32"/>
          <w:lang w:val="ru-RU"/>
        </w:rPr>
        <w:t xml:space="preserve">: </w:t>
      </w:r>
      <w:proofErr w:type="spellStart"/>
      <w:r w:rsidRPr="00D23631">
        <w:rPr>
          <w:color w:val="1E2A32"/>
          <w:lang w:val="ru-RU"/>
        </w:rPr>
        <w:t>високий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доказовий</w:t>
      </w:r>
      <w:proofErr w:type="spellEnd"/>
      <w:r w:rsidRPr="00D23631">
        <w:rPr>
          <w:color w:val="1E2A32"/>
          <w:lang w:val="ru-RU"/>
        </w:rPr>
        <w:t xml:space="preserve"> стандарт, </w:t>
      </w:r>
      <w:proofErr w:type="spellStart"/>
      <w:r w:rsidRPr="00D23631">
        <w:rPr>
          <w:color w:val="1E2A32"/>
          <w:lang w:val="ru-RU"/>
        </w:rPr>
        <w:t>правильне</w:t>
      </w:r>
      <w:proofErr w:type="spellEnd"/>
      <w:r w:rsidRPr="00D23631">
        <w:rPr>
          <w:color w:val="1E2A32"/>
          <w:lang w:val="ru-RU"/>
        </w:rPr>
        <w:t xml:space="preserve"> право в </w:t>
      </w:r>
      <w:proofErr w:type="spellStart"/>
      <w:r w:rsidRPr="00D23631">
        <w:rPr>
          <w:color w:val="1E2A32"/>
          <w:lang w:val="ru-RU"/>
        </w:rPr>
        <w:t>часі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незалежний</w:t>
      </w:r>
      <w:proofErr w:type="spellEnd"/>
      <w:r w:rsidRPr="00D23631">
        <w:rPr>
          <w:color w:val="1E2A32"/>
          <w:lang w:val="ru-RU"/>
        </w:rPr>
        <w:t xml:space="preserve"> склад, реальна </w:t>
      </w:r>
      <w:proofErr w:type="spellStart"/>
      <w:r w:rsidRPr="00D23631">
        <w:rPr>
          <w:color w:val="1E2A32"/>
          <w:lang w:val="ru-RU"/>
        </w:rPr>
        <w:t>можливість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захисту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, яке </w:t>
      </w:r>
      <w:proofErr w:type="spellStart"/>
      <w:r w:rsidRPr="00D23631">
        <w:rPr>
          <w:color w:val="1E2A32"/>
          <w:lang w:val="ru-RU"/>
        </w:rPr>
        <w:t>можна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пояснити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академічній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корпорації</w:t>
      </w:r>
      <w:proofErr w:type="spellEnd"/>
      <w:r w:rsidRPr="00D23631">
        <w:rPr>
          <w:color w:val="1E2A32"/>
          <w:lang w:val="ru-RU"/>
        </w:rPr>
        <w:t>, а й суду.</w:t>
      </w:r>
    </w:p>
    <w:p w14:paraId="0B172545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Для </w:t>
      </w:r>
      <w:proofErr w:type="spellStart"/>
      <w:r w:rsidRPr="00D23631">
        <w:rPr>
          <w:color w:val="1E2A32"/>
          <w:lang w:val="ru-RU"/>
        </w:rPr>
        <w:t>вченого</w:t>
      </w:r>
      <w:proofErr w:type="spellEnd"/>
      <w:r w:rsidRPr="00D23631">
        <w:rPr>
          <w:color w:val="1E2A32"/>
          <w:lang w:val="ru-RU"/>
        </w:rPr>
        <w:t xml:space="preserve"> головне правило </w:t>
      </w:r>
      <w:proofErr w:type="spellStart"/>
      <w:r w:rsidRPr="00D23631">
        <w:rPr>
          <w:color w:val="1E2A32"/>
          <w:lang w:val="ru-RU"/>
        </w:rPr>
        <w:t>просте</w:t>
      </w:r>
      <w:proofErr w:type="spellEnd"/>
      <w:r w:rsidRPr="00D23631">
        <w:rPr>
          <w:color w:val="1E2A32"/>
          <w:lang w:val="ru-RU"/>
        </w:rPr>
        <w:t xml:space="preserve">: не </w:t>
      </w:r>
      <w:proofErr w:type="spellStart"/>
      <w:r w:rsidRPr="00D23631">
        <w:rPr>
          <w:color w:val="1E2A32"/>
          <w:lang w:val="ru-RU"/>
        </w:rPr>
        <w:t>чекати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поки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скарга</w:t>
      </w:r>
      <w:proofErr w:type="spellEnd"/>
      <w:r w:rsidRPr="00D23631">
        <w:rPr>
          <w:color w:val="1E2A32"/>
          <w:lang w:val="ru-RU"/>
        </w:rPr>
        <w:t xml:space="preserve"> стане </w:t>
      </w:r>
      <w:proofErr w:type="spellStart"/>
      <w:r w:rsidRPr="00D23631">
        <w:rPr>
          <w:color w:val="1E2A32"/>
          <w:lang w:val="ru-RU"/>
        </w:rPr>
        <w:t>репутаційним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вироком</w:t>
      </w:r>
      <w:proofErr w:type="spellEnd"/>
      <w:r w:rsidRPr="00D23631">
        <w:rPr>
          <w:color w:val="1E2A32"/>
          <w:lang w:val="ru-RU"/>
        </w:rPr>
        <w:t xml:space="preserve">. Для </w:t>
      </w:r>
      <w:proofErr w:type="spellStart"/>
      <w:r w:rsidRPr="00D23631">
        <w:rPr>
          <w:color w:val="1E2A32"/>
          <w:lang w:val="ru-RU"/>
        </w:rPr>
        <w:t>комісії</w:t>
      </w:r>
      <w:proofErr w:type="spellEnd"/>
      <w:r w:rsidRPr="00D23631">
        <w:rPr>
          <w:color w:val="1E2A32"/>
          <w:lang w:val="ru-RU"/>
        </w:rPr>
        <w:t xml:space="preserve"> правило </w:t>
      </w:r>
      <w:proofErr w:type="spellStart"/>
      <w:r w:rsidRPr="00D23631">
        <w:rPr>
          <w:color w:val="1E2A32"/>
          <w:lang w:val="ru-RU"/>
        </w:rPr>
        <w:t>ще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відповідальніше</w:t>
      </w:r>
      <w:proofErr w:type="spellEnd"/>
      <w:r w:rsidRPr="00D23631">
        <w:rPr>
          <w:color w:val="1E2A32"/>
          <w:lang w:val="ru-RU"/>
        </w:rPr>
        <w:t xml:space="preserve">: не </w:t>
      </w:r>
      <w:proofErr w:type="spellStart"/>
      <w:r w:rsidRPr="00D23631">
        <w:rPr>
          <w:color w:val="1E2A32"/>
          <w:lang w:val="ru-RU"/>
        </w:rPr>
        <w:t>відкривати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скриньку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Пандори</w:t>
      </w:r>
      <w:proofErr w:type="spellEnd"/>
      <w:r w:rsidRPr="00D23631">
        <w:rPr>
          <w:color w:val="1E2A32"/>
          <w:lang w:val="ru-RU"/>
        </w:rPr>
        <w:t xml:space="preserve"> без </w:t>
      </w:r>
      <w:proofErr w:type="spellStart"/>
      <w:r w:rsidRPr="00D23631">
        <w:rPr>
          <w:color w:val="1E2A32"/>
          <w:lang w:val="ru-RU"/>
        </w:rPr>
        <w:t>належного</w:t>
      </w:r>
      <w:proofErr w:type="spellEnd"/>
      <w:r w:rsidRPr="00D23631">
        <w:rPr>
          <w:color w:val="1E2A32"/>
          <w:lang w:val="ru-RU"/>
        </w:rPr>
        <w:t xml:space="preserve"> правового й </w:t>
      </w:r>
      <w:proofErr w:type="spellStart"/>
      <w:r w:rsidRPr="00D23631">
        <w:rPr>
          <w:color w:val="1E2A32"/>
          <w:lang w:val="ru-RU"/>
        </w:rPr>
        <w:t>доказового</w:t>
      </w:r>
      <w:proofErr w:type="spellEnd"/>
      <w:r w:rsidRPr="00D23631">
        <w:rPr>
          <w:color w:val="1E2A32"/>
          <w:lang w:val="ru-RU"/>
        </w:rPr>
        <w:t xml:space="preserve"> ключа. Завтра за </w:t>
      </w:r>
      <w:proofErr w:type="spellStart"/>
      <w:r w:rsidRPr="00D23631">
        <w:rPr>
          <w:color w:val="1E2A32"/>
          <w:lang w:val="ru-RU"/>
        </w:rPr>
        <w:t>тим</w:t>
      </w:r>
      <w:proofErr w:type="spellEnd"/>
      <w:r w:rsidRPr="00D23631">
        <w:rPr>
          <w:color w:val="1E2A32"/>
          <w:lang w:val="ru-RU"/>
        </w:rPr>
        <w:t xml:space="preserve"> самим стандартом </w:t>
      </w:r>
      <w:proofErr w:type="spellStart"/>
      <w:r w:rsidRPr="00D23631">
        <w:rPr>
          <w:color w:val="1E2A32"/>
          <w:lang w:val="ru-RU"/>
        </w:rPr>
        <w:t>оцінюватимуть</w:t>
      </w:r>
      <w:proofErr w:type="spellEnd"/>
      <w:r w:rsidRPr="00D23631">
        <w:rPr>
          <w:color w:val="1E2A32"/>
          <w:lang w:val="ru-RU"/>
        </w:rPr>
        <w:t xml:space="preserve"> уже вашу роботу, </w:t>
      </w:r>
      <w:proofErr w:type="spellStart"/>
      <w:r w:rsidRPr="00D23631">
        <w:rPr>
          <w:color w:val="1E2A32"/>
          <w:lang w:val="ru-RU"/>
        </w:rPr>
        <w:t>ваші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рішення</w:t>
      </w:r>
      <w:proofErr w:type="spellEnd"/>
      <w:r w:rsidRPr="00D23631">
        <w:rPr>
          <w:color w:val="1E2A32"/>
          <w:lang w:val="ru-RU"/>
        </w:rPr>
        <w:t xml:space="preserve"> і вашу </w:t>
      </w:r>
      <w:proofErr w:type="spellStart"/>
      <w:r w:rsidRPr="00D23631">
        <w:rPr>
          <w:color w:val="1E2A32"/>
          <w:lang w:val="ru-RU"/>
        </w:rPr>
        <w:t>неупередженість</w:t>
      </w:r>
      <w:proofErr w:type="spellEnd"/>
      <w:r w:rsidRPr="00D23631">
        <w:rPr>
          <w:color w:val="1E2A32"/>
          <w:lang w:val="ru-RU"/>
        </w:rPr>
        <w:t>.</w:t>
      </w:r>
    </w:p>
    <w:p w14:paraId="11FD85CF" w14:textId="77777777" w:rsidR="005F7F9E" w:rsidRPr="00D23631" w:rsidRDefault="00000000">
      <w:pPr>
        <w:pStyle w:val="Body"/>
        <w:ind w:firstLine="312"/>
        <w:rPr>
          <w:lang w:val="ru-RU"/>
        </w:rPr>
      </w:pPr>
      <w:r w:rsidRPr="00D23631">
        <w:rPr>
          <w:color w:val="1E2A32"/>
          <w:lang w:val="ru-RU"/>
        </w:rPr>
        <w:t xml:space="preserve">У таких справах </w:t>
      </w:r>
      <w:proofErr w:type="spellStart"/>
      <w:r w:rsidRPr="00D23631">
        <w:rPr>
          <w:color w:val="1E2A32"/>
          <w:lang w:val="ru-RU"/>
        </w:rPr>
        <w:t>пізній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захист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майже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завжди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складніший</w:t>
      </w:r>
      <w:proofErr w:type="spellEnd"/>
      <w:r w:rsidRPr="00D23631">
        <w:rPr>
          <w:color w:val="1E2A32"/>
          <w:lang w:val="ru-RU"/>
        </w:rPr>
        <w:t xml:space="preserve"> і </w:t>
      </w:r>
      <w:proofErr w:type="spellStart"/>
      <w:r w:rsidRPr="00D23631">
        <w:rPr>
          <w:color w:val="1E2A32"/>
          <w:lang w:val="ru-RU"/>
        </w:rPr>
        <w:t>дорожчий</w:t>
      </w:r>
      <w:proofErr w:type="spellEnd"/>
      <w:r w:rsidRPr="00D23631">
        <w:rPr>
          <w:color w:val="1E2A32"/>
          <w:lang w:val="ru-RU"/>
        </w:rPr>
        <w:t xml:space="preserve"> за </w:t>
      </w:r>
      <w:proofErr w:type="spellStart"/>
      <w:r w:rsidRPr="00D23631">
        <w:rPr>
          <w:color w:val="1E2A32"/>
          <w:lang w:val="ru-RU"/>
        </w:rPr>
        <w:t>ранній</w:t>
      </w:r>
      <w:proofErr w:type="spellEnd"/>
      <w:r w:rsidRPr="00D23631">
        <w:rPr>
          <w:color w:val="1E2A32"/>
          <w:lang w:val="ru-RU"/>
        </w:rPr>
        <w:t xml:space="preserve">. </w:t>
      </w:r>
      <w:proofErr w:type="spellStart"/>
      <w:r w:rsidRPr="00D23631">
        <w:rPr>
          <w:color w:val="1E2A32"/>
          <w:lang w:val="ru-RU"/>
        </w:rPr>
        <w:t>Конфіденційний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правовий</w:t>
      </w:r>
      <w:proofErr w:type="spellEnd"/>
      <w:r w:rsidRPr="00D23631">
        <w:rPr>
          <w:color w:val="1E2A32"/>
          <w:lang w:val="ru-RU"/>
        </w:rPr>
        <w:t xml:space="preserve"> аудит, проведений у </w:t>
      </w:r>
      <w:proofErr w:type="spellStart"/>
      <w:r w:rsidRPr="00D23631">
        <w:rPr>
          <w:color w:val="1E2A32"/>
          <w:lang w:val="ru-RU"/>
        </w:rPr>
        <w:t>перші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дні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дає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змогу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відокремити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реальні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ризики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від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маніпуляції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побудувати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доказову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стратегію</w:t>
      </w:r>
      <w:proofErr w:type="spellEnd"/>
      <w:r w:rsidRPr="00D23631">
        <w:rPr>
          <w:color w:val="1E2A32"/>
          <w:lang w:val="ru-RU"/>
        </w:rPr>
        <w:t xml:space="preserve"> та </w:t>
      </w:r>
      <w:proofErr w:type="spellStart"/>
      <w:r w:rsidRPr="00D23631">
        <w:rPr>
          <w:color w:val="1E2A32"/>
          <w:lang w:val="ru-RU"/>
        </w:rPr>
        <w:t>захистити</w:t>
      </w:r>
      <w:proofErr w:type="spellEnd"/>
      <w:r w:rsidRPr="00D23631">
        <w:rPr>
          <w:color w:val="1E2A32"/>
          <w:lang w:val="ru-RU"/>
        </w:rPr>
        <w:t xml:space="preserve"> не </w:t>
      </w:r>
      <w:proofErr w:type="spellStart"/>
      <w:r w:rsidRPr="00D23631">
        <w:rPr>
          <w:color w:val="1E2A32"/>
          <w:lang w:val="ru-RU"/>
        </w:rPr>
        <w:t>лише</w:t>
      </w:r>
      <w:proofErr w:type="spellEnd"/>
      <w:r w:rsidRPr="00D23631">
        <w:rPr>
          <w:color w:val="1E2A32"/>
          <w:lang w:val="ru-RU"/>
        </w:rPr>
        <w:t xml:space="preserve"> диплом, а й </w:t>
      </w:r>
      <w:proofErr w:type="spellStart"/>
      <w:r w:rsidRPr="00D23631">
        <w:rPr>
          <w:color w:val="1E2A32"/>
          <w:lang w:val="ru-RU"/>
        </w:rPr>
        <w:t>професійне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ім’я</w:t>
      </w:r>
      <w:proofErr w:type="spellEnd"/>
      <w:r w:rsidRPr="00D23631">
        <w:rPr>
          <w:color w:val="1E2A32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17EE59BC" w14:textId="77777777">
        <w:trPr>
          <w:cantSplit/>
          <w:jc w:val="center"/>
        </w:trPr>
        <w:tc>
          <w:tcPr>
            <w:tcW w:w="9915" w:type="dxa"/>
            <w:tcBorders>
              <w:top w:val="single" w:sz="10" w:space="0" w:color="C5A25D"/>
              <w:left w:val="single" w:sz="10" w:space="0" w:color="C5A25D"/>
              <w:bottom w:val="single" w:sz="10" w:space="0" w:color="C5A25D"/>
              <w:right w:val="single" w:sz="10" w:space="0" w:color="C5A25D"/>
            </w:tcBorders>
            <w:shd w:val="clear" w:color="auto" w:fill="102A43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6032373" w14:textId="77777777" w:rsidR="005F7F9E" w:rsidRPr="00D23631" w:rsidRDefault="00000000">
            <w:pPr>
              <w:spacing w:after="0"/>
              <w:jc w:val="center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b/>
                <w:color w:val="C5A25D"/>
                <w:sz w:val="26"/>
                <w:lang w:val="ru-RU"/>
              </w:rPr>
              <w:t>ПОТРІБЕН СТРАТЕГІЧНИЙ ЗАХИСТ?</w:t>
            </w:r>
          </w:p>
          <w:p w14:paraId="0173D709" w14:textId="79AA0FC7" w:rsidR="005F7F9E" w:rsidRPr="00D23631" w:rsidRDefault="00000000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Правовий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супровід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адвоката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професора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r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>Олександра Дроздова</w:t>
            </w:r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, </w:t>
            </w:r>
            <w:r w:rsidR="00A73E7E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адвоката доцента </w:t>
            </w:r>
            <w:r w:rsidR="00A73E7E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 xml:space="preserve">Олени </w:t>
            </w:r>
            <w:proofErr w:type="spellStart"/>
            <w:r w:rsidR="00A73E7E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>Дроздово</w:t>
            </w:r>
            <w:r w:rsidR="00AC4FFA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>ї</w:t>
            </w:r>
            <w:proofErr w:type="spellEnd"/>
            <w:r w:rsidR="00AC4FFA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 xml:space="preserve"> </w:t>
            </w:r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та адвоката, доктора </w:t>
            </w:r>
            <w:proofErr w:type="spellStart"/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філософії</w:t>
            </w:r>
            <w:proofErr w:type="spellEnd"/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у </w:t>
            </w:r>
            <w:proofErr w:type="spellStart"/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галузі</w:t>
            </w:r>
            <w:proofErr w:type="spellEnd"/>
            <w:r w:rsidR="00AC4FFA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права </w:t>
            </w:r>
            <w:proofErr w:type="spellStart"/>
            <w:r w:rsidR="00AC4FFA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>Ігоря</w:t>
            </w:r>
            <w:proofErr w:type="spellEnd"/>
            <w:r w:rsidR="00AC4FFA" w:rsidRPr="00435161">
              <w:rPr>
                <w:rFonts w:ascii="Liberation Sans" w:eastAsia="Liberation Sans" w:hAnsi="Liberation Sans"/>
                <w:b/>
                <w:bCs/>
                <w:i/>
                <w:iCs/>
                <w:color w:val="FFFFFF"/>
                <w:sz w:val="20"/>
                <w:lang w:val="ru-RU"/>
              </w:rPr>
              <w:t xml:space="preserve"> Кутепова</w:t>
            </w:r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може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охоплювати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повний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аудит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скарги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захист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перед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академічною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комісією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,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експертну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та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судову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стратегію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, а також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юридично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безпечний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>репутаційний</w:t>
            </w:r>
            <w:proofErr w:type="spellEnd"/>
            <w:r w:rsidRPr="00D23631">
              <w:rPr>
                <w:rFonts w:ascii="Liberation Sans" w:eastAsia="Liberation Sans" w:hAnsi="Liberation Sans"/>
                <w:color w:val="FFFFFF"/>
                <w:sz w:val="20"/>
                <w:lang w:val="ru-RU"/>
              </w:rPr>
              <w:t xml:space="preserve"> протокол.</w:t>
            </w:r>
          </w:p>
          <w:p w14:paraId="540D2918" w14:textId="77777777" w:rsidR="005F7F9E" w:rsidRPr="00D23631" w:rsidRDefault="00000000">
            <w:pPr>
              <w:spacing w:after="0"/>
              <w:jc w:val="center"/>
              <w:rPr>
                <w:lang w:val="ru-RU"/>
              </w:rPr>
            </w:pPr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Результат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кожної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справи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залежить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від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її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документів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і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фактів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;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жодна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консультація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не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може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гарантувати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наперед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визначене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 xml:space="preserve"> </w:t>
            </w:r>
            <w:proofErr w:type="spellStart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рішення</w:t>
            </w:r>
            <w:proofErr w:type="spellEnd"/>
            <w:r w:rsidRPr="00D23631">
              <w:rPr>
                <w:rFonts w:ascii="Liberation Sans" w:eastAsia="Liberation Sans" w:hAnsi="Liberation Sans"/>
                <w:i/>
                <w:color w:val="DCE6EF"/>
                <w:sz w:val="17"/>
                <w:lang w:val="ru-RU"/>
              </w:rPr>
              <w:t>.</w:t>
            </w:r>
          </w:p>
        </w:tc>
      </w:tr>
    </w:tbl>
    <w:p w14:paraId="2DF54256" w14:textId="77777777" w:rsidR="005F7F9E" w:rsidRPr="00D23631" w:rsidRDefault="00000000">
      <w:pPr>
        <w:spacing w:before="320"/>
        <w:jc w:val="center"/>
        <w:rPr>
          <w:lang w:val="ru-RU"/>
        </w:rPr>
      </w:pPr>
      <w:r w:rsidRPr="00D23631">
        <w:rPr>
          <w:b/>
          <w:i/>
          <w:color w:val="7B2636"/>
          <w:sz w:val="30"/>
          <w:lang w:val="ru-RU"/>
        </w:rPr>
        <w:t>З Богом!</w:t>
      </w:r>
    </w:p>
    <w:p w14:paraId="34FEAA32" w14:textId="77777777" w:rsidR="005F7F9E" w:rsidRPr="00D23631" w:rsidRDefault="00000000">
      <w:pPr>
        <w:rPr>
          <w:lang w:val="ru-RU"/>
        </w:rPr>
      </w:pPr>
      <w:r w:rsidRPr="00D23631">
        <w:rPr>
          <w:lang w:val="ru-RU"/>
        </w:rPr>
        <w:br w:type="page"/>
      </w:r>
    </w:p>
    <w:p w14:paraId="28D4088C" w14:textId="77777777" w:rsidR="005F7F9E" w:rsidRPr="00D23631" w:rsidRDefault="00000000">
      <w:pPr>
        <w:pStyle w:val="1"/>
        <w:pBdr>
          <w:bottom w:val="single" w:sz="8" w:space="4" w:color="C5A25D"/>
        </w:pBdr>
        <w:spacing w:before="240" w:after="120"/>
        <w:rPr>
          <w:lang w:val="ru-RU"/>
        </w:rPr>
      </w:pPr>
      <w:r w:rsidRPr="00D23631">
        <w:rPr>
          <w:rFonts w:ascii="Liberation Sans" w:eastAsia="Liberation Sans" w:hAnsi="Liberation Sans"/>
          <w:color w:val="C5A25D"/>
          <w:sz w:val="32"/>
          <w:lang w:val="ru-RU"/>
        </w:rPr>
        <w:lastRenderedPageBreak/>
        <w:t xml:space="preserve">13.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Нормативні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та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судові</w:t>
      </w:r>
      <w:proofErr w:type="spellEnd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102A43"/>
          <w:sz w:val="32"/>
          <w:lang w:val="ru-RU"/>
        </w:rPr>
        <w:t>джерела</w:t>
      </w:r>
      <w:proofErr w:type="spellEnd"/>
    </w:p>
    <w:p w14:paraId="6958A82A" w14:textId="77777777" w:rsidR="005F7F9E" w:rsidRPr="00D23631" w:rsidRDefault="00000000">
      <w:pPr>
        <w:pStyle w:val="Body"/>
        <w:spacing w:after="120"/>
        <w:rPr>
          <w:lang w:val="ru-RU"/>
        </w:rPr>
      </w:pPr>
      <w:proofErr w:type="spellStart"/>
      <w:r w:rsidRPr="00D23631">
        <w:rPr>
          <w:color w:val="1E2A32"/>
          <w:lang w:val="ru-RU"/>
        </w:rPr>
        <w:t>Наведені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джерела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слід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застосовувати</w:t>
      </w:r>
      <w:proofErr w:type="spellEnd"/>
      <w:r w:rsidRPr="00D23631">
        <w:rPr>
          <w:color w:val="1E2A32"/>
          <w:lang w:val="ru-RU"/>
        </w:rPr>
        <w:t xml:space="preserve"> у </w:t>
      </w:r>
      <w:proofErr w:type="spellStart"/>
      <w:r w:rsidRPr="00D23631">
        <w:rPr>
          <w:color w:val="1E2A32"/>
          <w:lang w:val="ru-RU"/>
        </w:rPr>
        <w:t>чинній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редакції</w:t>
      </w:r>
      <w:proofErr w:type="spellEnd"/>
      <w:r w:rsidRPr="00D23631">
        <w:rPr>
          <w:color w:val="1E2A32"/>
          <w:lang w:val="ru-RU"/>
        </w:rPr>
        <w:t xml:space="preserve"> та з </w:t>
      </w:r>
      <w:proofErr w:type="spellStart"/>
      <w:r w:rsidRPr="00D23631">
        <w:rPr>
          <w:color w:val="1E2A32"/>
          <w:lang w:val="ru-RU"/>
        </w:rPr>
        <w:t>урахуванням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конкретних</w:t>
      </w:r>
      <w:proofErr w:type="spellEnd"/>
      <w:r w:rsidRPr="00D23631">
        <w:rPr>
          <w:color w:val="1E2A32"/>
          <w:lang w:val="ru-RU"/>
        </w:rPr>
        <w:t xml:space="preserve"> дат, статусу </w:t>
      </w:r>
      <w:proofErr w:type="spellStart"/>
      <w:r w:rsidRPr="00D23631">
        <w:rPr>
          <w:color w:val="1E2A32"/>
          <w:lang w:val="ru-RU"/>
        </w:rPr>
        <w:t>роботи</w:t>
      </w:r>
      <w:proofErr w:type="spellEnd"/>
      <w:r w:rsidRPr="00D23631">
        <w:rPr>
          <w:color w:val="1E2A32"/>
          <w:lang w:val="ru-RU"/>
        </w:rPr>
        <w:t xml:space="preserve">, </w:t>
      </w:r>
      <w:proofErr w:type="spellStart"/>
      <w:r w:rsidRPr="00D23631">
        <w:rPr>
          <w:color w:val="1E2A32"/>
          <w:lang w:val="ru-RU"/>
        </w:rPr>
        <w:t>внутрішніх</w:t>
      </w:r>
      <w:proofErr w:type="spellEnd"/>
      <w:r w:rsidRPr="00D23631">
        <w:rPr>
          <w:color w:val="1E2A32"/>
          <w:lang w:val="ru-RU"/>
        </w:rPr>
        <w:t xml:space="preserve"> </w:t>
      </w:r>
      <w:proofErr w:type="spellStart"/>
      <w:r w:rsidRPr="00D23631">
        <w:rPr>
          <w:color w:val="1E2A32"/>
          <w:lang w:val="ru-RU"/>
        </w:rPr>
        <w:t>актів</w:t>
      </w:r>
      <w:proofErr w:type="spellEnd"/>
      <w:r w:rsidRPr="00D23631">
        <w:rPr>
          <w:color w:val="1E2A32"/>
          <w:lang w:val="ru-RU"/>
        </w:rPr>
        <w:t xml:space="preserve"> закладу і фактичного складу </w:t>
      </w:r>
      <w:proofErr w:type="spellStart"/>
      <w:r w:rsidRPr="00D23631">
        <w:rPr>
          <w:color w:val="1E2A32"/>
          <w:lang w:val="ru-RU"/>
        </w:rPr>
        <w:t>справи</w:t>
      </w:r>
      <w:proofErr w:type="spellEnd"/>
      <w:r w:rsidRPr="00D23631">
        <w:rPr>
          <w:color w:val="1E2A32"/>
          <w:lang w:val="ru-RU"/>
        </w:rPr>
        <w:t>.</w:t>
      </w:r>
    </w:p>
    <w:p w14:paraId="09385423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1. </w:t>
      </w:r>
      <w:hyperlink r:id="rId8">
        <w:r w:rsidR="005F7F9E" w:rsidRPr="00D23631">
          <w:rPr>
            <w:color w:val="1F4E78"/>
            <w:u w:val="single"/>
            <w:lang w:val="ru-RU"/>
          </w:rPr>
          <w:t xml:space="preserve">Закон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«Про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академічну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доброчесність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»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18.12.2025 № 4742-</w:t>
        </w:r>
        <w:r w:rsidR="005F7F9E">
          <w:rPr>
            <w:color w:val="1F4E78"/>
            <w:u w:val="single"/>
          </w:rPr>
          <w:t>IX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статті</w:t>
      </w:r>
      <w:proofErr w:type="spellEnd"/>
      <w:r w:rsidRPr="00D23631">
        <w:rPr>
          <w:color w:val="66788A"/>
          <w:lang w:val="ru-RU"/>
        </w:rPr>
        <w:t xml:space="preserve"> 17, 20, 36, 37, 40; </w:t>
      </w:r>
      <w:proofErr w:type="spellStart"/>
      <w:r w:rsidRPr="00D23631">
        <w:rPr>
          <w:color w:val="66788A"/>
          <w:lang w:val="ru-RU"/>
        </w:rPr>
        <w:t>розділ</w:t>
      </w:r>
      <w:proofErr w:type="spellEnd"/>
      <w:r w:rsidRPr="00D23631">
        <w:rPr>
          <w:color w:val="66788A"/>
          <w:lang w:val="ru-RU"/>
        </w:rPr>
        <w:t xml:space="preserve"> </w:t>
      </w:r>
      <w:r>
        <w:rPr>
          <w:color w:val="66788A"/>
        </w:rPr>
        <w:t>VI</w:t>
      </w:r>
    </w:p>
    <w:p w14:paraId="51008660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2. </w:t>
      </w:r>
      <w:hyperlink r:id="rId9">
        <w:proofErr w:type="spellStart"/>
        <w:r w:rsidR="005F7F9E" w:rsidRPr="00D23631">
          <w:rPr>
            <w:color w:val="1F4E78"/>
            <w:u w:val="single"/>
            <w:lang w:val="ru-RU"/>
          </w:rPr>
          <w:t>Конституція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статті</w:t>
      </w:r>
      <w:proofErr w:type="spellEnd"/>
      <w:r w:rsidRPr="00D23631">
        <w:rPr>
          <w:color w:val="66788A"/>
          <w:lang w:val="ru-RU"/>
        </w:rPr>
        <w:t xml:space="preserve"> 8, 19, 40, 55, 58</w:t>
      </w:r>
    </w:p>
    <w:p w14:paraId="1C2FEB8A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3. </w:t>
      </w:r>
      <w:hyperlink r:id="rId10">
        <w:r w:rsidR="005F7F9E" w:rsidRPr="00D23631">
          <w:rPr>
            <w:color w:val="1F4E78"/>
            <w:u w:val="single"/>
            <w:lang w:val="ru-RU"/>
          </w:rPr>
          <w:t xml:space="preserve">Постанова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Кабінету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Міністрів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28.06.1997 № 644 —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історична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редакція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, чинна у 2004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році</w:t>
        </w:r>
        <w:proofErr w:type="spellEnd"/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зокрема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пункти</w:t>
      </w:r>
      <w:proofErr w:type="spellEnd"/>
      <w:r w:rsidRPr="00D23631">
        <w:rPr>
          <w:color w:val="66788A"/>
          <w:lang w:val="ru-RU"/>
        </w:rPr>
        <w:t xml:space="preserve"> 16, 46–50</w:t>
      </w:r>
    </w:p>
    <w:p w14:paraId="756BDEBA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4. </w:t>
      </w:r>
      <w:hyperlink r:id="rId11">
        <w:r w:rsidR="005F7F9E" w:rsidRPr="00D23631">
          <w:rPr>
            <w:color w:val="1F4E78"/>
            <w:u w:val="single"/>
            <w:lang w:val="ru-RU"/>
          </w:rPr>
          <w:t xml:space="preserve">Постанова Верховного Суду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25.06.2025 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справі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№ 440/4500/24</w:t>
        </w:r>
      </w:hyperlink>
      <w:r w:rsidRPr="00D23631">
        <w:rPr>
          <w:color w:val="66788A"/>
          <w:lang w:val="ru-RU"/>
        </w:rPr>
        <w:t xml:space="preserve"> — право в </w:t>
      </w:r>
      <w:proofErr w:type="spellStart"/>
      <w:r w:rsidRPr="00D23631">
        <w:rPr>
          <w:color w:val="66788A"/>
          <w:lang w:val="ru-RU"/>
        </w:rPr>
        <w:t>часі</w:t>
      </w:r>
      <w:proofErr w:type="spellEnd"/>
      <w:r w:rsidRPr="00D23631">
        <w:rPr>
          <w:color w:val="66788A"/>
          <w:lang w:val="ru-RU"/>
        </w:rPr>
        <w:t xml:space="preserve">, пункт 46 Порядку № 644, </w:t>
      </w:r>
      <w:proofErr w:type="spellStart"/>
      <w:r w:rsidRPr="00D23631">
        <w:rPr>
          <w:color w:val="66788A"/>
          <w:lang w:val="ru-RU"/>
        </w:rPr>
        <w:t>правова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визначеність</w:t>
      </w:r>
      <w:proofErr w:type="spellEnd"/>
    </w:p>
    <w:p w14:paraId="464C7E5B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5. </w:t>
      </w:r>
      <w:hyperlink r:id="rId12">
        <w:r w:rsidR="005F7F9E" w:rsidRPr="00D23631">
          <w:rPr>
            <w:color w:val="1F4E78"/>
            <w:u w:val="single"/>
            <w:lang w:val="ru-RU"/>
          </w:rPr>
          <w:t xml:space="preserve">Постанова Верховного Суду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03.06.2025 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справі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№ 560/8264/24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підхід</w:t>
      </w:r>
      <w:proofErr w:type="spellEnd"/>
      <w:r w:rsidRPr="00D23631">
        <w:rPr>
          <w:color w:val="66788A"/>
          <w:lang w:val="ru-RU"/>
        </w:rPr>
        <w:t xml:space="preserve"> до </w:t>
      </w:r>
      <w:proofErr w:type="spellStart"/>
      <w:r w:rsidRPr="00D23631">
        <w:rPr>
          <w:color w:val="66788A"/>
          <w:lang w:val="ru-RU"/>
        </w:rPr>
        <w:t>триваючих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правовідносин</w:t>
      </w:r>
      <w:proofErr w:type="spellEnd"/>
      <w:r w:rsidRPr="00D23631">
        <w:rPr>
          <w:color w:val="66788A"/>
          <w:lang w:val="ru-RU"/>
        </w:rPr>
        <w:t xml:space="preserve"> і </w:t>
      </w:r>
      <w:proofErr w:type="spellStart"/>
      <w:r w:rsidRPr="00D23631">
        <w:rPr>
          <w:color w:val="66788A"/>
          <w:lang w:val="ru-RU"/>
        </w:rPr>
        <w:t>перевірки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незалежно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від</w:t>
      </w:r>
      <w:proofErr w:type="spellEnd"/>
      <w:r w:rsidRPr="00D23631">
        <w:rPr>
          <w:color w:val="66788A"/>
          <w:lang w:val="ru-RU"/>
        </w:rPr>
        <w:t xml:space="preserve"> часу</w:t>
      </w:r>
    </w:p>
    <w:p w14:paraId="7F983B67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6. </w:t>
      </w:r>
      <w:hyperlink r:id="rId13">
        <w:r w:rsidR="005F7F9E" w:rsidRPr="00D23631">
          <w:rPr>
            <w:color w:val="1F4E78"/>
            <w:u w:val="single"/>
            <w:lang w:val="ru-RU"/>
          </w:rPr>
          <w:t xml:space="preserve">Постанова Верховного Суду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20.12.2024 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справі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№ 120/11425/23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процедурний</w:t>
      </w:r>
      <w:proofErr w:type="spellEnd"/>
      <w:r w:rsidRPr="00D23631">
        <w:rPr>
          <w:color w:val="66788A"/>
          <w:lang w:val="ru-RU"/>
        </w:rPr>
        <w:t xml:space="preserve"> характер </w:t>
      </w:r>
      <w:proofErr w:type="spellStart"/>
      <w:r w:rsidRPr="00D23631">
        <w:rPr>
          <w:color w:val="66788A"/>
          <w:lang w:val="ru-RU"/>
        </w:rPr>
        <w:t>проміжного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рішення</w:t>
      </w:r>
      <w:proofErr w:type="spellEnd"/>
      <w:r w:rsidRPr="00D23631">
        <w:rPr>
          <w:color w:val="66788A"/>
          <w:lang w:val="ru-RU"/>
        </w:rPr>
        <w:t xml:space="preserve"> про </w:t>
      </w:r>
      <w:proofErr w:type="spellStart"/>
      <w:r w:rsidRPr="00D23631">
        <w:rPr>
          <w:color w:val="66788A"/>
          <w:lang w:val="ru-RU"/>
        </w:rPr>
        <w:t>прийняття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скарги</w:t>
      </w:r>
      <w:proofErr w:type="spellEnd"/>
    </w:p>
    <w:p w14:paraId="0E2BD02A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7. </w:t>
      </w:r>
      <w:hyperlink r:id="rId14">
        <w:proofErr w:type="spellStart"/>
        <w:r w:rsidR="005F7F9E" w:rsidRPr="00D23631">
          <w:rPr>
            <w:color w:val="1F4E78"/>
            <w:u w:val="single"/>
            <w:lang w:val="ru-RU"/>
          </w:rPr>
          <w:t>Рішення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Конституційного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Суду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09.02.1999 № 1-рп/99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незворотність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дії</w:t>
      </w:r>
      <w:proofErr w:type="spellEnd"/>
      <w:r w:rsidRPr="00D23631">
        <w:rPr>
          <w:color w:val="66788A"/>
          <w:lang w:val="ru-RU"/>
        </w:rPr>
        <w:t xml:space="preserve"> нормативно-</w:t>
      </w:r>
      <w:proofErr w:type="spellStart"/>
      <w:r w:rsidRPr="00D23631">
        <w:rPr>
          <w:color w:val="66788A"/>
          <w:lang w:val="ru-RU"/>
        </w:rPr>
        <w:t>правових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актів</w:t>
      </w:r>
      <w:proofErr w:type="spellEnd"/>
      <w:r w:rsidRPr="00D23631">
        <w:rPr>
          <w:color w:val="66788A"/>
          <w:lang w:val="ru-RU"/>
        </w:rPr>
        <w:t xml:space="preserve"> у </w:t>
      </w:r>
      <w:proofErr w:type="spellStart"/>
      <w:r w:rsidRPr="00D23631">
        <w:rPr>
          <w:color w:val="66788A"/>
          <w:lang w:val="ru-RU"/>
        </w:rPr>
        <w:t>часі</w:t>
      </w:r>
      <w:proofErr w:type="spellEnd"/>
    </w:p>
    <w:p w14:paraId="41DD8465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8. </w:t>
      </w:r>
      <w:hyperlink r:id="rId15">
        <w:proofErr w:type="spellStart"/>
        <w:r w:rsidR="005F7F9E" w:rsidRPr="00D23631">
          <w:rPr>
            <w:color w:val="1F4E78"/>
            <w:u w:val="single"/>
            <w:lang w:val="ru-RU"/>
          </w:rPr>
          <w:t>Рішення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Конституційного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Суду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22.09.2005 № 5-рп/2005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правова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визначеність</w:t>
      </w:r>
      <w:proofErr w:type="spellEnd"/>
      <w:r w:rsidRPr="00D23631">
        <w:rPr>
          <w:color w:val="66788A"/>
          <w:lang w:val="ru-RU"/>
        </w:rPr>
        <w:t xml:space="preserve"> як </w:t>
      </w:r>
      <w:proofErr w:type="spellStart"/>
      <w:r w:rsidRPr="00D23631">
        <w:rPr>
          <w:color w:val="66788A"/>
          <w:lang w:val="ru-RU"/>
        </w:rPr>
        <w:t>елемент</w:t>
      </w:r>
      <w:proofErr w:type="spellEnd"/>
      <w:r w:rsidRPr="00D23631">
        <w:rPr>
          <w:color w:val="66788A"/>
          <w:lang w:val="ru-RU"/>
        </w:rPr>
        <w:t xml:space="preserve"> верховенства права</w:t>
      </w:r>
    </w:p>
    <w:p w14:paraId="6A2CE5D0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9. </w:t>
      </w:r>
      <w:hyperlink r:id="rId16">
        <w:r w:rsidR="005F7F9E">
          <w:rPr>
            <w:color w:val="1F4E78"/>
            <w:u w:val="single"/>
          </w:rPr>
          <w:t>Oleksandr</w:t>
        </w:r>
        <w:r w:rsidR="005F7F9E" w:rsidRPr="00D23631">
          <w:rPr>
            <w:color w:val="1F4E78"/>
            <w:u w:val="single"/>
            <w:lang w:val="ru-RU"/>
          </w:rPr>
          <w:t xml:space="preserve"> </w:t>
        </w:r>
        <w:r w:rsidR="005F7F9E">
          <w:rPr>
            <w:color w:val="1F4E78"/>
            <w:u w:val="single"/>
          </w:rPr>
          <w:t>Volkov</w:t>
        </w:r>
        <w:r w:rsidR="005F7F9E" w:rsidRPr="00D23631">
          <w:rPr>
            <w:color w:val="1F4E78"/>
            <w:u w:val="single"/>
            <w:lang w:val="ru-RU"/>
          </w:rPr>
          <w:t xml:space="preserve"> </w:t>
        </w:r>
        <w:r w:rsidR="005F7F9E">
          <w:rPr>
            <w:color w:val="1F4E78"/>
            <w:u w:val="single"/>
          </w:rPr>
          <w:t>v</w:t>
        </w:r>
        <w:r w:rsidR="005F7F9E" w:rsidRPr="00D23631">
          <w:rPr>
            <w:color w:val="1F4E78"/>
            <w:u w:val="single"/>
            <w:lang w:val="ru-RU"/>
          </w:rPr>
          <w:t xml:space="preserve">. </w:t>
        </w:r>
        <w:r w:rsidR="005F7F9E">
          <w:rPr>
            <w:color w:val="1F4E78"/>
            <w:u w:val="single"/>
          </w:rPr>
          <w:t>Ukraine</w:t>
        </w:r>
        <w:r w:rsidR="005F7F9E" w:rsidRPr="00D23631">
          <w:rPr>
            <w:color w:val="1F4E78"/>
            <w:u w:val="single"/>
            <w:lang w:val="ru-RU"/>
          </w:rPr>
          <w:t xml:space="preserve">,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заява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№ 21722/11,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рішення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09.01.2013</w:t>
        </w:r>
      </w:hyperlink>
      <w:r w:rsidRPr="00D23631">
        <w:rPr>
          <w:color w:val="66788A"/>
          <w:lang w:val="ru-RU"/>
        </w:rPr>
        <w:t xml:space="preserve"> — строки, </w:t>
      </w:r>
      <w:proofErr w:type="spellStart"/>
      <w:r w:rsidRPr="00D23631">
        <w:rPr>
          <w:color w:val="66788A"/>
          <w:lang w:val="ru-RU"/>
        </w:rPr>
        <w:t>правова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визначеність</w:t>
      </w:r>
      <w:proofErr w:type="spellEnd"/>
      <w:r w:rsidRPr="00D23631">
        <w:rPr>
          <w:color w:val="66788A"/>
          <w:lang w:val="ru-RU"/>
        </w:rPr>
        <w:t xml:space="preserve"> і </w:t>
      </w:r>
      <w:proofErr w:type="spellStart"/>
      <w:r w:rsidRPr="00D23631">
        <w:rPr>
          <w:color w:val="66788A"/>
          <w:lang w:val="ru-RU"/>
        </w:rPr>
        <w:t>давність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дисциплінарних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претензій</w:t>
      </w:r>
      <w:proofErr w:type="spellEnd"/>
    </w:p>
    <w:p w14:paraId="57795592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10. </w:t>
      </w:r>
      <w:hyperlink r:id="rId17">
        <w:r w:rsidR="005F7F9E">
          <w:rPr>
            <w:color w:val="1F4E78"/>
            <w:u w:val="single"/>
          </w:rPr>
          <w:t>Denisov</w:t>
        </w:r>
        <w:r w:rsidR="005F7F9E" w:rsidRPr="00D23631">
          <w:rPr>
            <w:color w:val="1F4E78"/>
            <w:u w:val="single"/>
            <w:lang w:val="ru-RU"/>
          </w:rPr>
          <w:t xml:space="preserve"> </w:t>
        </w:r>
        <w:r w:rsidR="005F7F9E">
          <w:rPr>
            <w:color w:val="1F4E78"/>
            <w:u w:val="single"/>
          </w:rPr>
          <w:t>v</w:t>
        </w:r>
        <w:r w:rsidR="005F7F9E" w:rsidRPr="00D23631">
          <w:rPr>
            <w:color w:val="1F4E78"/>
            <w:u w:val="single"/>
            <w:lang w:val="ru-RU"/>
          </w:rPr>
          <w:t xml:space="preserve">. </w:t>
        </w:r>
        <w:r w:rsidR="005F7F9E">
          <w:rPr>
            <w:color w:val="1F4E78"/>
            <w:u w:val="single"/>
          </w:rPr>
          <w:t>Ukraine</w:t>
        </w:r>
        <w:r w:rsidR="005F7F9E" w:rsidRPr="00D23631">
          <w:rPr>
            <w:color w:val="1F4E78"/>
            <w:u w:val="single"/>
            <w:lang w:val="ru-RU"/>
          </w:rPr>
          <w:t xml:space="preserve"> [</w:t>
        </w:r>
        <w:r w:rsidR="005F7F9E">
          <w:rPr>
            <w:color w:val="1F4E78"/>
            <w:u w:val="single"/>
          </w:rPr>
          <w:t>GC</w:t>
        </w:r>
        <w:r w:rsidR="005F7F9E" w:rsidRPr="00D23631">
          <w:rPr>
            <w:color w:val="1F4E78"/>
            <w:u w:val="single"/>
            <w:lang w:val="ru-RU"/>
          </w:rPr>
          <w:t xml:space="preserve">],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заява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№ 76639/11,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рішення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</w:t>
        </w:r>
        <w:proofErr w:type="spellStart"/>
        <w:r w:rsidR="005F7F9E" w:rsidRPr="00D23631">
          <w:rPr>
            <w:color w:val="1F4E78"/>
            <w:u w:val="single"/>
            <w:lang w:val="ru-RU"/>
          </w:rPr>
          <w:t>від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25.09.2018</w:t>
        </w:r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серйозний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вплив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професійних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наслідків</w:t>
      </w:r>
      <w:proofErr w:type="spellEnd"/>
      <w:r w:rsidRPr="00D23631">
        <w:rPr>
          <w:color w:val="66788A"/>
          <w:lang w:val="ru-RU"/>
        </w:rPr>
        <w:t xml:space="preserve"> на </w:t>
      </w:r>
      <w:proofErr w:type="spellStart"/>
      <w:r w:rsidRPr="00D23631">
        <w:rPr>
          <w:color w:val="66788A"/>
          <w:lang w:val="ru-RU"/>
        </w:rPr>
        <w:t>приватне</w:t>
      </w:r>
      <w:proofErr w:type="spellEnd"/>
      <w:r w:rsidRPr="00D23631">
        <w:rPr>
          <w:color w:val="66788A"/>
          <w:lang w:val="ru-RU"/>
        </w:rPr>
        <w:t xml:space="preserve"> </w:t>
      </w:r>
      <w:proofErr w:type="spellStart"/>
      <w:r w:rsidRPr="00D23631">
        <w:rPr>
          <w:color w:val="66788A"/>
          <w:lang w:val="ru-RU"/>
        </w:rPr>
        <w:t>життя</w:t>
      </w:r>
      <w:proofErr w:type="spellEnd"/>
      <w:r w:rsidRPr="00D23631">
        <w:rPr>
          <w:color w:val="66788A"/>
          <w:lang w:val="ru-RU"/>
        </w:rPr>
        <w:t xml:space="preserve"> та </w:t>
      </w:r>
      <w:proofErr w:type="spellStart"/>
      <w:r w:rsidRPr="00D23631">
        <w:rPr>
          <w:color w:val="66788A"/>
          <w:lang w:val="ru-RU"/>
        </w:rPr>
        <w:t>репутацію</w:t>
      </w:r>
      <w:proofErr w:type="spellEnd"/>
    </w:p>
    <w:p w14:paraId="64D4A94A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11. </w:t>
      </w:r>
      <w:hyperlink r:id="rId18">
        <w:proofErr w:type="spellStart"/>
        <w:r w:rsidR="005F7F9E" w:rsidRPr="00D23631">
          <w:rPr>
            <w:color w:val="1F4E78"/>
            <w:u w:val="single"/>
            <w:lang w:val="ru-RU"/>
          </w:rPr>
          <w:t>Цивільний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кодекс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статті</w:t>
      </w:r>
      <w:proofErr w:type="spellEnd"/>
      <w:r w:rsidRPr="00D23631">
        <w:rPr>
          <w:color w:val="66788A"/>
          <w:lang w:val="ru-RU"/>
        </w:rPr>
        <w:t xml:space="preserve"> 277, 297, 299</w:t>
      </w:r>
    </w:p>
    <w:p w14:paraId="4D6F6143" w14:textId="77777777" w:rsidR="005F7F9E" w:rsidRPr="00D23631" w:rsidRDefault="00000000">
      <w:pPr>
        <w:pStyle w:val="Sources"/>
        <w:spacing w:after="60"/>
        <w:ind w:left="369" w:hanging="369"/>
        <w:rPr>
          <w:lang w:val="ru-RU"/>
        </w:rPr>
      </w:pPr>
      <w:r w:rsidRPr="00D23631">
        <w:rPr>
          <w:b/>
          <w:color w:val="C5A25D"/>
          <w:lang w:val="ru-RU"/>
        </w:rPr>
        <w:t xml:space="preserve">12. </w:t>
      </w:r>
      <w:hyperlink r:id="rId19">
        <w:proofErr w:type="spellStart"/>
        <w:r w:rsidR="005F7F9E" w:rsidRPr="00D23631">
          <w:rPr>
            <w:color w:val="1F4E78"/>
            <w:u w:val="single"/>
            <w:lang w:val="ru-RU"/>
          </w:rPr>
          <w:t>Кримінальний</w:t>
        </w:r>
        <w:proofErr w:type="spellEnd"/>
        <w:r w:rsidR="005F7F9E" w:rsidRPr="00D23631">
          <w:rPr>
            <w:color w:val="1F4E78"/>
            <w:u w:val="single"/>
            <w:lang w:val="ru-RU"/>
          </w:rPr>
          <w:t xml:space="preserve"> кодекс </w:t>
        </w:r>
        <w:proofErr w:type="spellStart"/>
        <w:r w:rsidR="005F7F9E" w:rsidRPr="00D23631">
          <w:rPr>
            <w:color w:val="1F4E78"/>
            <w:u w:val="single"/>
            <w:lang w:val="ru-RU"/>
          </w:rPr>
          <w:t>України</w:t>
        </w:r>
        <w:proofErr w:type="spellEnd"/>
      </w:hyperlink>
      <w:r w:rsidRPr="00D23631">
        <w:rPr>
          <w:color w:val="66788A"/>
          <w:lang w:val="ru-RU"/>
        </w:rPr>
        <w:t xml:space="preserve"> — </w:t>
      </w:r>
      <w:proofErr w:type="spellStart"/>
      <w:r w:rsidRPr="00D23631">
        <w:rPr>
          <w:color w:val="66788A"/>
          <w:lang w:val="ru-RU"/>
        </w:rPr>
        <w:t>стаття</w:t>
      </w:r>
      <w:proofErr w:type="spellEnd"/>
      <w:r w:rsidRPr="00D23631">
        <w:rPr>
          <w:color w:val="66788A"/>
          <w:lang w:val="ru-RU"/>
        </w:rPr>
        <w:t xml:space="preserve"> 49 — </w:t>
      </w:r>
      <w:proofErr w:type="spellStart"/>
      <w:r w:rsidRPr="00D23631">
        <w:rPr>
          <w:color w:val="66788A"/>
          <w:lang w:val="ru-RU"/>
        </w:rPr>
        <w:t>лише</w:t>
      </w:r>
      <w:proofErr w:type="spellEnd"/>
      <w:r w:rsidRPr="00D23631">
        <w:rPr>
          <w:color w:val="66788A"/>
          <w:lang w:val="ru-RU"/>
        </w:rPr>
        <w:t xml:space="preserve"> як </w:t>
      </w:r>
      <w:proofErr w:type="spellStart"/>
      <w:r w:rsidRPr="00D23631">
        <w:rPr>
          <w:color w:val="66788A"/>
          <w:lang w:val="ru-RU"/>
        </w:rPr>
        <w:t>порівняльний</w:t>
      </w:r>
      <w:proofErr w:type="spellEnd"/>
      <w:r w:rsidRPr="00D23631">
        <w:rPr>
          <w:color w:val="66788A"/>
          <w:lang w:val="ru-RU"/>
        </w:rPr>
        <w:t xml:space="preserve"> аргумент </w:t>
      </w:r>
      <w:proofErr w:type="spellStart"/>
      <w:r w:rsidRPr="00D23631">
        <w:rPr>
          <w:color w:val="66788A"/>
          <w:lang w:val="ru-RU"/>
        </w:rPr>
        <w:t>пропорційності</w:t>
      </w:r>
      <w:proofErr w:type="spellEnd"/>
      <w:r w:rsidRPr="00D23631">
        <w:rPr>
          <w:color w:val="66788A"/>
          <w:lang w:val="ru-RU"/>
        </w:rPr>
        <w:t xml:space="preserve">, не пряма </w:t>
      </w:r>
      <w:proofErr w:type="spellStart"/>
      <w:r w:rsidRPr="00D23631">
        <w:rPr>
          <w:color w:val="66788A"/>
          <w:lang w:val="ru-RU"/>
        </w:rPr>
        <w:t>аналогія</w:t>
      </w:r>
      <w:proofErr w:type="spellEnd"/>
    </w:p>
    <w:p w14:paraId="44F317F6" w14:textId="1266C80F" w:rsidR="005F7F9E" w:rsidRPr="00D23631" w:rsidRDefault="00000000">
      <w:pPr>
        <w:pStyle w:val="21"/>
        <w:spacing w:before="140" w:after="80"/>
        <w:rPr>
          <w:lang w:val="uk-UA"/>
        </w:rPr>
      </w:pPr>
      <w:proofErr w:type="spellStart"/>
      <w:r>
        <w:rPr>
          <w:rFonts w:ascii="Liberation Sans" w:eastAsia="Liberation Sans" w:hAnsi="Liberation Sans"/>
          <w:color w:val="1F4E78"/>
          <w:sz w:val="25"/>
        </w:rPr>
        <w:t>Про</w:t>
      </w:r>
      <w:proofErr w:type="spellEnd"/>
      <w:r>
        <w:rPr>
          <w:rFonts w:ascii="Liberation Sans" w:eastAsia="Liberation Sans" w:hAnsi="Liberation Sans"/>
          <w:color w:val="1F4E78"/>
          <w:sz w:val="25"/>
        </w:rPr>
        <w:t xml:space="preserve"> </w:t>
      </w:r>
      <w:proofErr w:type="spellStart"/>
      <w:r>
        <w:rPr>
          <w:rFonts w:ascii="Liberation Sans" w:eastAsia="Liberation Sans" w:hAnsi="Liberation Sans"/>
          <w:color w:val="1F4E78"/>
          <w:sz w:val="25"/>
        </w:rPr>
        <w:t>автор</w:t>
      </w:r>
      <w:r w:rsidR="00D23631">
        <w:rPr>
          <w:rFonts w:ascii="Liberation Sans" w:eastAsia="Liberation Sans" w:hAnsi="Liberation Sans"/>
          <w:color w:val="1F4E78"/>
          <w:sz w:val="25"/>
          <w:lang w:val="uk-UA"/>
        </w:rPr>
        <w:t>ів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15"/>
      </w:tblGrid>
      <w:tr w:rsidR="005F7F9E" w:rsidRPr="00D23631" w14:paraId="23B5AF71" w14:textId="77777777">
        <w:trPr>
          <w:jc w:val="center"/>
        </w:trPr>
        <w:tc>
          <w:tcPr>
            <w:tcW w:w="9915" w:type="dxa"/>
            <w:tcBorders>
              <w:top w:val="single" w:sz="3" w:space="0" w:color="E7ECF0"/>
              <w:left w:val="single" w:sz="14" w:space="0" w:color="C5A25D"/>
              <w:bottom w:val="single" w:sz="3" w:space="0" w:color="E7ECF0"/>
              <w:right w:val="single" w:sz="3" w:space="0" w:color="E7ECF0"/>
            </w:tcBorders>
            <w:shd w:val="clear" w:color="auto" w:fill="F5F7FA"/>
            <w:tcMar>
              <w:top w:w="160" w:type="dxa"/>
              <w:left w:w="190" w:type="dxa"/>
              <w:bottom w:w="160" w:type="dxa"/>
              <w:right w:w="190" w:type="dxa"/>
            </w:tcMar>
          </w:tcPr>
          <w:p w14:paraId="4E29BC80" w14:textId="77777777" w:rsidR="005F7F9E" w:rsidRDefault="00000000" w:rsidP="00AC4FFA">
            <w:pPr>
              <w:spacing w:after="0"/>
              <w:jc w:val="both"/>
              <w:rPr>
                <w:rFonts w:ascii="Liberation Sans" w:eastAsia="Liberation Sans" w:hAnsi="Liberation Sans"/>
                <w:sz w:val="19"/>
                <w:lang w:val="uk-UA"/>
              </w:rPr>
            </w:pPr>
            <w:r w:rsidRPr="00D23631"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Олександр Дроздов</w:t>
            </w:r>
            <w:r w:rsidRPr="00D23631">
              <w:rPr>
                <w:rFonts w:ascii="Liberation Sans" w:eastAsia="Liberation Sans" w:hAnsi="Liberation Sans"/>
                <w:sz w:val="19"/>
                <w:lang w:val="uk-UA"/>
              </w:rPr>
              <w:t xml:space="preserve"> — український адвокат, доктор юридичних наук, професор кримінального процесу, заслужений юрист України; фахівець із практики ЄСПЛ, конституційної юстиції та складних міждисциплінарних правових стратегій.</w:t>
            </w:r>
          </w:p>
          <w:p w14:paraId="1A89BE44" w14:textId="77777777" w:rsidR="00D23631" w:rsidRDefault="00D23631" w:rsidP="00AC4FFA">
            <w:pPr>
              <w:spacing w:after="0"/>
              <w:jc w:val="both"/>
              <w:rPr>
                <w:rFonts w:ascii="Liberation Sans" w:eastAsia="Liberation Sans" w:hAnsi="Liberation Sans"/>
                <w:sz w:val="19"/>
                <w:lang w:val="uk-UA"/>
              </w:rPr>
            </w:pPr>
            <w:r w:rsidRPr="00D23631"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Оле</w:t>
            </w:r>
            <w:r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на</w:t>
            </w:r>
            <w:r w:rsidRPr="00D23631"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 xml:space="preserve"> Дроздов</w:t>
            </w:r>
            <w:r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а</w:t>
            </w:r>
            <w:r w:rsidRPr="00D23631">
              <w:rPr>
                <w:rFonts w:ascii="Liberation Sans" w:eastAsia="Liberation Sans" w:hAnsi="Liberation Sans"/>
                <w:sz w:val="19"/>
                <w:lang w:val="uk-UA"/>
              </w:rPr>
              <w:t xml:space="preserve"> — українськ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>а</w:t>
            </w:r>
            <w:r w:rsidRPr="00D23631">
              <w:rPr>
                <w:rFonts w:ascii="Liberation Sans" w:eastAsia="Liberation Sans" w:hAnsi="Liberation Sans"/>
                <w:sz w:val="19"/>
                <w:lang w:val="uk-UA"/>
              </w:rPr>
              <w:t xml:space="preserve"> адвокат, 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>кандидат</w:t>
            </w:r>
            <w:r w:rsidRPr="00D23631">
              <w:rPr>
                <w:rFonts w:ascii="Liberation Sans" w:eastAsia="Liberation Sans" w:hAnsi="Liberation Sans"/>
                <w:sz w:val="19"/>
                <w:lang w:val="uk-UA"/>
              </w:rPr>
              <w:t xml:space="preserve"> юридичних наук, 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>доцент</w:t>
            </w:r>
            <w:r w:rsidRPr="00D23631">
              <w:rPr>
                <w:rFonts w:ascii="Liberation Sans" w:eastAsia="Liberation Sans" w:hAnsi="Liberation Sans"/>
                <w:sz w:val="19"/>
                <w:lang w:val="uk-UA"/>
              </w:rPr>
              <w:t>; фахівець із практики ЄСПЛ</w:t>
            </w:r>
            <w:r w:rsidR="00A73E7E">
              <w:rPr>
                <w:rFonts w:ascii="Liberation Sans" w:eastAsia="Liberation Sans" w:hAnsi="Liberation Sans"/>
                <w:sz w:val="19"/>
                <w:lang w:val="uk-UA"/>
              </w:rPr>
              <w:t>.</w:t>
            </w:r>
          </w:p>
          <w:p w14:paraId="3CEB234A" w14:textId="49843C9F" w:rsidR="00AC4FFA" w:rsidRPr="00D23631" w:rsidRDefault="00AC4FFA" w:rsidP="00AC4FFA">
            <w:pPr>
              <w:spacing w:after="0"/>
              <w:jc w:val="both"/>
              <w:rPr>
                <w:lang w:val="uk-UA"/>
              </w:rPr>
            </w:pPr>
            <w:r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Ігор</w:t>
            </w:r>
            <w:r w:rsidRPr="00D23631"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>Кутепов</w:t>
            </w:r>
            <w:proofErr w:type="spellEnd"/>
            <w:r>
              <w:rPr>
                <w:rFonts w:ascii="Liberation Sans" w:eastAsia="Liberation Sans" w:hAnsi="Liberation Sans"/>
                <w:b/>
                <w:color w:val="102A43"/>
                <w:sz w:val="22"/>
                <w:lang w:val="uk-UA"/>
              </w:rPr>
              <w:t xml:space="preserve"> – </w:t>
            </w:r>
            <w:r w:rsidRPr="00AC4FFA">
              <w:rPr>
                <w:rFonts w:ascii="Liberation Sans" w:eastAsia="Liberation Sans" w:hAnsi="Liberation Sans"/>
                <w:sz w:val="19"/>
                <w:lang w:val="uk-UA"/>
              </w:rPr>
              <w:t>український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 xml:space="preserve"> адвокат</w:t>
            </w:r>
            <w:r w:rsidRPr="00AC4FFA">
              <w:rPr>
                <w:rFonts w:ascii="Liberation Sans" w:eastAsia="Liberation Sans" w:hAnsi="Liberation Sans"/>
                <w:sz w:val="19"/>
                <w:lang w:val="uk-UA"/>
              </w:rPr>
              <w:t>, доктор філ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>о</w:t>
            </w:r>
            <w:r w:rsidRPr="00AC4FFA">
              <w:rPr>
                <w:rFonts w:ascii="Liberation Sans" w:eastAsia="Liberation Sans" w:hAnsi="Liberation Sans"/>
                <w:sz w:val="19"/>
                <w:lang w:val="uk-UA"/>
              </w:rPr>
              <w:t xml:space="preserve">софії у галузі права, фахівець з питань </w:t>
            </w:r>
            <w:r>
              <w:rPr>
                <w:rFonts w:ascii="Liberation Sans" w:eastAsia="Liberation Sans" w:hAnsi="Liberation Sans"/>
                <w:sz w:val="19"/>
                <w:lang w:val="uk-UA"/>
              </w:rPr>
              <w:t>захисту конституційних прав.</w:t>
            </w:r>
          </w:p>
        </w:tc>
      </w:tr>
    </w:tbl>
    <w:p w14:paraId="0C184890" w14:textId="77777777" w:rsidR="005F7F9E" w:rsidRPr="00D23631" w:rsidRDefault="00000000">
      <w:pPr>
        <w:spacing w:before="160"/>
        <w:jc w:val="both"/>
        <w:rPr>
          <w:lang w:val="ru-RU"/>
        </w:rPr>
      </w:pPr>
      <w:proofErr w:type="spellStart"/>
      <w:r w:rsidRPr="00D23631">
        <w:rPr>
          <w:rFonts w:ascii="Liberation Sans" w:eastAsia="Liberation Sans" w:hAnsi="Liberation Sans"/>
          <w:b/>
          <w:color w:val="7B2636"/>
          <w:sz w:val="17"/>
          <w:lang w:val="ru-RU"/>
        </w:rPr>
        <w:t>Юридичне</w:t>
      </w:r>
      <w:proofErr w:type="spellEnd"/>
      <w:r w:rsidRPr="00D23631">
        <w:rPr>
          <w:rFonts w:ascii="Liberation Sans" w:eastAsia="Liberation Sans" w:hAnsi="Liberation Sans"/>
          <w:b/>
          <w:color w:val="7B2636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b/>
          <w:color w:val="7B2636"/>
          <w:sz w:val="17"/>
          <w:lang w:val="ru-RU"/>
        </w:rPr>
        <w:t>застереження</w:t>
      </w:r>
      <w:proofErr w:type="spellEnd"/>
      <w:r w:rsidRPr="00D23631">
        <w:rPr>
          <w:rFonts w:ascii="Liberation Sans" w:eastAsia="Liberation Sans" w:hAnsi="Liberation Sans"/>
          <w:b/>
          <w:color w:val="7B2636"/>
          <w:sz w:val="17"/>
          <w:lang w:val="ru-RU"/>
        </w:rPr>
        <w:t xml:space="preserve">.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Ця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стаття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має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інформаційно-аналітичний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характер і не є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індивідуальним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правовим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висновком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. Конкретна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стратегія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залежить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від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повного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тексту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скарги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,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додатків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, дат,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внутрішніх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актів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, складу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комісії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та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чинної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</w:t>
      </w:r>
      <w:proofErr w:type="spellStart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>судової</w:t>
      </w:r>
      <w:proofErr w:type="spellEnd"/>
      <w:r w:rsidRPr="00D23631">
        <w:rPr>
          <w:rFonts w:ascii="Liberation Sans" w:eastAsia="Liberation Sans" w:hAnsi="Liberation Sans"/>
          <w:color w:val="66788A"/>
          <w:sz w:val="17"/>
          <w:lang w:val="ru-RU"/>
        </w:rPr>
        <w:t xml:space="preserve"> практики.</w:t>
      </w:r>
    </w:p>
    <w:sectPr w:rsidR="005F7F9E" w:rsidRPr="00D23631" w:rsidSect="00034616">
      <w:headerReference w:type="default" r:id="rId20"/>
      <w:footerReference w:type="default" r:id="rId21"/>
      <w:pgSz w:w="12240" w:h="15840"/>
      <w:pgMar w:top="1020" w:right="1134" w:bottom="964" w:left="1191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5182" w14:textId="77777777" w:rsidR="009F5044" w:rsidRDefault="009F5044">
      <w:pPr>
        <w:spacing w:after="0" w:line="240" w:lineRule="auto"/>
      </w:pPr>
      <w:r>
        <w:separator/>
      </w:r>
    </w:p>
  </w:endnote>
  <w:endnote w:type="continuationSeparator" w:id="0">
    <w:p w14:paraId="24C08C44" w14:textId="77777777" w:rsidR="009F5044" w:rsidRDefault="009F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Liberation Serif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362C" w14:textId="77777777" w:rsidR="005F7F9E" w:rsidRDefault="00000000">
    <w:pPr>
      <w:pStyle w:val="a7"/>
      <w:jc w:val="right"/>
    </w:pPr>
    <w:proofErr w:type="spellStart"/>
    <w:r>
      <w:rPr>
        <w:rFonts w:ascii="Liberation Sans" w:eastAsia="Liberation Sans" w:hAnsi="Liberation Sans"/>
        <w:color w:val="66788A"/>
        <w:sz w:val="16"/>
      </w:rPr>
      <w:t>Скарга</w:t>
    </w:r>
    <w:proofErr w:type="spellEnd"/>
    <w:r>
      <w:rPr>
        <w:rFonts w:ascii="Liberation Sans" w:eastAsia="Liberation Sans" w:hAnsi="Liberation Sans"/>
        <w:color w:val="66788A"/>
        <w:sz w:val="16"/>
      </w:rPr>
      <w:t xml:space="preserve"> </w:t>
    </w:r>
    <w:proofErr w:type="spellStart"/>
    <w:r>
      <w:rPr>
        <w:rFonts w:ascii="Liberation Sans" w:eastAsia="Liberation Sans" w:hAnsi="Liberation Sans"/>
        <w:color w:val="66788A"/>
        <w:sz w:val="16"/>
      </w:rPr>
      <w:t>як</w:t>
    </w:r>
    <w:proofErr w:type="spellEnd"/>
    <w:r>
      <w:rPr>
        <w:rFonts w:ascii="Liberation Sans" w:eastAsia="Liberation Sans" w:hAnsi="Liberation Sans"/>
        <w:color w:val="66788A"/>
        <w:sz w:val="16"/>
      </w:rPr>
      <w:t xml:space="preserve"> </w:t>
    </w:r>
    <w:proofErr w:type="spellStart"/>
    <w:proofErr w:type="gramStart"/>
    <w:r>
      <w:rPr>
        <w:rFonts w:ascii="Liberation Sans" w:eastAsia="Liberation Sans" w:hAnsi="Liberation Sans"/>
        <w:color w:val="66788A"/>
        <w:sz w:val="16"/>
      </w:rPr>
      <w:t>зброя</w:t>
    </w:r>
    <w:proofErr w:type="spellEnd"/>
    <w:r>
      <w:rPr>
        <w:rFonts w:ascii="Liberation Sans" w:eastAsia="Liberation Sans" w:hAnsi="Liberation Sans"/>
        <w:color w:val="66788A"/>
        <w:sz w:val="16"/>
      </w:rPr>
      <w:t xml:space="preserve">  •</w:t>
    </w:r>
    <w:proofErr w:type="gramEnd"/>
    <w:r>
      <w:rPr>
        <w:rFonts w:ascii="Liberation Sans" w:eastAsia="Liberation Sans" w:hAnsi="Liberation Sans"/>
        <w:color w:val="66788A"/>
        <w:sz w:val="16"/>
      </w:rPr>
      <w:t xml:space="preserve">  </w:t>
    </w:r>
    <w:r>
      <w:fldChar w:fldCharType="begin"/>
    </w:r>
    <w:r>
      <w:instrText xml:space="preserve"> PAGE </w:instrText>
    </w:r>
    <w:r>
      <w:fldChar w:fldCharType="separate"/>
    </w:r>
    <w:r w:rsidR="00373F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6A67" w14:textId="77777777" w:rsidR="009F5044" w:rsidRDefault="009F5044">
      <w:pPr>
        <w:spacing w:after="0" w:line="240" w:lineRule="auto"/>
      </w:pPr>
      <w:r>
        <w:separator/>
      </w:r>
    </w:p>
  </w:footnote>
  <w:footnote w:type="continuationSeparator" w:id="0">
    <w:p w14:paraId="180C27CF" w14:textId="77777777" w:rsidR="009F5044" w:rsidRDefault="009F5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B3C4" w14:textId="77777777" w:rsidR="005F7F9E" w:rsidRPr="00373FF8" w:rsidRDefault="00000000">
    <w:pPr>
      <w:pStyle w:val="a5"/>
      <w:pBdr>
        <w:bottom w:val="single" w:sz="6" w:space="2" w:color="C5A25D"/>
      </w:pBdr>
      <w:rPr>
        <w:lang w:val="ru-RU"/>
      </w:rPr>
    </w:pPr>
    <w:r w:rsidRPr="00373FF8">
      <w:rPr>
        <w:rFonts w:ascii="Liberation Sans" w:eastAsia="Liberation Sans" w:hAnsi="Liberation Sans"/>
        <w:b/>
        <w:color w:val="102A43"/>
        <w:sz w:val="16"/>
        <w:lang w:val="ru-RU"/>
      </w:rPr>
      <w:t xml:space="preserve">ОЛЕКСАНДР </w:t>
    </w:r>
    <w:proofErr w:type="gramStart"/>
    <w:r w:rsidRPr="00373FF8">
      <w:rPr>
        <w:rFonts w:ascii="Liberation Sans" w:eastAsia="Liberation Sans" w:hAnsi="Liberation Sans"/>
        <w:b/>
        <w:color w:val="102A43"/>
        <w:sz w:val="16"/>
        <w:lang w:val="ru-RU"/>
      </w:rPr>
      <w:t>ДРОЗДОВ  |</w:t>
    </w:r>
    <w:proofErr w:type="gramEnd"/>
    <w:r w:rsidRPr="00373FF8">
      <w:rPr>
        <w:rFonts w:ascii="Liberation Sans" w:eastAsia="Liberation Sans" w:hAnsi="Liberation Sans"/>
        <w:b/>
        <w:color w:val="102A43"/>
        <w:sz w:val="16"/>
        <w:lang w:val="ru-RU"/>
      </w:rPr>
      <w:t xml:space="preserve">  АКАДЕМІЧНА ДОБРОЧЕСНІСТЬ І ПРАВОВИЙ ЗАХИСТ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650166">
    <w:abstractNumId w:val="8"/>
  </w:num>
  <w:num w:numId="2" w16cid:durableId="1568957785">
    <w:abstractNumId w:val="6"/>
  </w:num>
  <w:num w:numId="3" w16cid:durableId="1565988902">
    <w:abstractNumId w:val="5"/>
  </w:num>
  <w:num w:numId="4" w16cid:durableId="340275347">
    <w:abstractNumId w:val="4"/>
  </w:num>
  <w:num w:numId="5" w16cid:durableId="1976444481">
    <w:abstractNumId w:val="7"/>
  </w:num>
  <w:num w:numId="6" w16cid:durableId="842859891">
    <w:abstractNumId w:val="3"/>
  </w:num>
  <w:num w:numId="7" w16cid:durableId="625821377">
    <w:abstractNumId w:val="2"/>
  </w:num>
  <w:num w:numId="8" w16cid:durableId="217714290">
    <w:abstractNumId w:val="1"/>
  </w:num>
  <w:num w:numId="9" w16cid:durableId="193705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3FF8"/>
    <w:rsid w:val="00435161"/>
    <w:rsid w:val="005F7F9E"/>
    <w:rsid w:val="007B1755"/>
    <w:rsid w:val="0089093D"/>
    <w:rsid w:val="008E1052"/>
    <w:rsid w:val="009F5044"/>
    <w:rsid w:val="00A73E7E"/>
    <w:rsid w:val="00AA1D8D"/>
    <w:rsid w:val="00AC4FFA"/>
    <w:rsid w:val="00B47730"/>
    <w:rsid w:val="00CB0664"/>
    <w:rsid w:val="00D236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4E3D4"/>
  <w14:defaultImageDpi w14:val="300"/>
  <w15:docId w15:val="{5160D236-7449-D948-AD53-A4A5998D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/>
    </w:pPr>
    <w:rPr>
      <w:rFonts w:ascii="Liberation Serif" w:eastAsia="Liberation Serif" w:hAnsi="Liberation Serif"/>
      <w:color w:val="1E2A3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pPr>
      <w:spacing w:after="100"/>
      <w:jc w:val="both"/>
    </w:pPr>
    <w:rPr>
      <w:rFonts w:ascii="Liberation Serif" w:eastAsia="Liberation Serif" w:hAnsi="Liberation Serif"/>
      <w:sz w:val="21"/>
    </w:rPr>
  </w:style>
  <w:style w:type="paragraph" w:customStyle="1" w:styleId="Bullet">
    <w:name w:val="Bullet"/>
    <w:pPr>
      <w:spacing w:after="50" w:line="259" w:lineRule="auto"/>
    </w:pPr>
    <w:rPr>
      <w:rFonts w:ascii="Liberation Sans" w:eastAsia="Liberation Sans" w:hAnsi="Liberation Sans"/>
      <w:sz w:val="20"/>
    </w:rPr>
  </w:style>
  <w:style w:type="paragraph" w:customStyle="1" w:styleId="Sources">
    <w:name w:val="Sources"/>
    <w:rPr>
      <w:rFonts w:ascii="Liberation Sans" w:eastAsia="Liberation Sans" w:hAnsi="Liberation Sans"/>
      <w:sz w:val="18"/>
    </w:rPr>
  </w:style>
  <w:style w:type="paragraph" w:customStyle="1" w:styleId="CaptionSmall">
    <w:name w:val="CaptionSmal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742-20" TargetMode="External"/><Relationship Id="rId13" Type="http://schemas.openxmlformats.org/officeDocument/2006/relationships/hyperlink" Target="https://reyestr.court.gov.ua/Review/123945889" TargetMode="External"/><Relationship Id="rId18" Type="http://schemas.openxmlformats.org/officeDocument/2006/relationships/hyperlink" Target="https://zakon.rada.gov.ua/laws/show/435-15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eyestr.court.gov.ua/Review/127846893" TargetMode="External"/><Relationship Id="rId17" Type="http://schemas.openxmlformats.org/officeDocument/2006/relationships/hyperlink" Target="https://hudoc.echr.coe.int/eng?i=001-1862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udoc.echr.coe.int/eng?i=001-11587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yestr.court.gov.ua/Review/1284360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go/v005p710-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.rada.gov.ua/laws/show/644-97-%D0%BF/ed20040211" TargetMode="External"/><Relationship Id="rId19" Type="http://schemas.openxmlformats.org/officeDocument/2006/relationships/hyperlink" Target="https://zakon.rada.gov.ua/laws/show/2341-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4%D0%BA/96-%D0%B2%D1%80" TargetMode="External"/><Relationship Id="rId14" Type="http://schemas.openxmlformats.org/officeDocument/2006/relationships/hyperlink" Target="https://zakon.rada.gov.ua/go/v001p710-9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5373</Words>
  <Characters>30630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Скарга як зброя: як захистити себе, якщо на вас подали замовну скаргу про плагіат</dc:title>
  <dc:subject>Покроковий правовий алгоритм захисту у справах про академічний плагіат</dc:subject>
  <dc:creator>Олександр Дроздов</dc:creator>
  <cp:keywords>академічна доброчесність, плагіат, скарга, захист, адвокат, Верховний Суд, ЄСПЛ</cp:keywords>
  <dc:description>Матеріал підготовлено станом на 12 серпня 2026 року.</dc:description>
  <cp:lastModifiedBy>Aleksandr Drozdov</cp:lastModifiedBy>
  <cp:revision>6</cp:revision>
  <dcterms:created xsi:type="dcterms:W3CDTF">2013-12-23T23:15:00Z</dcterms:created>
  <dcterms:modified xsi:type="dcterms:W3CDTF">2026-08-12T12:45:00Z</dcterms:modified>
  <cp:category/>
</cp:coreProperties>
</file>